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C3B702" w14:textId="5DFD9775" w:rsidR="00D06580" w:rsidRPr="006D772D" w:rsidRDefault="00000000" w:rsidP="006D772D">
      <w:pPr>
        <w:spacing w:after="0"/>
        <w:jc w:val="center"/>
        <w:rPr>
          <w:rFonts w:asciiTheme="majorBidi" w:hAnsiTheme="majorBidi" w:cstheme="majorBidi"/>
          <w:sz w:val="40"/>
          <w:szCs w:val="40"/>
        </w:rPr>
      </w:pPr>
      <w:proofErr w:type="spellStart"/>
      <w:r w:rsidRPr="006D772D">
        <w:rPr>
          <w:rFonts w:asciiTheme="majorBidi" w:hAnsiTheme="majorBidi" w:cstheme="majorBidi"/>
          <w:b/>
          <w:sz w:val="40"/>
          <w:szCs w:val="40"/>
        </w:rPr>
        <w:t>การรายงานผลการดำเนินการ</w:t>
      </w:r>
      <w:proofErr w:type="spellEnd"/>
      <w:r w:rsidRPr="006D772D">
        <w:rPr>
          <w:rFonts w:asciiTheme="majorBidi" w:hAnsiTheme="majorBidi" w:cstheme="majorBidi"/>
          <w:b/>
          <w:sz w:val="40"/>
          <w:szCs w:val="40"/>
        </w:rPr>
        <w:br/>
      </w:r>
      <w:proofErr w:type="spellStart"/>
      <w:r w:rsidRPr="006D772D">
        <w:rPr>
          <w:rFonts w:asciiTheme="majorBidi" w:hAnsiTheme="majorBidi" w:cstheme="majorBidi"/>
          <w:b/>
          <w:sz w:val="40"/>
          <w:szCs w:val="40"/>
        </w:rPr>
        <w:t>ตามมาตรการยกระดับคุณธรรมและความโปร่งใสภายในหน่วยงาน</w:t>
      </w:r>
      <w:proofErr w:type="spellEnd"/>
      <w:r w:rsidRPr="006D772D">
        <w:rPr>
          <w:rFonts w:asciiTheme="majorBidi" w:hAnsiTheme="majorBidi" w:cstheme="majorBidi"/>
          <w:b/>
          <w:sz w:val="40"/>
          <w:szCs w:val="40"/>
        </w:rPr>
        <w:br/>
      </w:r>
      <w:proofErr w:type="spellStart"/>
      <w:r w:rsidRPr="006D772D">
        <w:rPr>
          <w:rFonts w:asciiTheme="majorBidi" w:hAnsiTheme="majorBidi" w:cstheme="majorBidi"/>
          <w:b/>
          <w:sz w:val="40"/>
          <w:szCs w:val="40"/>
        </w:rPr>
        <w:t>ของสถานีตำรวจภูธร</w:t>
      </w:r>
      <w:proofErr w:type="spellEnd"/>
      <w:r w:rsidR="00774E0C" w:rsidRPr="006D772D">
        <w:rPr>
          <w:rFonts w:asciiTheme="majorBidi" w:hAnsiTheme="majorBidi" w:cstheme="majorBidi"/>
          <w:bCs/>
          <w:sz w:val="40"/>
          <w:szCs w:val="40"/>
          <w:cs/>
          <w:lang w:bidi="th-TH"/>
        </w:rPr>
        <w:t>หนองสูง</w:t>
      </w:r>
      <w:r w:rsidRPr="006D772D">
        <w:rPr>
          <w:rFonts w:asciiTheme="majorBidi" w:hAnsiTheme="majorBidi" w:cstheme="majorBidi"/>
          <w:b/>
          <w:sz w:val="40"/>
          <w:szCs w:val="40"/>
        </w:rPr>
        <w:br/>
      </w:r>
      <w:proofErr w:type="spellStart"/>
      <w:r w:rsidRPr="006D772D">
        <w:rPr>
          <w:rFonts w:asciiTheme="majorBidi" w:hAnsiTheme="majorBidi" w:cstheme="majorBidi"/>
          <w:b/>
          <w:sz w:val="40"/>
          <w:szCs w:val="40"/>
        </w:rPr>
        <w:t>ประจำปีงบประมาณ</w:t>
      </w:r>
      <w:proofErr w:type="spellEnd"/>
      <w:r w:rsidRPr="006D772D">
        <w:rPr>
          <w:rFonts w:asciiTheme="majorBidi" w:hAnsiTheme="majorBidi" w:cstheme="majorBidi"/>
          <w:b/>
          <w:sz w:val="40"/>
          <w:szCs w:val="40"/>
        </w:rPr>
        <w:t xml:space="preserve"> </w:t>
      </w:r>
      <w:proofErr w:type="spellStart"/>
      <w:r w:rsidRPr="006D772D">
        <w:rPr>
          <w:rFonts w:asciiTheme="majorBidi" w:hAnsiTheme="majorBidi" w:cstheme="majorBidi"/>
          <w:b/>
          <w:sz w:val="40"/>
          <w:szCs w:val="40"/>
        </w:rPr>
        <w:t>พ.ศ</w:t>
      </w:r>
      <w:proofErr w:type="spellEnd"/>
      <w:r w:rsidRPr="006D772D">
        <w:rPr>
          <w:rFonts w:asciiTheme="majorBidi" w:hAnsiTheme="majorBidi" w:cstheme="majorBidi"/>
          <w:b/>
          <w:sz w:val="40"/>
          <w:szCs w:val="40"/>
        </w:rPr>
        <w:t>. ๒๕๖๙</w:t>
      </w:r>
    </w:p>
    <w:p w14:paraId="08FAE4A8" w14:textId="77777777" w:rsidR="00774E0C" w:rsidRDefault="00774E0C" w:rsidP="00774E0C">
      <w:pPr>
        <w:jc w:val="center"/>
        <w:rPr>
          <w:rFonts w:ascii="TH SarabunPSK" w:hAnsi="TH SarabunPSK" w:cs="TH SarabunPSK"/>
          <w:b/>
          <w:sz w:val="36"/>
          <w:szCs w:val="36"/>
        </w:rPr>
      </w:pPr>
      <w:r>
        <w:rPr>
          <w:noProof/>
        </w:rPr>
        <w:drawing>
          <wp:inline distT="0" distB="0" distL="0" distR="0" wp14:anchorId="300A29EE" wp14:editId="52DEA524">
            <wp:extent cx="5486400" cy="3228975"/>
            <wp:effectExtent l="0" t="0" r="0" b="9525"/>
            <wp:docPr id="17815420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542004" name="รูปภาพ 178154200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FAA844" wp14:editId="3206D7A6">
            <wp:extent cx="5486400" cy="3228975"/>
            <wp:effectExtent l="0" t="0" r="0" b="9525"/>
            <wp:docPr id="108592220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922203" name="รูปภาพ 108592220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14F8C" w14:textId="4F158E24" w:rsidR="00774E0C" w:rsidRPr="006D772D" w:rsidRDefault="00BC29D0" w:rsidP="00686DFC">
      <w:pPr>
        <w:spacing w:after="0"/>
        <w:jc w:val="center"/>
        <w:rPr>
          <w:rFonts w:asciiTheme="majorBidi" w:hAnsiTheme="majorBidi" w:cstheme="majorBidi"/>
          <w:b/>
          <w:sz w:val="36"/>
          <w:szCs w:val="36"/>
        </w:rPr>
      </w:pPr>
      <w:proofErr w:type="spellStart"/>
      <w:r w:rsidRPr="00686DFC">
        <w:rPr>
          <w:rFonts w:ascii="TH SarabunPSK" w:hAnsi="TH SarabunPSK" w:cs="TH SarabunPSK"/>
          <w:b/>
          <w:sz w:val="36"/>
          <w:szCs w:val="36"/>
        </w:rPr>
        <w:lastRenderedPageBreak/>
        <w:t>การ</w:t>
      </w:r>
      <w:r w:rsidRPr="006D772D">
        <w:rPr>
          <w:rFonts w:asciiTheme="majorBidi" w:hAnsiTheme="majorBidi" w:cstheme="majorBidi"/>
          <w:b/>
          <w:sz w:val="36"/>
          <w:szCs w:val="36"/>
        </w:rPr>
        <w:t>รายงานผลการดำเนินการมาตรการยกระดับคุณธรรมและความโปร่งใสภายใน</w:t>
      </w:r>
      <w:proofErr w:type="spellEnd"/>
    </w:p>
    <w:p w14:paraId="1C693794" w14:textId="67596D41" w:rsidR="00BC29D0" w:rsidRPr="006D772D" w:rsidRDefault="00BC29D0" w:rsidP="00686DFC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  <w:proofErr w:type="spellStart"/>
      <w:r w:rsidRPr="006D772D">
        <w:rPr>
          <w:rFonts w:asciiTheme="majorBidi" w:hAnsiTheme="majorBidi" w:cstheme="majorBidi"/>
          <w:b/>
          <w:sz w:val="36"/>
          <w:szCs w:val="36"/>
        </w:rPr>
        <w:t>หน่</w:t>
      </w:r>
      <w:proofErr w:type="spellEnd"/>
      <w:r w:rsidR="00774E0C" w:rsidRPr="006D772D">
        <w:rPr>
          <w:rFonts w:asciiTheme="majorBidi" w:hAnsiTheme="majorBidi" w:cstheme="majorBidi"/>
          <w:bCs/>
          <w:sz w:val="36"/>
          <w:szCs w:val="36"/>
          <w:cs/>
          <w:lang w:bidi="th-TH"/>
        </w:rPr>
        <w:t>วย</w:t>
      </w:r>
      <w:r w:rsidR="00774E0C" w:rsidRPr="006D772D">
        <w:rPr>
          <w:rFonts w:asciiTheme="majorBidi" w:hAnsiTheme="majorBidi" w:cstheme="majorBidi"/>
          <w:b/>
          <w:sz w:val="36"/>
          <w:szCs w:val="36"/>
          <w:cs/>
          <w:lang w:bidi="th-TH"/>
        </w:rPr>
        <w:t>ง</w:t>
      </w:r>
      <w:proofErr w:type="spellStart"/>
      <w:r w:rsidRPr="006D772D">
        <w:rPr>
          <w:rFonts w:asciiTheme="majorBidi" w:hAnsiTheme="majorBidi" w:cstheme="majorBidi"/>
          <w:b/>
          <w:sz w:val="36"/>
          <w:szCs w:val="36"/>
        </w:rPr>
        <w:t>านของสถานีตำรวจภูธร</w:t>
      </w:r>
      <w:proofErr w:type="spellEnd"/>
      <w:r w:rsidR="00774E0C" w:rsidRPr="006D772D">
        <w:rPr>
          <w:rFonts w:asciiTheme="majorBidi" w:hAnsiTheme="majorBidi" w:cstheme="majorBidi"/>
          <w:bCs/>
          <w:sz w:val="36"/>
          <w:szCs w:val="36"/>
          <w:cs/>
          <w:lang w:bidi="th-TH"/>
        </w:rPr>
        <w:t>หนองสูง</w:t>
      </w:r>
    </w:p>
    <w:p w14:paraId="0B85D773" w14:textId="77777777" w:rsidR="00BC29D0" w:rsidRPr="006D772D" w:rsidRDefault="00BC29D0" w:rsidP="00686DFC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  <w:proofErr w:type="spellStart"/>
      <w:r w:rsidRPr="006D772D">
        <w:rPr>
          <w:rFonts w:asciiTheme="majorBidi" w:hAnsiTheme="majorBidi" w:cstheme="majorBidi"/>
          <w:b/>
          <w:sz w:val="36"/>
          <w:szCs w:val="36"/>
        </w:rPr>
        <w:t>ประจำปีงบประมาณ</w:t>
      </w:r>
      <w:proofErr w:type="spellEnd"/>
      <w:r w:rsidRPr="006D772D">
        <w:rPr>
          <w:rFonts w:asciiTheme="majorBidi" w:hAnsiTheme="majorBidi" w:cstheme="majorBidi"/>
          <w:b/>
          <w:sz w:val="36"/>
          <w:szCs w:val="36"/>
        </w:rPr>
        <w:t xml:space="preserve"> </w:t>
      </w:r>
      <w:proofErr w:type="spellStart"/>
      <w:r w:rsidRPr="006D772D">
        <w:rPr>
          <w:rFonts w:asciiTheme="majorBidi" w:hAnsiTheme="majorBidi" w:cstheme="majorBidi"/>
          <w:b/>
          <w:sz w:val="36"/>
          <w:szCs w:val="36"/>
        </w:rPr>
        <w:t>พ.ศ</w:t>
      </w:r>
      <w:proofErr w:type="spellEnd"/>
      <w:r w:rsidRPr="006D772D">
        <w:rPr>
          <w:rFonts w:asciiTheme="majorBidi" w:hAnsiTheme="majorBidi" w:cstheme="majorBidi"/>
          <w:b/>
          <w:sz w:val="36"/>
          <w:szCs w:val="36"/>
        </w:rPr>
        <w:t>. ๒๕๖๙</w:t>
      </w:r>
    </w:p>
    <w:p w14:paraId="28A71079" w14:textId="77777777" w:rsidR="00BC29D0" w:rsidRPr="006D772D" w:rsidRDefault="00BC29D0" w:rsidP="00BC29D0">
      <w:pPr>
        <w:jc w:val="center"/>
        <w:rPr>
          <w:rFonts w:asciiTheme="majorBidi" w:hAnsiTheme="majorBidi" w:cstheme="majorBidi"/>
          <w:sz w:val="36"/>
          <w:szCs w:val="36"/>
        </w:rPr>
      </w:pPr>
      <w:r w:rsidRPr="006D772D">
        <w:rPr>
          <w:rFonts w:asciiTheme="majorBidi" w:hAnsiTheme="majorBidi" w:cstheme="majorBidi"/>
          <w:sz w:val="36"/>
          <w:szCs w:val="36"/>
        </w:rPr>
        <w:t>**************</w:t>
      </w:r>
    </w:p>
    <w:p w14:paraId="6485B570" w14:textId="77777777" w:rsidR="00686DFC" w:rsidRPr="006D772D" w:rsidRDefault="00BC29D0" w:rsidP="00686DFC">
      <w:pPr>
        <w:spacing w:after="0"/>
        <w:ind w:firstLine="720"/>
        <w:rPr>
          <w:rFonts w:asciiTheme="majorBidi" w:hAnsiTheme="majorBidi" w:cstheme="majorBidi"/>
          <w:sz w:val="32"/>
          <w:szCs w:val="32"/>
        </w:rPr>
      </w:pPr>
      <w:r w:rsidRPr="006D772D">
        <w:rPr>
          <w:rFonts w:asciiTheme="majorBidi" w:hAnsiTheme="majorBidi" w:cstheme="majorBidi"/>
          <w:sz w:val="32"/>
          <w:szCs w:val="32"/>
        </w:rPr>
        <w:t>ตามที่สำนักงานคณะกรรมการป้องกัน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และปราบปรามการทุจริตแห่งชาติได้ร่วมกับสำนักงาน</w:t>
      </w:r>
      <w:proofErr w:type="spellEnd"/>
    </w:p>
    <w:p w14:paraId="3521FD1B" w14:textId="77777777" w:rsidR="006D772D" w:rsidRDefault="00BC29D0" w:rsidP="00686DFC">
      <w:pPr>
        <w:spacing w:after="0"/>
        <w:rPr>
          <w:rFonts w:asciiTheme="majorBidi" w:hAnsiTheme="majorBidi" w:cstheme="majorBidi"/>
          <w:sz w:val="32"/>
          <w:szCs w:val="32"/>
        </w:rPr>
      </w:pPr>
      <w:r w:rsidRPr="006D772D">
        <w:rPr>
          <w:rFonts w:asciiTheme="majorBidi" w:hAnsiTheme="majorBidi" w:cstheme="majorBidi"/>
          <w:sz w:val="32"/>
          <w:szCs w:val="32"/>
        </w:rPr>
        <w:t>ตำรวจแห่งชาติในการขยายการประเมินคุณธรรม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และความโปร่งใสในการดำเนินงานของหน่วยงาน</w:t>
      </w:r>
      <w:proofErr w:type="spellEnd"/>
    </w:p>
    <w:p w14:paraId="2C2FC68D" w14:textId="5C9F6C8A" w:rsidR="00BC29D0" w:rsidRPr="006D772D" w:rsidRDefault="00BC29D0" w:rsidP="00686DFC">
      <w:pPr>
        <w:spacing w:after="0"/>
        <w:rPr>
          <w:rFonts w:asciiTheme="majorBidi" w:hAnsiTheme="majorBidi" w:cstheme="majorBidi"/>
          <w:sz w:val="32"/>
          <w:szCs w:val="32"/>
        </w:rPr>
      </w:pPr>
      <w:proofErr w:type="spellStart"/>
      <w:r w:rsidRPr="006D772D">
        <w:rPr>
          <w:rFonts w:asciiTheme="majorBidi" w:hAnsiTheme="majorBidi" w:cstheme="majorBidi"/>
          <w:sz w:val="32"/>
          <w:szCs w:val="32"/>
        </w:rPr>
        <w:t>ภาครัฐ</w:t>
      </w:r>
      <w:proofErr w:type="spellEnd"/>
      <w:r w:rsidRPr="006D772D">
        <w:rPr>
          <w:rFonts w:asciiTheme="majorBidi" w:hAnsiTheme="majorBidi" w:cstheme="majorBidi"/>
          <w:sz w:val="32"/>
          <w:szCs w:val="32"/>
        </w:rPr>
        <w:t xml:space="preserve"> (Integrity and Transparency Assessment: ITA)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ลงสู่</w:t>
      </w:r>
      <w:proofErr w:type="spellEnd"/>
      <w:r w:rsidRPr="006D772D">
        <w:rPr>
          <w:rFonts w:asciiTheme="majorBidi" w:hAnsiTheme="majorBidi" w:cstheme="majorBidi"/>
          <w:sz w:val="32"/>
          <w:szCs w:val="32"/>
        </w:rPr>
        <w:t xml:space="preserve"> “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สถานีตำรวจทั่วประเทศ</w:t>
      </w:r>
      <w:proofErr w:type="spellEnd"/>
      <w:r w:rsidRPr="006D772D">
        <w:rPr>
          <w:rFonts w:asciiTheme="majorBidi" w:hAnsiTheme="majorBidi" w:cstheme="majorBidi"/>
          <w:sz w:val="32"/>
          <w:szCs w:val="32"/>
        </w:rPr>
        <w:t xml:space="preserve">”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ในปีงบประมาณ</w:t>
      </w:r>
      <w:proofErr w:type="spellEnd"/>
      <w:r w:rsidRPr="006D772D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พ.ศ</w:t>
      </w:r>
      <w:proofErr w:type="spellEnd"/>
      <w:r w:rsidRPr="006D772D">
        <w:rPr>
          <w:rFonts w:asciiTheme="majorBidi" w:hAnsiTheme="majorBidi" w:cstheme="majorBidi"/>
          <w:sz w:val="32"/>
          <w:szCs w:val="32"/>
        </w:rPr>
        <w:t xml:space="preserve">. ๒๕๖๙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ในฐานะหน่วยงานในสังกัดตำรวจภูธรจังหวัด</w:t>
      </w:r>
      <w:proofErr w:type="spellEnd"/>
      <w:r w:rsidR="00686DFC" w:rsidRPr="006D772D">
        <w:rPr>
          <w:rFonts w:asciiTheme="majorBidi" w:hAnsiTheme="majorBidi" w:cstheme="majorBidi"/>
          <w:sz w:val="32"/>
          <w:szCs w:val="32"/>
          <w:cs/>
          <w:lang w:bidi="th-TH"/>
        </w:rPr>
        <w:t>มุกดาหาร</w:t>
      </w:r>
      <w:r w:rsidRPr="006D772D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ตำรวจภูธรภาค</w:t>
      </w:r>
      <w:proofErr w:type="spellEnd"/>
      <w:r w:rsidR="006D772D">
        <w:rPr>
          <w:rFonts w:asciiTheme="majorBidi" w:hAnsiTheme="majorBidi" w:cstheme="majorBidi" w:hint="cs"/>
          <w:sz w:val="32"/>
          <w:szCs w:val="32"/>
          <w:cs/>
          <w:lang w:bidi="th-TH"/>
        </w:rPr>
        <w:t xml:space="preserve">๔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และสำนักงานตำรวจแห่งชาติ</w:t>
      </w:r>
      <w:proofErr w:type="spellEnd"/>
      <w:r w:rsidR="006D772D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ซึ่งมีภารกิจในการบริการประชาชนในเขตพื้นที่</w:t>
      </w:r>
      <w:proofErr w:type="spellEnd"/>
      <w:r w:rsidR="006D772D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เพื่อสะท้อน</w:t>
      </w:r>
      <w:proofErr w:type="spellEnd"/>
      <w:r w:rsidR="006D772D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ให้เห็นถึงบทบาทและความสำคัญของการบริหารราชการของสถานีตำรวจ</w:t>
      </w:r>
      <w:proofErr w:type="spellEnd"/>
      <w:r w:rsidRPr="006D772D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และเกิดกลไก</w:t>
      </w:r>
      <w:proofErr w:type="spellEnd"/>
      <w:r w:rsidR="006D772D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การมีส่วนร่วมและการป้องกันการทุจริตในการบริหารราชการ</w:t>
      </w:r>
      <w:proofErr w:type="spellEnd"/>
      <w:r w:rsidRPr="006D772D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จึงมีความจำเป็น</w:t>
      </w:r>
      <w:proofErr w:type="spellEnd"/>
      <w:r w:rsidR="006D772D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อย่างยิ่ง</w:t>
      </w:r>
      <w:proofErr w:type="spellEnd"/>
      <w:r w:rsidR="006D772D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ที่จะต้องมีการพัฒนาระบบการบริหารราชการ</w:t>
      </w:r>
      <w:proofErr w:type="spellEnd"/>
      <w:r w:rsidRPr="006D772D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การให้บริการ</w:t>
      </w:r>
      <w:proofErr w:type="spellEnd"/>
      <w:r w:rsidRPr="006D772D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ให้มีคุณธรรมและความโปร่งใส</w:t>
      </w:r>
      <w:proofErr w:type="spellEnd"/>
    </w:p>
    <w:p w14:paraId="3FE0EBD6" w14:textId="726B5524" w:rsidR="00BC29D0" w:rsidRPr="006D772D" w:rsidRDefault="00BC29D0" w:rsidP="006D772D">
      <w:pPr>
        <w:rPr>
          <w:rFonts w:asciiTheme="majorBidi" w:hAnsiTheme="majorBidi" w:cstheme="majorBidi"/>
          <w:sz w:val="32"/>
          <w:szCs w:val="32"/>
        </w:rPr>
      </w:pPr>
      <w:proofErr w:type="spellStart"/>
      <w:r w:rsidRPr="006D772D">
        <w:rPr>
          <w:rFonts w:asciiTheme="majorBidi" w:hAnsiTheme="majorBidi" w:cstheme="majorBidi"/>
          <w:sz w:val="32"/>
          <w:szCs w:val="32"/>
        </w:rPr>
        <w:t>สถานีตำรวจภูธร</w:t>
      </w:r>
      <w:proofErr w:type="spellEnd"/>
      <w:r w:rsidR="00774E0C" w:rsidRPr="006D772D">
        <w:rPr>
          <w:rFonts w:asciiTheme="majorBidi" w:hAnsiTheme="majorBidi" w:cstheme="majorBidi"/>
          <w:sz w:val="32"/>
          <w:szCs w:val="32"/>
          <w:cs/>
          <w:lang w:bidi="th-TH"/>
        </w:rPr>
        <w:t>หนองสูง</w:t>
      </w:r>
      <w:r w:rsidRPr="006D772D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ได้ดำเนินการเตรียมความพร้อม</w:t>
      </w:r>
      <w:proofErr w:type="spellEnd"/>
      <w:r w:rsidR="006D772D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รับการประเมินคุณธรรม</w:t>
      </w:r>
      <w:proofErr w:type="spellEnd"/>
      <w:r w:rsidR="006D772D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และความโปร่งใส</w:t>
      </w:r>
      <w:proofErr w:type="spellEnd"/>
      <w:r w:rsidR="006D772D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ในการดำเนินงานของหน่วยงานภาครัฐ</w:t>
      </w:r>
      <w:proofErr w:type="spellEnd"/>
      <w:r w:rsidRPr="006D772D">
        <w:rPr>
          <w:rFonts w:asciiTheme="majorBidi" w:hAnsiTheme="majorBidi" w:cstheme="majorBidi"/>
          <w:sz w:val="32"/>
          <w:szCs w:val="32"/>
        </w:rPr>
        <w:t xml:space="preserve"> (Integrity and Transparency Assessment: ITA) </w:t>
      </w:r>
      <w:proofErr w:type="spellStart"/>
      <w:proofErr w:type="gramStart"/>
      <w:r w:rsidRPr="006D772D">
        <w:rPr>
          <w:rFonts w:asciiTheme="majorBidi" w:hAnsiTheme="majorBidi" w:cstheme="majorBidi"/>
          <w:sz w:val="32"/>
          <w:szCs w:val="32"/>
        </w:rPr>
        <w:t>ของสถานีตำรวจ</w:t>
      </w:r>
      <w:proofErr w:type="spellEnd"/>
      <w:r w:rsidRPr="006D772D">
        <w:rPr>
          <w:rFonts w:asciiTheme="majorBidi" w:hAnsiTheme="majorBidi" w:cstheme="majorBidi"/>
          <w:sz w:val="32"/>
          <w:szCs w:val="32"/>
        </w:rPr>
        <w:t xml:space="preserve"> </w:t>
      </w:r>
      <w:r w:rsidR="006D772D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ประจำปีงบประมาณ</w:t>
      </w:r>
      <w:proofErr w:type="spellEnd"/>
      <w:proofErr w:type="gramEnd"/>
      <w:r w:rsidRPr="006D772D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พ.ศ</w:t>
      </w:r>
      <w:proofErr w:type="spellEnd"/>
      <w:r w:rsidRPr="006D772D">
        <w:rPr>
          <w:rFonts w:asciiTheme="majorBidi" w:hAnsiTheme="majorBidi" w:cstheme="majorBidi"/>
          <w:sz w:val="32"/>
          <w:szCs w:val="32"/>
        </w:rPr>
        <w:t xml:space="preserve">. ๒๕๖๙ </w:t>
      </w:r>
      <w:proofErr w:type="spellStart"/>
      <w:r w:rsidRPr="006D772D">
        <w:rPr>
          <w:rFonts w:asciiTheme="majorBidi" w:hAnsiTheme="majorBidi" w:cstheme="majorBidi"/>
          <w:sz w:val="32"/>
          <w:szCs w:val="32"/>
        </w:rPr>
        <w:t>รายละเอียดดังนี้</w:t>
      </w:r>
      <w:proofErr w:type="spellEnd"/>
    </w:p>
    <w:p w14:paraId="1E13602F" w14:textId="4722BC35" w:rsidR="00BC29D0" w:rsidRPr="00686DFC" w:rsidRDefault="00BC29D0">
      <w:pPr>
        <w:rPr>
          <w:rFonts w:ascii="TH SarabunPSK" w:hAnsi="TH SarabunPSK" w:cs="TH SarabunPSK"/>
          <w:sz w:val="32"/>
          <w:szCs w:val="32"/>
          <w:cs/>
          <w:lang w:bidi="th-TH"/>
        </w:rPr>
      </w:pPr>
      <w:r w:rsidRPr="00686DFC">
        <w:rPr>
          <w:rFonts w:ascii="TH SarabunPSK" w:hAnsi="TH SarabunPSK" w:cs="TH SarabunPSK"/>
          <w:sz w:val="32"/>
          <w:szCs w:val="32"/>
          <w:cs/>
          <w:lang w:bidi="th-TH"/>
        </w:rPr>
        <w:br w:type="page"/>
      </w:r>
    </w:p>
    <w:p w14:paraId="33F69D58" w14:textId="77777777" w:rsidR="00BD7021" w:rsidRPr="006674AA" w:rsidRDefault="00BC29D0" w:rsidP="00BD7021">
      <w:pPr>
        <w:spacing w:after="0"/>
        <w:rPr>
          <w:rFonts w:asciiTheme="majorBidi" w:hAnsiTheme="majorBidi" w:cstheme="majorBidi"/>
          <w:b/>
          <w:sz w:val="32"/>
          <w:szCs w:val="32"/>
        </w:rPr>
      </w:pPr>
      <w:r w:rsidRPr="006674AA">
        <w:rPr>
          <w:rFonts w:asciiTheme="majorBidi" w:hAnsiTheme="majorBidi" w:cstheme="majorBidi"/>
          <w:b/>
          <w:sz w:val="32"/>
          <w:szCs w:val="32"/>
        </w:rPr>
        <w:lastRenderedPageBreak/>
        <w:t>๑.ภาพกิจกรรมการศึกษาและวิเคราะห์กรอบการประเมินประเด็นที่ต้องดำเนินการ</w:t>
      </w:r>
      <w:proofErr w:type="spellStart"/>
      <w:r w:rsidRPr="006674AA">
        <w:rPr>
          <w:rFonts w:asciiTheme="majorBidi" w:hAnsiTheme="majorBidi" w:cstheme="majorBidi"/>
          <w:b/>
          <w:sz w:val="32"/>
          <w:szCs w:val="32"/>
        </w:rPr>
        <w:t>และประเด็นที่ต้อง</w:t>
      </w:r>
      <w:proofErr w:type="spellEnd"/>
    </w:p>
    <w:p w14:paraId="425E370F" w14:textId="1A290D79" w:rsidR="00BC29D0" w:rsidRPr="006674AA" w:rsidRDefault="00BC29D0" w:rsidP="00BD7021">
      <w:pPr>
        <w:spacing w:after="0"/>
        <w:rPr>
          <w:rFonts w:asciiTheme="majorBidi" w:hAnsiTheme="majorBidi" w:cstheme="majorBidi"/>
          <w:sz w:val="32"/>
          <w:szCs w:val="32"/>
        </w:rPr>
      </w:pPr>
      <w:proofErr w:type="spellStart"/>
      <w:r w:rsidRPr="006674AA">
        <w:rPr>
          <w:rFonts w:asciiTheme="majorBidi" w:hAnsiTheme="majorBidi" w:cstheme="majorBidi"/>
          <w:b/>
          <w:sz w:val="32"/>
          <w:szCs w:val="32"/>
        </w:rPr>
        <w:t>ปรับปรุงและพัฒนา</w:t>
      </w:r>
      <w:proofErr w:type="spellEnd"/>
      <w:r w:rsidRPr="006674AA">
        <w:rPr>
          <w:rFonts w:asciiTheme="majorBidi" w:hAnsiTheme="majorBidi" w:cstheme="majorBidi"/>
          <w:b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b/>
          <w:sz w:val="32"/>
          <w:szCs w:val="32"/>
        </w:rPr>
        <w:t>ในปีงบประมาณ</w:t>
      </w:r>
      <w:proofErr w:type="spellEnd"/>
      <w:r w:rsidRPr="006674AA">
        <w:rPr>
          <w:rFonts w:asciiTheme="majorBidi" w:hAnsiTheme="majorBidi" w:cstheme="majorBidi"/>
          <w:b/>
          <w:sz w:val="32"/>
          <w:szCs w:val="32"/>
        </w:rPr>
        <w:t xml:space="preserve"> พ.ศ.๒๕๖๙ </w:t>
      </w:r>
      <w:proofErr w:type="spellStart"/>
      <w:r w:rsidRPr="006674AA">
        <w:rPr>
          <w:rFonts w:asciiTheme="majorBidi" w:hAnsiTheme="majorBidi" w:cstheme="majorBidi"/>
          <w:b/>
          <w:sz w:val="32"/>
          <w:szCs w:val="32"/>
        </w:rPr>
        <w:t>และกำหนดผู้รับผิดชอบ</w:t>
      </w:r>
      <w:proofErr w:type="spellEnd"/>
    </w:p>
    <w:p w14:paraId="226D73EE" w14:textId="77777777" w:rsidR="00BD7021" w:rsidRPr="006674AA" w:rsidRDefault="00BC29D0" w:rsidP="00BD7021">
      <w:pPr>
        <w:spacing w:after="0" w:line="240" w:lineRule="auto"/>
        <w:ind w:firstLine="720"/>
        <w:rPr>
          <w:rFonts w:asciiTheme="majorBidi" w:hAnsiTheme="majorBidi" w:cstheme="majorBidi"/>
          <w:sz w:val="32"/>
          <w:szCs w:val="32"/>
        </w:rPr>
      </w:pPr>
      <w:proofErr w:type="spellStart"/>
      <w:r w:rsidRPr="006674AA">
        <w:rPr>
          <w:rFonts w:asciiTheme="majorBidi" w:hAnsiTheme="majorBidi" w:cstheme="majorBidi"/>
          <w:sz w:val="32"/>
          <w:szCs w:val="32"/>
        </w:rPr>
        <w:t>เมื่อวันที่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๑๐ </w:t>
      </w:r>
      <w:r w:rsidR="00BD7021" w:rsidRPr="006674AA">
        <w:rPr>
          <w:rFonts w:asciiTheme="majorBidi" w:hAnsiTheme="majorBidi" w:cstheme="majorBidi"/>
          <w:sz w:val="32"/>
          <w:szCs w:val="32"/>
          <w:cs/>
          <w:lang w:bidi="th-TH"/>
        </w:rPr>
        <w:t>มีน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าคม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๒๕๖๙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เวลา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๐๙.๓๐ น.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พ.ต.อ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>.</w:t>
      </w:r>
      <w:proofErr w:type="gramStart"/>
      <w:r w:rsidR="00BD7021" w:rsidRPr="006674AA">
        <w:rPr>
          <w:rFonts w:asciiTheme="majorBidi" w:hAnsiTheme="majorBidi" w:cstheme="majorBidi"/>
          <w:sz w:val="32"/>
          <w:szCs w:val="32"/>
          <w:cs/>
          <w:lang w:bidi="th-TH"/>
        </w:rPr>
        <w:t>วิจิตร  บุญ</w:t>
      </w:r>
      <w:proofErr w:type="spellStart"/>
      <w:r w:rsidR="00BD7021" w:rsidRPr="006674AA">
        <w:rPr>
          <w:rFonts w:asciiTheme="majorBidi" w:hAnsiTheme="majorBidi" w:cstheme="majorBidi"/>
          <w:sz w:val="32"/>
          <w:szCs w:val="32"/>
          <w:cs/>
          <w:lang w:bidi="th-TH"/>
        </w:rPr>
        <w:t>วรร</w:t>
      </w:r>
      <w:proofErr w:type="spellEnd"/>
      <w:r w:rsidR="00BD7021" w:rsidRPr="006674AA">
        <w:rPr>
          <w:rFonts w:asciiTheme="majorBidi" w:hAnsiTheme="majorBidi" w:cstheme="majorBidi"/>
          <w:sz w:val="32"/>
          <w:szCs w:val="32"/>
          <w:cs/>
          <w:lang w:bidi="th-TH"/>
        </w:rPr>
        <w:t>ณ</w:t>
      </w:r>
      <w:proofErr w:type="gramEnd"/>
      <w:r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ผกก.สภ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>.</w:t>
      </w:r>
      <w:r w:rsidR="00774E0C" w:rsidRPr="006674AA">
        <w:rPr>
          <w:rFonts w:asciiTheme="majorBidi" w:hAnsiTheme="majorBidi" w:cstheme="majorBidi"/>
          <w:sz w:val="32"/>
          <w:szCs w:val="32"/>
          <w:cs/>
          <w:lang w:bidi="th-TH"/>
        </w:rPr>
        <w:t>หนองสูง</w:t>
      </w:r>
      <w:r w:rsidRPr="006674AA">
        <w:rPr>
          <w:rFonts w:asciiTheme="majorBidi" w:hAnsiTheme="majorBidi" w:cstheme="majorBidi"/>
          <w:sz w:val="32"/>
          <w:szCs w:val="32"/>
        </w:rPr>
        <w:t xml:space="preserve"> ได้ดำเนินการประชุมขับเคลื่อนการประเมินคุณธรรมและความโปร่งใสใน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การดำเนินงานของหน่วย</w:t>
      </w:r>
      <w:proofErr w:type="spellEnd"/>
    </w:p>
    <w:p w14:paraId="337302E8" w14:textId="63432849" w:rsidR="00BC29D0" w:rsidRPr="006674AA" w:rsidRDefault="00BC29D0" w:rsidP="00BD7021">
      <w:pPr>
        <w:spacing w:after="0" w:line="240" w:lineRule="auto"/>
        <w:rPr>
          <w:rFonts w:asciiTheme="majorBidi" w:hAnsiTheme="majorBidi" w:cstheme="majorBidi"/>
          <w:sz w:val="32"/>
          <w:szCs w:val="32"/>
          <w:cs/>
          <w:lang w:bidi="th-TH"/>
        </w:rPr>
      </w:pPr>
      <w:proofErr w:type="spellStart"/>
      <w:r w:rsidRPr="006674AA">
        <w:rPr>
          <w:rFonts w:asciiTheme="majorBidi" w:hAnsiTheme="majorBidi" w:cstheme="majorBidi"/>
          <w:sz w:val="32"/>
          <w:szCs w:val="32"/>
        </w:rPr>
        <w:t>งานภาครัฐ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(Integrity and Transparency Assessment: ITA)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ของสถานีตำรวจ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ณ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ห้องประชุม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ศปก.สภ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>.</w:t>
      </w:r>
      <w:r w:rsidR="00774E0C" w:rsidRPr="006674AA">
        <w:rPr>
          <w:rFonts w:asciiTheme="majorBidi" w:hAnsiTheme="majorBidi" w:cstheme="majorBidi"/>
          <w:sz w:val="32"/>
          <w:szCs w:val="32"/>
          <w:cs/>
          <w:lang w:bidi="th-TH"/>
        </w:rPr>
        <w:t>หนองสูง</w:t>
      </w:r>
      <w:r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โดยมีหัวข้อการประชุมดังนี้</w:t>
      </w:r>
      <w:proofErr w:type="spellEnd"/>
    </w:p>
    <w:p w14:paraId="5E434A8F" w14:textId="43D8EF04" w:rsidR="00BC29D0" w:rsidRPr="006674AA" w:rsidRDefault="00BC29D0" w:rsidP="00BD7021">
      <w:pPr>
        <w:spacing w:after="0"/>
        <w:ind w:firstLine="720"/>
        <w:rPr>
          <w:rFonts w:asciiTheme="majorBidi" w:hAnsiTheme="majorBidi" w:cstheme="majorBidi"/>
          <w:sz w:val="32"/>
          <w:szCs w:val="32"/>
        </w:rPr>
      </w:pPr>
      <w:r w:rsidRPr="006674AA">
        <w:rPr>
          <w:rFonts w:asciiTheme="majorBidi" w:hAnsiTheme="majorBidi" w:cstheme="majorBidi"/>
          <w:sz w:val="32"/>
          <w:szCs w:val="32"/>
        </w:rPr>
        <w:t>๑. ชี้แจงและให้ข้อมูลเกี่ยวกับการประเมินแก่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เจ้าหน้าที่ตำรวจในหน่วยงานโดยให้งาน</w:t>
      </w:r>
      <w:proofErr w:type="spellEnd"/>
      <w:r w:rsidR="006674AA">
        <w:rPr>
          <w:rFonts w:asciiTheme="majorBidi" w:hAnsiTheme="majorBidi" w:cstheme="majorBidi"/>
          <w:sz w:val="32"/>
          <w:szCs w:val="32"/>
        </w:rPr>
        <w:t xml:space="preserve"> </w:t>
      </w:r>
      <w:r w:rsidRPr="006674AA">
        <w:rPr>
          <w:rFonts w:asciiTheme="majorBidi" w:hAnsiTheme="majorBidi" w:cstheme="majorBidi"/>
          <w:sz w:val="32"/>
          <w:szCs w:val="32"/>
        </w:rPr>
        <w:t xml:space="preserve">อำนวยการจัดเตรียมข้อมูลเพื่อขับเคลื่อนการประเมินคุณธรรมและความโปร่งใสในการดำเนินงานของหน่วยงานภาครัฐ (ITA)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เพื่อเตรียมความ</w:t>
      </w:r>
      <w:proofErr w:type="spellEnd"/>
      <w:r w:rsidR="00BD7021"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พร้อมและยกระดับมาตรฐานการ</w:t>
      </w:r>
      <w:proofErr w:type="spellEnd"/>
      <w:r w:rsidR="00BD7021"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ปฏิบัติงาน</w:t>
      </w:r>
      <w:proofErr w:type="spellEnd"/>
      <w:r w:rsidR="00BD7021"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ของ</w:t>
      </w:r>
      <w:proofErr w:type="spellEnd"/>
      <w:r w:rsidR="00BD7021"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หน่วยงาน</w:t>
      </w:r>
      <w:proofErr w:type="spellEnd"/>
      <w:r w:rsid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ให้มีประสิทธิภาพ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โปร่งใส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และตรวจสอบได้พร้อมมอบหมาย</w:t>
      </w:r>
      <w:proofErr w:type="spellEnd"/>
      <w:r w:rsidR="00BD7021"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ผู้รับผิดชอบ</w:t>
      </w:r>
      <w:proofErr w:type="spellEnd"/>
      <w:r w:rsidR="00BD7021"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การเผยแพร่</w:t>
      </w:r>
      <w:proofErr w:type="spellEnd"/>
      <w:r w:rsidR="00BD7021"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ข้อมูล</w:t>
      </w:r>
      <w:proofErr w:type="spellEnd"/>
      <w:r w:rsid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สาธารณะ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(OIT)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ปีงบประมาณ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พ.ศ.๒๕๖๙</w:t>
      </w:r>
    </w:p>
    <w:p w14:paraId="56902657" w14:textId="2FEAB06E" w:rsidR="00BC29D0" w:rsidRPr="006674AA" w:rsidRDefault="00BC29D0" w:rsidP="00BD7021">
      <w:pPr>
        <w:spacing w:after="0"/>
        <w:ind w:firstLine="720"/>
        <w:rPr>
          <w:rFonts w:asciiTheme="majorBidi" w:hAnsiTheme="majorBidi" w:cstheme="majorBidi"/>
          <w:sz w:val="32"/>
          <w:szCs w:val="32"/>
        </w:rPr>
      </w:pPr>
      <w:r w:rsidRPr="006674AA">
        <w:rPr>
          <w:rFonts w:asciiTheme="majorBidi" w:hAnsiTheme="majorBidi" w:cstheme="majorBidi"/>
          <w:sz w:val="32"/>
          <w:szCs w:val="32"/>
        </w:rPr>
        <w:t>๒.ร่วมศึกษาและวิเคราะห์ กรอบการประเมิน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ประเด็นที่ต้องดำเนินการ</w:t>
      </w:r>
      <w:proofErr w:type="spellEnd"/>
      <w:r w:rsidR="00BD7021"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และประเด็น</w:t>
      </w:r>
      <w:proofErr w:type="spellEnd"/>
      <w:r w:rsidR="00BD7021"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ที่ต้องปรับปรุงและพัฒนาในปีงบประมาณ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พ.ศ.๒๕๖๙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และกำหนดผู้รับผิดชอบ</w:t>
      </w:r>
      <w:proofErr w:type="spellEnd"/>
    </w:p>
    <w:p w14:paraId="731BC200" w14:textId="2B1BB0B5" w:rsidR="00BC29D0" w:rsidRPr="006674AA" w:rsidRDefault="00BC29D0" w:rsidP="00BD7021">
      <w:pPr>
        <w:spacing w:after="0"/>
        <w:ind w:firstLine="720"/>
        <w:rPr>
          <w:rFonts w:asciiTheme="majorBidi" w:hAnsiTheme="majorBidi" w:cstheme="majorBidi"/>
          <w:sz w:val="32"/>
          <w:szCs w:val="32"/>
        </w:rPr>
      </w:pPr>
      <w:r w:rsidRPr="006674AA">
        <w:rPr>
          <w:rFonts w:asciiTheme="majorBidi" w:hAnsiTheme="majorBidi" w:cstheme="majorBidi"/>
          <w:sz w:val="32"/>
          <w:szCs w:val="32"/>
        </w:rPr>
        <w:t>๓.มอบนโยบายด้านการต่อต้านการทุจริตและประพฤติมิชอบแก่ข้าราชการ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ตำรวจทุกนาย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รวมถึงนโยบายการต่อต้านการรับสินบน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(Anti-Bribery Policy)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ปีงบประมาณ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พ.ศ.๒๕๖๙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ให้ยึดถือ</w:t>
      </w:r>
      <w:proofErr w:type="spellEnd"/>
      <w:r w:rsid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เป็นแนวทางในการปฏิบัติหน้าที่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โดยเน้นความซื่อสัตย์สุจริต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ความโปร่งใส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และการ</w:t>
      </w:r>
      <w:proofErr w:type="spellEnd"/>
      <w:r w:rsidR="00BD7021"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ให้บริการ</w:t>
      </w:r>
      <w:proofErr w:type="spellEnd"/>
      <w:r w:rsid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ประชาชนอย่างเป็นธรรม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เพื่อสร้างความเชื่อมั่นและศรัทธาแก่ประชาชนในพื้นที่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พร้อมภาพถ่าย</w:t>
      </w:r>
      <w:proofErr w:type="spellEnd"/>
    </w:p>
    <w:p w14:paraId="0AEE7782" w14:textId="77777777" w:rsidR="00BC29D0" w:rsidRPr="006674AA" w:rsidRDefault="00BC29D0" w:rsidP="00BD7021">
      <w:pPr>
        <w:spacing w:after="0"/>
        <w:ind w:firstLine="720"/>
        <w:rPr>
          <w:rFonts w:asciiTheme="majorBidi" w:hAnsiTheme="majorBidi" w:cstheme="majorBidi"/>
          <w:sz w:val="32"/>
          <w:szCs w:val="32"/>
        </w:rPr>
      </w:pPr>
      <w:proofErr w:type="spellStart"/>
      <w:r w:rsidRPr="006674AA">
        <w:rPr>
          <w:rFonts w:asciiTheme="majorBidi" w:hAnsiTheme="majorBidi" w:cstheme="majorBidi"/>
          <w:sz w:val="32"/>
          <w:szCs w:val="32"/>
        </w:rPr>
        <w:t>ทั้งนี้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การดำเนินกิจกรรมดังกล่าวถือเป็นส่วนหนึ่งของการพัฒนามาตรฐานองค์กร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และการส่งเสริมภาพลักษณ์ที่ดีของสำนักงานตำรวจแห่งชาติ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ในการมุ่งสู่การเป็นหน่วยงานที่มีคุณธรรม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โปร่งใส</w:t>
      </w:r>
      <w:proofErr w:type="spellEnd"/>
      <w:r w:rsidRPr="006674AA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6674AA">
        <w:rPr>
          <w:rFonts w:asciiTheme="majorBidi" w:hAnsiTheme="majorBidi" w:cstheme="majorBidi"/>
          <w:sz w:val="32"/>
          <w:szCs w:val="32"/>
        </w:rPr>
        <w:t>และตอบสนองต่อความต้องการของประชาชนอย่างแท้จริง</w:t>
      </w:r>
      <w:proofErr w:type="spellEnd"/>
    </w:p>
    <w:p w14:paraId="1A9B050A" w14:textId="0A3B0FC6" w:rsidR="00BC29D0" w:rsidRPr="00BD7021" w:rsidRDefault="006674AA" w:rsidP="00BD7021">
      <w:pPr>
        <w:rPr>
          <w:rFonts w:asciiTheme="majorBidi" w:hAnsiTheme="majorBidi" w:cstheme="majorBidi" w:hint="cs"/>
          <w:sz w:val="32"/>
          <w:szCs w:val="32"/>
          <w:cs/>
          <w:lang w:bidi="th-TH"/>
        </w:rPr>
      </w:pPr>
      <w:r>
        <w:rPr>
          <w:noProof/>
        </w:rPr>
        <w:drawing>
          <wp:inline distT="0" distB="0" distL="0" distR="0" wp14:anchorId="40B23F04" wp14:editId="59080A80">
            <wp:extent cx="2619375" cy="1828800"/>
            <wp:effectExtent l="0" t="0" r="9525" b="0"/>
            <wp:docPr id="21404366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43665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797D">
        <w:rPr>
          <w:noProof/>
        </w:rPr>
        <w:drawing>
          <wp:inline distT="0" distB="0" distL="0" distR="0" wp14:anchorId="3926F47D" wp14:editId="7E271761">
            <wp:extent cx="2752725" cy="1800225"/>
            <wp:effectExtent l="0" t="0" r="9525" b="9525"/>
            <wp:docPr id="17862712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27129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9D0" w:rsidRPr="00BD7021">
        <w:rPr>
          <w:rFonts w:asciiTheme="majorBidi" w:hAnsiTheme="majorBidi" w:cstheme="majorBidi"/>
          <w:sz w:val="32"/>
          <w:szCs w:val="32"/>
          <w:cs/>
          <w:lang w:bidi="th-TH"/>
        </w:rPr>
        <w:br w:type="page"/>
      </w:r>
    </w:p>
    <w:p w14:paraId="208E0065" w14:textId="77777777" w:rsidR="00BC29D0" w:rsidRPr="0056797D" w:rsidRDefault="00BC29D0" w:rsidP="00BC29D0">
      <w:pPr>
        <w:jc w:val="center"/>
        <w:rPr>
          <w:rFonts w:asciiTheme="majorBidi" w:hAnsiTheme="majorBidi" w:cstheme="majorBidi"/>
          <w:sz w:val="24"/>
          <w:szCs w:val="24"/>
        </w:rPr>
      </w:pPr>
      <w:proofErr w:type="spellStart"/>
      <w:r w:rsidRPr="0056797D">
        <w:rPr>
          <w:rFonts w:asciiTheme="majorBidi" w:hAnsiTheme="majorBidi" w:cstheme="majorBidi"/>
          <w:b/>
          <w:sz w:val="24"/>
          <w:szCs w:val="24"/>
        </w:rPr>
        <w:lastRenderedPageBreak/>
        <w:t>ตารางการศึกษาและวิเคราะห์</w:t>
      </w:r>
      <w:proofErr w:type="spellEnd"/>
      <w:r w:rsidRPr="0056797D">
        <w:rPr>
          <w:rFonts w:asciiTheme="majorBidi" w:hAnsiTheme="majorBidi" w:cstheme="majorBidi"/>
          <w:b/>
          <w:sz w:val="24"/>
          <w:szCs w:val="24"/>
        </w:rPr>
        <w:t xml:space="preserve"> กรอบการประเมินประเด็นที่ต้องดำเนินการและประเด็นที่ต้องปรับปรุงและพัฒนาในปีงบประมาณ พ.ศ.๒๕๖๙ </w:t>
      </w:r>
      <w:proofErr w:type="spellStart"/>
      <w:r w:rsidRPr="0056797D">
        <w:rPr>
          <w:rFonts w:asciiTheme="majorBidi" w:hAnsiTheme="majorBidi" w:cstheme="majorBidi"/>
          <w:b/>
          <w:sz w:val="24"/>
          <w:szCs w:val="24"/>
        </w:rPr>
        <w:t>และกำหนดผู้รับผิดชอบ</w:t>
      </w:r>
      <w:proofErr w:type="spellEnd"/>
    </w:p>
    <w:tbl>
      <w:tblPr>
        <w:tblStyle w:val="aff2"/>
        <w:tblW w:w="0" w:type="auto"/>
        <w:tblLook w:val="04A0" w:firstRow="1" w:lastRow="0" w:firstColumn="1" w:lastColumn="0" w:noHBand="0" w:noVBand="1"/>
      </w:tblPr>
      <w:tblGrid>
        <w:gridCol w:w="2005"/>
        <w:gridCol w:w="5690"/>
        <w:gridCol w:w="1161"/>
      </w:tblGrid>
      <w:tr w:rsidR="00BC29D0" w:rsidRPr="0056797D" w14:paraId="3369AE88" w14:textId="77777777" w:rsidTr="00F85253"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</w:tcPr>
          <w:p w14:paraId="02B1DDF7" w14:textId="77777777" w:rsidR="00BC29D0" w:rsidRPr="0056797D" w:rsidRDefault="00BC29D0" w:rsidP="00F85253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56797D">
              <w:rPr>
                <w:rFonts w:asciiTheme="majorBidi" w:hAnsiTheme="majorBidi" w:cstheme="majorBidi"/>
                <w:b/>
                <w:color w:val="FFFFFF"/>
                <w:sz w:val="24"/>
                <w:szCs w:val="24"/>
              </w:rPr>
              <w:t>ตัวชี้วัดการประเมิน</w:t>
            </w:r>
            <w:proofErr w:type="spellEnd"/>
            <w:r w:rsidRPr="0056797D">
              <w:rPr>
                <w:rFonts w:asciiTheme="majorBidi" w:hAnsiTheme="majorBidi" w:cstheme="majorBidi"/>
                <w:b/>
                <w:color w:val="FFFFFF"/>
                <w:sz w:val="24"/>
                <w:szCs w:val="24"/>
              </w:rPr>
              <w:t xml:space="preserve"> ITA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</w:tcPr>
          <w:p w14:paraId="7C9CF3D7" w14:textId="77777777" w:rsidR="00BC29D0" w:rsidRPr="0056797D" w:rsidRDefault="00BC29D0" w:rsidP="00F85253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56797D">
              <w:rPr>
                <w:rFonts w:asciiTheme="majorBidi" w:hAnsiTheme="majorBidi" w:cstheme="majorBidi"/>
                <w:b/>
                <w:color w:val="FFFFFF"/>
                <w:sz w:val="24"/>
                <w:szCs w:val="24"/>
              </w:rPr>
              <w:t>ประเด็นที่ต้องปรับปรุง</w:t>
            </w:r>
            <w:proofErr w:type="spellEnd"/>
            <w:r w:rsidRPr="0056797D">
              <w:rPr>
                <w:rFonts w:asciiTheme="majorBidi" w:hAnsiTheme="majorBidi" w:cstheme="majorBidi"/>
                <w:b/>
                <w:color w:val="FFFFFF"/>
                <w:sz w:val="24"/>
                <w:szCs w:val="24"/>
              </w:rPr>
              <w:t>/</w:t>
            </w:r>
            <w:proofErr w:type="spellStart"/>
            <w:r w:rsidRPr="0056797D">
              <w:rPr>
                <w:rFonts w:asciiTheme="majorBidi" w:hAnsiTheme="majorBidi" w:cstheme="majorBidi"/>
                <w:b/>
                <w:color w:val="FFFFFF"/>
                <w:sz w:val="24"/>
                <w:szCs w:val="24"/>
              </w:rPr>
              <w:t>ยกระดับการพัฒนา</w:t>
            </w:r>
            <w:proofErr w:type="spellEnd"/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</w:tcPr>
          <w:p w14:paraId="2C437845" w14:textId="77777777" w:rsidR="00BC29D0" w:rsidRPr="0056797D" w:rsidRDefault="00BC29D0" w:rsidP="00F85253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56797D">
              <w:rPr>
                <w:rFonts w:asciiTheme="majorBidi" w:hAnsiTheme="majorBidi" w:cstheme="majorBidi"/>
                <w:b/>
                <w:color w:val="FFFFFF"/>
                <w:sz w:val="24"/>
                <w:szCs w:val="24"/>
              </w:rPr>
              <w:t>ผู้รับผิดชอบ</w:t>
            </w:r>
            <w:proofErr w:type="spellEnd"/>
          </w:p>
        </w:tc>
      </w:tr>
      <w:tr w:rsidR="00BC29D0" w:rsidRPr="0056797D" w14:paraId="197CF985" w14:textId="77777777" w:rsidTr="00F85253">
        <w:tc>
          <w:tcPr>
            <w:tcW w:w="86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14:paraId="78596B79" w14:textId="77777777" w:rsidR="00BC29D0" w:rsidRP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56797D">
              <w:rPr>
                <w:rFonts w:asciiTheme="majorBidi" w:hAnsiTheme="majorBidi" w:cstheme="majorBidi"/>
                <w:b/>
                <w:sz w:val="24"/>
                <w:szCs w:val="24"/>
              </w:rPr>
              <w:t>แบบวัดการรับรู้ของผู้มีส่วนได้ส่วนเสียภายใน</w:t>
            </w:r>
            <w:proofErr w:type="spellEnd"/>
          </w:p>
        </w:tc>
      </w:tr>
      <w:tr w:rsidR="00BC29D0" w:rsidRPr="0056797D" w14:paraId="2BB040BD" w14:textId="77777777" w:rsidTr="00F85253">
        <w:tc>
          <w:tcPr>
            <w:tcW w:w="2880" w:type="dxa"/>
          </w:tcPr>
          <w:p w14:paraId="6A7D20D5" w14:textId="77777777" w:rsidR="00BC29D0" w:rsidRP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56797D">
              <w:rPr>
                <w:rFonts w:asciiTheme="majorBidi" w:hAnsiTheme="majorBidi" w:cstheme="majorBidi"/>
                <w:sz w:val="24"/>
                <w:szCs w:val="24"/>
              </w:rPr>
              <w:t>๑.การปฏิบัติหน้าที่</w:t>
            </w:r>
          </w:p>
        </w:tc>
        <w:tc>
          <w:tcPr>
            <w:tcW w:w="2880" w:type="dxa"/>
          </w:tcPr>
          <w:p w14:paraId="17F74DDB" w14:textId="77777777" w:rsid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56797D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มาตรฐานการปฏิบัติหน้าที่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ด้วยความเต็มใจ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โดยไม่หวังผลตอบแทน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มีความเป็นมิตร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ไม่เลือกปฏิบัติ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เป็นไปตามกรอบระยะเวลาที่กำหนด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br/>
              <w:t>-ปฏิบัติต่ออย่างเหมาะสมต่อผู้ถูกกล่าวหาหรือผู้ต้องหาโดยปราศจากการ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ข่มขู่หรือทำร้าย</w:t>
            </w:r>
            <w:proofErr w:type="spellEnd"/>
          </w:p>
          <w:p w14:paraId="155F852D" w14:textId="77777777" w:rsid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ร่างกาย</w:t>
            </w:r>
            <w:proofErr w:type="spellEnd"/>
          </w:p>
          <w:p w14:paraId="5D616A16" w14:textId="057284DB" w:rsidR="00BC29D0" w:rsidRP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-มีการช่วยเหลือและอำนวยความสะดวกแก่ผู้รับบริการทั่วไปและปกป้องคุ้มครอง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สวัสดิภาพ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ทั้งด้านร่างกาย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จิตใจ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และสุขภาพของเด็กและสตรี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ทั้งยังมีการสื่อสารที่ชัดเจนเข้าใจง่าย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ทำให้การบริการประชาชนสะดวกและรวดเร็ว</w:t>
            </w:r>
            <w:proofErr w:type="spellEnd"/>
          </w:p>
        </w:tc>
        <w:tc>
          <w:tcPr>
            <w:tcW w:w="2880" w:type="dxa"/>
          </w:tcPr>
          <w:p w14:paraId="5D6C3C3A" w14:textId="77777777" w:rsid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56797D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ผกก.สภ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="00774E0C" w:rsidRPr="0056797D">
              <w:rPr>
                <w:rFonts w:asciiTheme="majorBidi" w:hAnsiTheme="majorBidi" w:cstheme="majorBidi"/>
                <w:sz w:val="24"/>
                <w:szCs w:val="24"/>
                <w:cs/>
                <w:lang w:bidi="th-TH"/>
              </w:rPr>
              <w:t>หนองสูง</w:t>
            </w:r>
            <w:r w:rsidRPr="0056797D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รอง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ผกก.สภ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="00774E0C" w:rsidRPr="0056797D">
              <w:rPr>
                <w:rFonts w:asciiTheme="majorBidi" w:hAnsiTheme="majorBidi" w:cstheme="majorBidi"/>
                <w:sz w:val="24"/>
                <w:szCs w:val="24"/>
                <w:cs/>
                <w:lang w:bidi="th-TH"/>
              </w:rPr>
              <w:t>หนองสูง</w:t>
            </w:r>
            <w:r w:rsidRPr="0056797D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เจ้าหน้าที่</w:t>
            </w:r>
            <w:proofErr w:type="spellEnd"/>
          </w:p>
          <w:p w14:paraId="7D2FBE9B" w14:textId="0C84CAFE" w:rsidR="00BC29D0" w:rsidRP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ตำรวจทุกนาย</w:t>
            </w:r>
            <w:proofErr w:type="spellEnd"/>
          </w:p>
        </w:tc>
      </w:tr>
      <w:tr w:rsidR="00BC29D0" w:rsidRPr="0056797D" w14:paraId="6988D528" w14:textId="77777777" w:rsidTr="00F85253">
        <w:tc>
          <w:tcPr>
            <w:tcW w:w="2880" w:type="dxa"/>
          </w:tcPr>
          <w:p w14:paraId="17EEF73C" w14:textId="77777777" w:rsid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56797D">
              <w:rPr>
                <w:rFonts w:asciiTheme="majorBidi" w:hAnsiTheme="majorBidi" w:cstheme="majorBidi"/>
                <w:sz w:val="24"/>
                <w:szCs w:val="24"/>
              </w:rPr>
              <w:t>๒.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การใช้จ่ายงบประมาณ</w:t>
            </w:r>
            <w:proofErr w:type="spellEnd"/>
          </w:p>
          <w:p w14:paraId="23B05307" w14:textId="1764FA9C" w:rsidR="00BC29D0" w:rsidRP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และการจัดซื้อจัดจ้าง</w:t>
            </w:r>
            <w:proofErr w:type="spellEnd"/>
          </w:p>
        </w:tc>
        <w:tc>
          <w:tcPr>
            <w:tcW w:w="2880" w:type="dxa"/>
          </w:tcPr>
          <w:p w14:paraId="2C6107D3" w14:textId="77777777" w:rsid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56797D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งบประมาณที่ได้รับจัดสรรและแผนการใช้จ่ายงบประมาณของหน่วย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การจัดซื้อจัดจ้าง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การจัดหาพัสดุ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และการตรวจรับพัสดุ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มีการเปิดเผย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โปร่งใส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ตรวจสอบได้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ปราศจากการเอื้อประโยชน์ให้ผู้ประกอบการรายใดรายหนึ่ง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br/>
              <w:t>-การใช้จ่ายงบประมาณของหน่วยที่มีกระบวนการและ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การมอบหมายผู้รับผิดชอบที่</w:t>
            </w:r>
            <w:proofErr w:type="spellEnd"/>
          </w:p>
          <w:p w14:paraId="3E6DE825" w14:textId="1C4F61A0" w:rsidR="00BC29D0" w:rsidRP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ชัดเจน</w:t>
            </w:r>
            <w:proofErr w:type="spellEnd"/>
          </w:p>
        </w:tc>
        <w:tc>
          <w:tcPr>
            <w:tcW w:w="2880" w:type="dxa"/>
          </w:tcPr>
          <w:p w14:paraId="73C1117E" w14:textId="77777777" w:rsid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56797D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ผกก.สภ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="00774E0C" w:rsidRPr="0056797D">
              <w:rPr>
                <w:rFonts w:asciiTheme="majorBidi" w:hAnsiTheme="majorBidi" w:cstheme="majorBidi"/>
                <w:sz w:val="24"/>
                <w:szCs w:val="24"/>
                <w:cs/>
                <w:lang w:bidi="th-TH"/>
              </w:rPr>
              <w:t>หนองสูง</w:t>
            </w:r>
            <w:r w:rsidRPr="0056797D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รอง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ผกก.สภ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="00774E0C" w:rsidRPr="0056797D">
              <w:rPr>
                <w:rFonts w:asciiTheme="majorBidi" w:hAnsiTheme="majorBidi" w:cstheme="majorBidi"/>
                <w:sz w:val="24"/>
                <w:szCs w:val="24"/>
                <w:cs/>
                <w:lang w:bidi="th-TH"/>
              </w:rPr>
              <w:t>หนองสูง</w:t>
            </w:r>
            <w:r w:rsidRPr="0056797D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เจ้าหน้าที่</w:t>
            </w:r>
            <w:proofErr w:type="spellEnd"/>
          </w:p>
          <w:p w14:paraId="196F9A8D" w14:textId="1D4178B9" w:rsidR="00BC29D0" w:rsidRP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ตำรวจทุกนาย</w:t>
            </w:r>
            <w:proofErr w:type="spellEnd"/>
          </w:p>
        </w:tc>
      </w:tr>
      <w:tr w:rsidR="00BC29D0" w:rsidRPr="0056797D" w14:paraId="4812EA0D" w14:textId="77777777" w:rsidTr="00F85253">
        <w:tc>
          <w:tcPr>
            <w:tcW w:w="2880" w:type="dxa"/>
          </w:tcPr>
          <w:p w14:paraId="416659BD" w14:textId="77777777" w:rsidR="00BC29D0" w:rsidRP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56797D">
              <w:rPr>
                <w:rFonts w:asciiTheme="majorBidi" w:hAnsiTheme="majorBidi" w:cstheme="majorBidi"/>
                <w:sz w:val="24"/>
                <w:szCs w:val="24"/>
              </w:rPr>
              <w:t>๓.การใช้อำนาจ</w:t>
            </w:r>
          </w:p>
        </w:tc>
        <w:tc>
          <w:tcPr>
            <w:tcW w:w="2880" w:type="dxa"/>
          </w:tcPr>
          <w:p w14:paraId="031FE656" w14:textId="77777777" w:rsid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56797D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การไม่เลือกปฏิบัติ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มีความเป็นธรรม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br/>
              <w:t xml:space="preserve">-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ใช้อำนาจและตำแหน่งหน้าที่ในเชิงลบเพื่อแสวงหาผลประโยชน์ส่วนตน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br/>
              <w:t>- การใช้อำนาจของผู้บังคับบัญชาตามสายงานหรือข้ามสายงานในการ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สั่งการให้ทำ</w:t>
            </w:r>
            <w:proofErr w:type="spellEnd"/>
          </w:p>
          <w:p w14:paraId="0E8D8B51" w14:textId="05E87200" w:rsidR="00BC29D0" w:rsidRP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ธุระส่วนตัวและสั่งการให้ทำในสิ่งที่ผิดระเบียบหรือกฎหมาย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br/>
              <w:t xml:space="preserve">-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ระบบการบริหารกำลัง</w:t>
            </w:r>
            <w:proofErr w:type="spellEnd"/>
            <w:r w:rsid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56797D">
              <w:rPr>
                <w:rFonts w:asciiTheme="majorBidi" w:hAnsiTheme="majorBidi" w:cstheme="majorBidi"/>
                <w:sz w:val="24"/>
                <w:szCs w:val="24"/>
              </w:rPr>
              <w:t>พล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ของหน่วยงานที่มี</w:t>
            </w:r>
            <w:proofErr w:type="spellEnd"/>
            <w:r w:rsid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การประเมินผลบุคลากร</w:t>
            </w:r>
            <w:proofErr w:type="spellEnd"/>
            <w:r w:rsid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และการให้คุณ</w:t>
            </w:r>
            <w:proofErr w:type="spellEnd"/>
            <w:r w:rsid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ให้โทษที่ชัดเจน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ซึ่งนำไปสู่การปฏิบัติได้จริง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และเป็นที่ยอมรับของบุคลากร</w:t>
            </w:r>
            <w:proofErr w:type="spellEnd"/>
            <w:r w:rsid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และมี</w:t>
            </w:r>
            <w:proofErr w:type="spellEnd"/>
            <w:r w:rsid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การ</w:t>
            </w:r>
            <w:proofErr w:type="spellEnd"/>
            <w:r w:rsidR="0056797D">
              <w:rPr>
                <w:rFonts w:asciiTheme="majorBidi" w:hAnsiTheme="majorBidi" w:cstheme="majorBidi"/>
                <w:sz w:val="24"/>
                <w:szCs w:val="24"/>
              </w:rPr>
              <w:t xml:space="preserve"> 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เสนอเลื่อนขั้นเงินเดือนหรือค่าตอบแทนด้วยความชอบธรรม</w:t>
            </w:r>
            <w:proofErr w:type="spellEnd"/>
            <w:proofErr w:type="gram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โดยปราศจากการ</w:t>
            </w:r>
            <w:proofErr w:type="spellEnd"/>
            <w:r w:rsid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56797D">
              <w:rPr>
                <w:rFonts w:asciiTheme="majorBidi" w:hAnsiTheme="majorBidi" w:cstheme="majorBidi"/>
                <w:sz w:val="24"/>
                <w:szCs w:val="24"/>
              </w:rPr>
              <w:t>เอื้อประโยชน์ให้กลุ่มหรือพวกพ้องได้รับประโยชน์หรือความดีความชอบเป็นพิเศษ</w:t>
            </w:r>
          </w:p>
        </w:tc>
        <w:tc>
          <w:tcPr>
            <w:tcW w:w="2880" w:type="dxa"/>
          </w:tcPr>
          <w:p w14:paraId="4B7028A7" w14:textId="77777777" w:rsid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56797D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ผกก.สภ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="00774E0C" w:rsidRPr="0056797D">
              <w:rPr>
                <w:rFonts w:asciiTheme="majorBidi" w:hAnsiTheme="majorBidi" w:cstheme="majorBidi"/>
                <w:sz w:val="24"/>
                <w:szCs w:val="24"/>
                <w:cs/>
                <w:lang w:bidi="th-TH"/>
              </w:rPr>
              <w:t>หนองสูง</w:t>
            </w:r>
            <w:r w:rsidRPr="0056797D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รอง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ผกก.สภ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="00774E0C" w:rsidRPr="0056797D">
              <w:rPr>
                <w:rFonts w:asciiTheme="majorBidi" w:hAnsiTheme="majorBidi" w:cstheme="majorBidi"/>
                <w:sz w:val="24"/>
                <w:szCs w:val="24"/>
                <w:cs/>
                <w:lang w:bidi="th-TH"/>
              </w:rPr>
              <w:t>หนองสูง</w:t>
            </w:r>
            <w:r w:rsidRPr="0056797D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เจ้าหน้าที่</w:t>
            </w:r>
            <w:proofErr w:type="spellEnd"/>
          </w:p>
          <w:p w14:paraId="67266C3A" w14:textId="50C90921" w:rsidR="00BC29D0" w:rsidRP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ตำรวจทุกนาย</w:t>
            </w:r>
            <w:proofErr w:type="spellEnd"/>
          </w:p>
        </w:tc>
      </w:tr>
      <w:tr w:rsidR="00BC29D0" w:rsidRPr="0056797D" w14:paraId="53FB01FB" w14:textId="77777777" w:rsidTr="00F85253">
        <w:tc>
          <w:tcPr>
            <w:tcW w:w="2880" w:type="dxa"/>
          </w:tcPr>
          <w:p w14:paraId="2B619DC8" w14:textId="77777777" w:rsid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56797D">
              <w:rPr>
                <w:rFonts w:asciiTheme="majorBidi" w:hAnsiTheme="majorBidi" w:cstheme="majorBidi"/>
                <w:sz w:val="24"/>
                <w:szCs w:val="24"/>
              </w:rPr>
              <w:t>๔.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การใช้ทรัพย์สินของ</w:t>
            </w:r>
            <w:proofErr w:type="spellEnd"/>
          </w:p>
          <w:p w14:paraId="18A9CDAA" w14:textId="458F73FD" w:rsidR="00BC29D0" w:rsidRP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ราชการ</w:t>
            </w:r>
            <w:proofErr w:type="spellEnd"/>
          </w:p>
        </w:tc>
        <w:tc>
          <w:tcPr>
            <w:tcW w:w="2880" w:type="dxa"/>
          </w:tcPr>
          <w:p w14:paraId="4543BD89" w14:textId="6CA72CCA" w:rsidR="00BC29D0" w:rsidRP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56797D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ผู้บริหารและเจ้าหน้าที่ตำรวจ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ในสถานีตำรวจมีการนำรถหรือทรัพย์สินที่เป็นของราชการหรือของกลาง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ในคดีไปใช้</w:t>
            </w:r>
            <w:proofErr w:type="spellEnd"/>
            <w:r w:rsid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เพื่อประโยชน์ของตนเองหรือพวกพ้อง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br/>
              <w:t xml:space="preserve">- การวางระบบของสถานีตำรวจในการจัดเก็บรักษาเงินหรือทรัพย์สินของกลางในคดี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เพื่อปกป้องมิให้ถูกสับเปลี่ยนหรือการไม่นำเข้าระบบ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การจัดเก็บทรัพย์สินหรือสิ่งของที่ได้จากการรับบริจาค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รวมถึงการ</w:t>
            </w:r>
            <w:proofErr w:type="spellEnd"/>
            <w:r w:rsid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ขออนุญาต</w:t>
            </w:r>
            <w:proofErr w:type="spellEnd"/>
            <w:r w:rsid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อย่าง</w:t>
            </w:r>
            <w:proofErr w:type="spellEnd"/>
            <w:r w:rsid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56797D">
              <w:rPr>
                <w:rFonts w:asciiTheme="majorBidi" w:hAnsiTheme="majorBidi" w:cstheme="majorBidi"/>
                <w:sz w:val="24"/>
                <w:szCs w:val="24"/>
              </w:rPr>
              <w:t>ถูกต้องในกรณีที่ต้องมีการขอยืมหรือเบิกจ่ายทรัพย์สินของราชการไปใช้ปฏิบัติงาน</w:t>
            </w:r>
          </w:p>
        </w:tc>
        <w:tc>
          <w:tcPr>
            <w:tcW w:w="2880" w:type="dxa"/>
          </w:tcPr>
          <w:p w14:paraId="52CB153F" w14:textId="416A287E" w:rsidR="00BC29D0" w:rsidRPr="0056797D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56797D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ผกก.สภ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="00774E0C" w:rsidRPr="0056797D">
              <w:rPr>
                <w:rFonts w:asciiTheme="majorBidi" w:hAnsiTheme="majorBidi" w:cstheme="majorBidi"/>
                <w:sz w:val="24"/>
                <w:szCs w:val="24"/>
                <w:cs/>
                <w:lang w:bidi="th-TH"/>
              </w:rPr>
              <w:t>หนองสูง</w:t>
            </w:r>
            <w:r w:rsidRPr="0056797D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รอง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ผกก.สภ</w:t>
            </w:r>
            <w:proofErr w:type="spellEnd"/>
            <w:r w:rsidRPr="0056797D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="00774E0C" w:rsidRPr="0056797D">
              <w:rPr>
                <w:rFonts w:asciiTheme="majorBidi" w:hAnsiTheme="majorBidi" w:cstheme="majorBidi"/>
                <w:sz w:val="24"/>
                <w:szCs w:val="24"/>
                <w:cs/>
                <w:lang w:bidi="th-TH"/>
              </w:rPr>
              <w:t>หนองสูง</w:t>
            </w:r>
            <w:r w:rsidRPr="0056797D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เจ้าหน้าที่</w:t>
            </w:r>
            <w:proofErr w:type="spellEnd"/>
            <w:r w:rsidR="0056797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56797D">
              <w:rPr>
                <w:rFonts w:asciiTheme="majorBidi" w:hAnsiTheme="majorBidi" w:cstheme="majorBidi"/>
                <w:sz w:val="24"/>
                <w:szCs w:val="24"/>
              </w:rPr>
              <w:t>ตำรวจทุกนาย</w:t>
            </w:r>
            <w:proofErr w:type="spellEnd"/>
          </w:p>
        </w:tc>
      </w:tr>
      <w:tr w:rsidR="00BC29D0" w:rsidRPr="00F42A26" w14:paraId="19E07438" w14:textId="77777777" w:rsidTr="00F85253">
        <w:tc>
          <w:tcPr>
            <w:tcW w:w="2880" w:type="dxa"/>
          </w:tcPr>
          <w:p w14:paraId="5F87C9D5" w14:textId="77777777" w:rsidR="00BC29D0" w:rsidRPr="00F42A26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F42A26">
              <w:rPr>
                <w:rFonts w:asciiTheme="majorBidi" w:hAnsiTheme="majorBidi" w:cstheme="majorBidi"/>
                <w:sz w:val="24"/>
                <w:szCs w:val="24"/>
              </w:rPr>
              <w:t>๕.การแก้ไขปัญหาการทุจริต</w:t>
            </w:r>
          </w:p>
        </w:tc>
        <w:tc>
          <w:tcPr>
            <w:tcW w:w="2880" w:type="dxa"/>
          </w:tcPr>
          <w:p w14:paraId="7756CD70" w14:textId="2B34F586" w:rsidR="00BC29D0" w:rsidRPr="00F42A26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F42A26">
              <w:rPr>
                <w:rFonts w:asciiTheme="majorBidi" w:hAnsiTheme="majorBidi" w:cstheme="majorBidi"/>
                <w:sz w:val="24"/>
                <w:szCs w:val="24"/>
              </w:rPr>
              <w:t>-การเป็นตัวอย่างที่ดีของหัวหน้าสถานีตำรวจในการ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ปฏิบัติงานด้วยความซื่อสัตย์</w:t>
            </w:r>
            <w:proofErr w:type="spellEnd"/>
            <w:r w:rsidR="0056797D"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สุจริต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มีคุณธรรม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มีความโปร่งใส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การดำเนินการทาง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วินัยและคดีความ</w:t>
            </w:r>
            <w:proofErr w:type="spellEnd"/>
            <w:r w:rsidR="0056797D"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ตาม</w:t>
            </w:r>
            <w:proofErr w:type="spellEnd"/>
            <w:r w:rsidR="0056797D"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กฎหมาย</w:t>
            </w:r>
            <w:proofErr w:type="spellEnd"/>
            <w:r w:rsidR="0056797D"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ของผู้บังคับบัญชาตามสายงานกับเจ้าหน้าที่ที่มีการใช้อำนาจในทางที่ผิด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การมีนโยบาย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กฎ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ระเบียบ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-มาตรการควบคุมเจ้าหน้าที่ตำรวจเพื่อลดโอกาสหรือป้องกันไม่ให้เกิดการทุจริต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รวมถึงการกำชับ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การจัดการเรื่องร้องเรียนการทุจริตและ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การมีแนวทางป้องกัน</w:t>
            </w:r>
            <w:proofErr w:type="spellEnd"/>
            <w:r w:rsidR="0056797D"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และปราบปรามการทุจริตของแต่ละสายงานที่ชัดเจน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ตลอดจนความสำเร็จใน</w:t>
            </w:r>
            <w:proofErr w:type="spellEnd"/>
            <w:r w:rsidR="0056797D"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การยับยั้งการทุจริตของหน่วยงาน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และแนวทางการปฏิบัติอย่างเป็นรูปธรรม</w:t>
            </w:r>
            <w:proofErr w:type="spellEnd"/>
          </w:p>
        </w:tc>
        <w:tc>
          <w:tcPr>
            <w:tcW w:w="2880" w:type="dxa"/>
          </w:tcPr>
          <w:p w14:paraId="58143274" w14:textId="29BBDBE4" w:rsidR="00BC29D0" w:rsidRPr="00F42A26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F42A26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ผกก.สภ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="00774E0C" w:rsidRPr="00F42A26">
              <w:rPr>
                <w:rFonts w:asciiTheme="majorBidi" w:hAnsiTheme="majorBidi" w:cstheme="majorBidi"/>
                <w:sz w:val="24"/>
                <w:szCs w:val="24"/>
                <w:cs/>
                <w:lang w:bidi="th-TH"/>
              </w:rPr>
              <w:t>หนองสูง</w:t>
            </w:r>
            <w:r w:rsidRPr="00F42A26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รอง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ผกก.สภ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="00774E0C" w:rsidRPr="00F42A26">
              <w:rPr>
                <w:rFonts w:asciiTheme="majorBidi" w:hAnsiTheme="majorBidi" w:cstheme="majorBidi"/>
                <w:sz w:val="24"/>
                <w:szCs w:val="24"/>
                <w:cs/>
                <w:lang w:bidi="th-TH"/>
              </w:rPr>
              <w:t>หนองสูง</w:t>
            </w:r>
            <w:r w:rsidRPr="00F42A26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เจ้าหน้าที่</w:t>
            </w:r>
            <w:proofErr w:type="spellEnd"/>
            <w:r w:rsidR="0056797D"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ตำรวจทุกนาย</w:t>
            </w:r>
            <w:proofErr w:type="spellEnd"/>
          </w:p>
        </w:tc>
      </w:tr>
      <w:tr w:rsidR="00BC29D0" w:rsidRPr="00F42A26" w14:paraId="27D6852D" w14:textId="77777777" w:rsidTr="00F85253">
        <w:tc>
          <w:tcPr>
            <w:tcW w:w="86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14:paraId="52D74748" w14:textId="77777777" w:rsidR="00BC29D0" w:rsidRPr="00F42A26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F42A26">
              <w:rPr>
                <w:rFonts w:asciiTheme="majorBidi" w:hAnsiTheme="majorBidi" w:cstheme="majorBidi"/>
                <w:b/>
                <w:sz w:val="24"/>
                <w:szCs w:val="24"/>
              </w:rPr>
              <w:lastRenderedPageBreak/>
              <w:t>แบบวัดการรับรู้ของผู้มีส่วนได้ส่วนเสียภายนอก</w:t>
            </w:r>
            <w:proofErr w:type="spellEnd"/>
          </w:p>
        </w:tc>
      </w:tr>
      <w:tr w:rsidR="00BC29D0" w:rsidRPr="00F42A26" w14:paraId="5E696AF9" w14:textId="77777777" w:rsidTr="00F85253">
        <w:tc>
          <w:tcPr>
            <w:tcW w:w="2880" w:type="dxa"/>
          </w:tcPr>
          <w:p w14:paraId="6BBFD807" w14:textId="77777777" w:rsidR="00BC29D0" w:rsidRPr="00F42A26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F42A26">
              <w:rPr>
                <w:rFonts w:asciiTheme="majorBidi" w:hAnsiTheme="majorBidi" w:cstheme="majorBidi"/>
                <w:sz w:val="24"/>
                <w:szCs w:val="24"/>
              </w:rPr>
              <w:t>๖.ความสุจริตในการดำเนินงาน</w:t>
            </w:r>
          </w:p>
        </w:tc>
        <w:tc>
          <w:tcPr>
            <w:tcW w:w="2880" w:type="dxa"/>
          </w:tcPr>
          <w:p w14:paraId="39CF65BA" w14:textId="32A4F29B" w:rsidR="00BC29D0" w:rsidRPr="00F42A26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F42A26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การดำเนินการเพื่อป้องกันการทุจริต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ได้แก่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เจตจำนงสุจริตของผู้บริหาร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การป้องกันและลดโอกาสการทุจริต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ระบบการรักษาทรัพย์สินของราชการ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จัดทำมาตรการภายในเพื่อป้องกันการทุจริต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br/>
              <w:t>-การเผยแพร่ข้อมูลผลการดำเนินงานผ่านเว็บไซต์หรือ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สื่อสังคมออนไลน์รวมถึง</w:t>
            </w:r>
            <w:proofErr w:type="spellEnd"/>
            <w:r w:rsidR="0056797D"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การมีช่องทางในการร้องเรียน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การทุจริตต่อการปฏิบัติงานของเจ้าหน้าที่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และช่องทางการรับฟังคำติชมหรือความคิดเห็นเกี่ยวกับ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การดำเนินงานหรือให้บริการผ่านช่องทางออนไลน์หรือช่องทางอื่นๆ</w:t>
            </w:r>
            <w:proofErr w:type="spellEnd"/>
          </w:p>
        </w:tc>
        <w:tc>
          <w:tcPr>
            <w:tcW w:w="2880" w:type="dxa"/>
          </w:tcPr>
          <w:p w14:paraId="647E5AAC" w14:textId="26EF74E0" w:rsidR="00BC29D0" w:rsidRPr="00F42A26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F42A26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ผกก.สภ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="00774E0C" w:rsidRPr="00F42A26">
              <w:rPr>
                <w:rFonts w:asciiTheme="majorBidi" w:hAnsiTheme="majorBidi" w:cstheme="majorBidi"/>
                <w:sz w:val="24"/>
                <w:szCs w:val="24"/>
                <w:cs/>
                <w:lang w:bidi="th-TH"/>
              </w:rPr>
              <w:t>หนองสูง</w:t>
            </w:r>
            <w:r w:rsidRPr="00F42A26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รอง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ผกก.สภ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="00774E0C" w:rsidRPr="00F42A26">
              <w:rPr>
                <w:rFonts w:asciiTheme="majorBidi" w:hAnsiTheme="majorBidi" w:cstheme="majorBidi"/>
                <w:sz w:val="24"/>
                <w:szCs w:val="24"/>
                <w:cs/>
                <w:lang w:bidi="th-TH"/>
              </w:rPr>
              <w:t>หนองสูง</w:t>
            </w:r>
            <w:r w:rsidRPr="00F42A26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เจ้าหน้าที่</w:t>
            </w:r>
            <w:proofErr w:type="spellEnd"/>
            <w:r w:rsidR="0056797D"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ตำรวจทุกนาย</w:t>
            </w:r>
            <w:proofErr w:type="spellEnd"/>
          </w:p>
        </w:tc>
      </w:tr>
      <w:tr w:rsidR="00BC29D0" w:rsidRPr="00F42A26" w14:paraId="7BB88D11" w14:textId="77777777" w:rsidTr="00F85253">
        <w:tc>
          <w:tcPr>
            <w:tcW w:w="86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14:paraId="0D39C148" w14:textId="77777777" w:rsidR="00BC29D0" w:rsidRPr="00F42A26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F42A26">
              <w:rPr>
                <w:rFonts w:asciiTheme="majorBidi" w:hAnsiTheme="majorBidi" w:cstheme="majorBidi"/>
                <w:b/>
                <w:sz w:val="24"/>
                <w:szCs w:val="24"/>
              </w:rPr>
              <w:t>แบบตรวจการเปิดเผยข้อมูลสาธารณะ</w:t>
            </w:r>
            <w:proofErr w:type="spellEnd"/>
          </w:p>
        </w:tc>
      </w:tr>
      <w:tr w:rsidR="00BC29D0" w:rsidRPr="00F42A26" w14:paraId="7C12BEED" w14:textId="77777777" w:rsidTr="00F85253">
        <w:tc>
          <w:tcPr>
            <w:tcW w:w="2880" w:type="dxa"/>
          </w:tcPr>
          <w:p w14:paraId="7208C1EE" w14:textId="77777777" w:rsidR="00BC29D0" w:rsidRPr="00F42A26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F42A26">
              <w:rPr>
                <w:rFonts w:asciiTheme="majorBidi" w:hAnsiTheme="majorBidi" w:cstheme="majorBidi"/>
                <w:sz w:val="24"/>
                <w:szCs w:val="24"/>
              </w:rPr>
              <w:t>๗.ความเสี่ยงในการติดต่อหรือรับบริการ</w:t>
            </w:r>
          </w:p>
        </w:tc>
        <w:tc>
          <w:tcPr>
            <w:tcW w:w="2880" w:type="dxa"/>
          </w:tcPr>
          <w:p w14:paraId="5504B1EF" w14:textId="2AABFDB2" w:rsidR="00BC29D0" w:rsidRPr="00F42A26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F42A26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การเผยแพร่คู่มือประชาชนในการขอรับบริการที่เข้าถึงง่าย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การเผยแพร่ข้อมูล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เอกสาร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หลักฐาน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ที่ต้องจัดเตรียมในการขอรับบริการต่างๆ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ที่มีความชัดเจน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มีการสื่อสารภาพลักษณ์องค์กรที่ทันสมัย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และโปร่งใส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การปรับปรุงการให้บริการประชาชน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การลดขั้นตอนการขอรับบริการจากเดิม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โดยการนำเทคโนโลยีต่างๆ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มาใช้ในการดำเนินงานตามภารกิจของสถานีตำรวจ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การเปิดโอกาสให้ผู้รับบริการผู้มาติดต่อราชการ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หรือผู้มีส่วนได้ส่วนเสีย</w:t>
            </w:r>
            <w:proofErr w:type="spellEnd"/>
            <w:r w:rsidR="00F42A26"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เข้าไป</w:t>
            </w:r>
            <w:proofErr w:type="spellEnd"/>
            <w:r w:rsidR="00F42A26"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มีส่วนร่วมในการพัฒนาการดำเนินงาน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หรือการให้บริการที่ดีขึ้น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ตลอดจนการ</w:t>
            </w:r>
            <w:proofErr w:type="spellEnd"/>
            <w:r w:rsidR="00F42A26"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ปรับปรุงการดำเนินงานให้มีความโปร่งใสมากยิ่งขึ้น</w:t>
            </w:r>
            <w:proofErr w:type="spellEnd"/>
          </w:p>
        </w:tc>
        <w:tc>
          <w:tcPr>
            <w:tcW w:w="2880" w:type="dxa"/>
          </w:tcPr>
          <w:p w14:paraId="302AFC03" w14:textId="5AE225E8" w:rsidR="00BC29D0" w:rsidRPr="00F42A26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F42A26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ผกก.สภ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="00774E0C" w:rsidRPr="00F42A26">
              <w:rPr>
                <w:rFonts w:asciiTheme="majorBidi" w:hAnsiTheme="majorBidi" w:cstheme="majorBidi"/>
                <w:sz w:val="24"/>
                <w:szCs w:val="24"/>
                <w:cs/>
                <w:lang w:bidi="th-TH"/>
              </w:rPr>
              <w:t>หนองสูง</w:t>
            </w:r>
            <w:r w:rsidRPr="00F42A26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รอง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ผกก.สภ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="00774E0C" w:rsidRPr="00F42A26">
              <w:rPr>
                <w:rFonts w:asciiTheme="majorBidi" w:hAnsiTheme="majorBidi" w:cstheme="majorBidi"/>
                <w:sz w:val="24"/>
                <w:szCs w:val="24"/>
                <w:cs/>
                <w:lang w:bidi="th-TH"/>
              </w:rPr>
              <w:t>หนองสูง</w:t>
            </w:r>
            <w:r w:rsidRPr="00F42A26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เจ้าหน้าที่</w:t>
            </w:r>
            <w:proofErr w:type="spellEnd"/>
            <w:r w:rsidR="00F42A26"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ตำรวจทุกนาย</w:t>
            </w:r>
            <w:proofErr w:type="spellEnd"/>
          </w:p>
        </w:tc>
      </w:tr>
      <w:tr w:rsidR="00BC29D0" w:rsidRPr="00F42A26" w14:paraId="580487B9" w14:textId="77777777" w:rsidTr="00F85253">
        <w:tc>
          <w:tcPr>
            <w:tcW w:w="2880" w:type="dxa"/>
          </w:tcPr>
          <w:p w14:paraId="76338102" w14:textId="77777777" w:rsidR="00BC29D0" w:rsidRPr="00F42A26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F42A26">
              <w:rPr>
                <w:rFonts w:asciiTheme="majorBidi" w:hAnsiTheme="majorBidi" w:cstheme="majorBidi"/>
                <w:sz w:val="24"/>
                <w:szCs w:val="24"/>
              </w:rPr>
              <w:t>๘.การเปิดเผยข้อมูล</w:t>
            </w:r>
          </w:p>
        </w:tc>
        <w:tc>
          <w:tcPr>
            <w:tcW w:w="2880" w:type="dxa"/>
          </w:tcPr>
          <w:p w14:paraId="30E90DC2" w14:textId="77777777" w:rsidR="00BC29D0" w:rsidRPr="00F42A26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F42A26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การเผยแพร่ข้อมูลผลการดำเนินงานผ่านเว็บไซต์หรือสื่อสังคมออนไลน์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ให้สาธารณชนได้รับทราบ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br/>
              <w:t xml:space="preserve">-การเผยแพร่ข้อมูลในประเด็นข้างต้นแสดงถึงความโปร่งใสในการบริหารงาน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และการดำเนินงานของสถานีตำรวจ</w:t>
            </w:r>
            <w:proofErr w:type="spellEnd"/>
          </w:p>
        </w:tc>
        <w:tc>
          <w:tcPr>
            <w:tcW w:w="2880" w:type="dxa"/>
          </w:tcPr>
          <w:p w14:paraId="23531E41" w14:textId="77777777" w:rsidR="00AA37DB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พ.ต.ท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proofErr w:type="gramStart"/>
            <w:r w:rsidR="00F42A26" w:rsidRPr="00F42A26">
              <w:rPr>
                <w:rFonts w:asciiTheme="majorBidi" w:hAnsiTheme="majorBidi" w:cstheme="majorBidi"/>
                <w:sz w:val="24"/>
                <w:szCs w:val="24"/>
                <w:cs/>
                <w:lang w:bidi="th-TH"/>
              </w:rPr>
              <w:t>สวาท  ศรีแนน</w:t>
            </w:r>
            <w:proofErr w:type="gram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br/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สว.อก.สภ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="00774E0C" w:rsidRPr="00F42A26">
              <w:rPr>
                <w:rFonts w:asciiTheme="majorBidi" w:hAnsiTheme="majorBidi" w:cstheme="majorBidi"/>
                <w:sz w:val="24"/>
                <w:szCs w:val="24"/>
                <w:cs/>
                <w:lang w:bidi="th-TH"/>
              </w:rPr>
              <w:t>หนองสูง</w:t>
            </w:r>
            <w:r w:rsidRPr="00F42A26">
              <w:rPr>
                <w:rFonts w:asciiTheme="majorBidi" w:hAnsiTheme="majorBidi" w:cstheme="majorBidi"/>
                <w:sz w:val="24"/>
                <w:szCs w:val="24"/>
              </w:rPr>
              <w:br/>
            </w:r>
            <w:r w:rsidR="00AA37DB">
              <w:rPr>
                <w:rFonts w:asciiTheme="majorBidi" w:hAnsiTheme="majorBidi" w:cstheme="majorBidi" w:hint="cs"/>
                <w:sz w:val="24"/>
                <w:szCs w:val="24"/>
                <w:cs/>
                <w:lang w:bidi="th-TH"/>
              </w:rPr>
              <w:t>ด.ต.สุรชัย</w:t>
            </w:r>
          </w:p>
          <w:p w14:paraId="54447A08" w14:textId="77777777" w:rsidR="00AA37DB" w:rsidRDefault="00AA37DB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 w:hint="cs"/>
                <w:sz w:val="24"/>
                <w:szCs w:val="24"/>
                <w:cs/>
                <w:lang w:bidi="th-TH"/>
              </w:rPr>
              <w:t>วังคะฮาต</w:t>
            </w:r>
            <w:r w:rsidR="00BC29D0" w:rsidRPr="00F42A26">
              <w:rPr>
                <w:rFonts w:asciiTheme="majorBidi" w:hAnsiTheme="majorBidi" w:cstheme="majorBidi"/>
                <w:sz w:val="24"/>
                <w:szCs w:val="24"/>
              </w:rPr>
              <w:br/>
            </w:r>
            <w:proofErr w:type="spellStart"/>
            <w:r w:rsidR="00BC29D0" w:rsidRPr="00F42A26">
              <w:rPr>
                <w:rFonts w:asciiTheme="majorBidi" w:hAnsiTheme="majorBidi" w:cstheme="majorBidi"/>
                <w:sz w:val="24"/>
                <w:szCs w:val="24"/>
              </w:rPr>
              <w:t>ผู้นำข้อมูลลง</w:t>
            </w:r>
            <w:proofErr w:type="spellEnd"/>
          </w:p>
          <w:p w14:paraId="77C191D5" w14:textId="5B151E9E" w:rsidR="00BC29D0" w:rsidRPr="00F42A26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เว็บไซต์</w:t>
            </w:r>
            <w:proofErr w:type="spellEnd"/>
          </w:p>
        </w:tc>
      </w:tr>
      <w:tr w:rsidR="00BC29D0" w:rsidRPr="00F42A26" w14:paraId="5DD429B9" w14:textId="77777777" w:rsidTr="00F85253">
        <w:tc>
          <w:tcPr>
            <w:tcW w:w="2880" w:type="dxa"/>
          </w:tcPr>
          <w:p w14:paraId="40D79B0D" w14:textId="77777777" w:rsidR="00BC29D0" w:rsidRPr="00F42A26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F42A26">
              <w:rPr>
                <w:rFonts w:asciiTheme="majorBidi" w:hAnsiTheme="majorBidi" w:cstheme="majorBidi"/>
                <w:sz w:val="24"/>
                <w:szCs w:val="24"/>
              </w:rPr>
              <w:t>๙.การป้องกันการทุจริต</w:t>
            </w:r>
          </w:p>
        </w:tc>
        <w:tc>
          <w:tcPr>
            <w:tcW w:w="2880" w:type="dxa"/>
          </w:tcPr>
          <w:p w14:paraId="2A640935" w14:textId="1045A69A" w:rsidR="00BC29D0" w:rsidRPr="00F42A26" w:rsidRDefault="00BC29D0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F42A26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การเปิดโอกาสให้ผู้รับบริการ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ผู้มาติดต่อ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หรือผู้มีส่วนได้ส่วนเสียเข้า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ไปมีส่วนร่วม</w:t>
            </w:r>
            <w:proofErr w:type="spellEnd"/>
            <w:r w:rsidR="00AA37DB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ในการพัฒนาการดำเนินงานหรือการให้บริการ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การดำเนินการเพื่อป้องกันการทุจริต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ได้แก่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ประกาศนโยบายต่อต้านการรับสินบน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,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นโยบายไม่รับของขวัญและของกำนัลทุกชนิด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การจัดทำมาตรการภายในเพื่อป้องกันการทุจริต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และเพื่อส่งเสริมคุณธรรมและ</w:t>
            </w:r>
            <w:proofErr w:type="spellEnd"/>
            <w:r w:rsidR="00AA37DB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ความ</w:t>
            </w:r>
            <w:proofErr w:type="spellEnd"/>
            <w:r w:rsidR="00AA37DB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โปร่งใสในสถานีตำรวจ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br/>
              <w:t>-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การมีส่วนร่วมของหัวหน้าสถานีตำรวจ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ในการป้องกันและลดโอกาสการทุจริต</w:t>
            </w:r>
            <w:proofErr w:type="spellEnd"/>
          </w:p>
        </w:tc>
        <w:tc>
          <w:tcPr>
            <w:tcW w:w="2880" w:type="dxa"/>
          </w:tcPr>
          <w:p w14:paraId="3E952981" w14:textId="77777777" w:rsidR="00AA37DB" w:rsidRDefault="00BC29D0" w:rsidP="00F85253">
            <w:pPr>
              <w:rPr>
                <w:rFonts w:asciiTheme="majorBidi" w:hAnsiTheme="majorBidi" w:cstheme="majorBidi"/>
                <w:sz w:val="24"/>
                <w:szCs w:val="24"/>
                <w:lang w:bidi="th-TH"/>
              </w:rPr>
            </w:pP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พ.ต.ท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proofErr w:type="gramStart"/>
            <w:r w:rsidR="00AA37DB">
              <w:rPr>
                <w:rFonts w:asciiTheme="majorBidi" w:hAnsiTheme="majorBidi" w:cstheme="majorBidi" w:hint="cs"/>
                <w:sz w:val="24"/>
                <w:szCs w:val="24"/>
                <w:cs/>
                <w:lang w:bidi="th-TH"/>
              </w:rPr>
              <w:t>สวาท  ศรีแนน</w:t>
            </w:r>
            <w:proofErr w:type="gram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br/>
            </w:r>
            <w:proofErr w:type="spellStart"/>
            <w:r w:rsidRPr="00F42A26">
              <w:rPr>
                <w:rFonts w:asciiTheme="majorBidi" w:hAnsiTheme="majorBidi" w:cstheme="majorBidi"/>
                <w:sz w:val="24"/>
                <w:szCs w:val="24"/>
              </w:rPr>
              <w:t>สว.อก.สภ</w:t>
            </w:r>
            <w:proofErr w:type="spellEnd"/>
            <w:r w:rsidRPr="00F42A26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="00774E0C" w:rsidRPr="00F42A26">
              <w:rPr>
                <w:rFonts w:asciiTheme="majorBidi" w:hAnsiTheme="majorBidi" w:cstheme="majorBidi"/>
                <w:sz w:val="24"/>
                <w:szCs w:val="24"/>
                <w:cs/>
                <w:lang w:bidi="th-TH"/>
              </w:rPr>
              <w:t>หนองสูง</w:t>
            </w:r>
            <w:r w:rsidRPr="00F42A26">
              <w:rPr>
                <w:rFonts w:asciiTheme="majorBidi" w:hAnsiTheme="majorBidi" w:cstheme="majorBidi"/>
                <w:sz w:val="24"/>
                <w:szCs w:val="24"/>
              </w:rPr>
              <w:br/>
            </w:r>
            <w:r w:rsidR="00AA37DB">
              <w:rPr>
                <w:rFonts w:asciiTheme="majorBidi" w:hAnsiTheme="majorBidi" w:cstheme="majorBidi" w:hint="cs"/>
                <w:sz w:val="24"/>
                <w:szCs w:val="24"/>
                <w:cs/>
                <w:lang w:bidi="th-TH"/>
              </w:rPr>
              <w:t xml:space="preserve">ด.ต.สุรชัย </w:t>
            </w:r>
          </w:p>
          <w:p w14:paraId="5AC1F4AB" w14:textId="7B65FCFF" w:rsidR="00BC29D0" w:rsidRPr="00F42A26" w:rsidRDefault="00AA37DB" w:rsidP="00F85253">
            <w:pPr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 w:hint="cs"/>
                <w:sz w:val="24"/>
                <w:szCs w:val="24"/>
                <w:cs/>
                <w:lang w:bidi="th-TH"/>
              </w:rPr>
              <w:t>วังคะฮาต</w:t>
            </w:r>
            <w:r w:rsidR="00BC29D0" w:rsidRPr="00F42A26">
              <w:rPr>
                <w:rFonts w:asciiTheme="majorBidi" w:hAnsiTheme="majorBidi" w:cstheme="majorBidi"/>
                <w:sz w:val="24"/>
                <w:szCs w:val="24"/>
              </w:rPr>
              <w:br/>
            </w:r>
            <w:proofErr w:type="spellStart"/>
            <w:r w:rsidR="00BC29D0" w:rsidRPr="00F42A26">
              <w:rPr>
                <w:rFonts w:asciiTheme="majorBidi" w:hAnsiTheme="majorBidi" w:cstheme="majorBidi"/>
                <w:sz w:val="24"/>
                <w:szCs w:val="24"/>
              </w:rPr>
              <w:t>ผู้นำข้อมูลลงเว็บไซต์</w:t>
            </w:r>
            <w:proofErr w:type="spellEnd"/>
          </w:p>
        </w:tc>
      </w:tr>
    </w:tbl>
    <w:p w14:paraId="2F5183BC" w14:textId="77777777" w:rsidR="00BC29D0" w:rsidRPr="00F42A26" w:rsidRDefault="00BC29D0" w:rsidP="00BC29D0">
      <w:pPr>
        <w:rPr>
          <w:rFonts w:asciiTheme="majorBidi" w:hAnsiTheme="majorBidi" w:cstheme="majorBidi"/>
          <w:sz w:val="24"/>
          <w:szCs w:val="24"/>
        </w:rPr>
      </w:pPr>
    </w:p>
    <w:p w14:paraId="48386176" w14:textId="44C1785F" w:rsidR="00BC29D0" w:rsidRPr="00F42A26" w:rsidRDefault="00BC29D0">
      <w:pPr>
        <w:rPr>
          <w:rFonts w:asciiTheme="majorBidi" w:hAnsiTheme="majorBidi" w:cstheme="majorBidi" w:hint="cs"/>
          <w:sz w:val="24"/>
          <w:szCs w:val="24"/>
          <w:cs/>
          <w:lang w:bidi="th-TH"/>
        </w:rPr>
      </w:pPr>
      <w:r w:rsidRPr="00F42A26">
        <w:rPr>
          <w:rFonts w:asciiTheme="majorBidi" w:hAnsiTheme="majorBidi" w:cstheme="majorBidi"/>
          <w:sz w:val="24"/>
          <w:szCs w:val="24"/>
          <w:cs/>
          <w:lang w:bidi="th-TH"/>
        </w:rPr>
        <w:br w:type="page"/>
      </w:r>
    </w:p>
    <w:p w14:paraId="0BB54CC8" w14:textId="77777777" w:rsidR="00BC29D0" w:rsidRPr="00AA37DB" w:rsidRDefault="00BC29D0" w:rsidP="00AA37DB">
      <w:pPr>
        <w:spacing w:line="240" w:lineRule="auto"/>
        <w:rPr>
          <w:rFonts w:asciiTheme="majorBidi" w:hAnsiTheme="majorBidi" w:cstheme="majorBidi"/>
          <w:sz w:val="28"/>
          <w:szCs w:val="28"/>
        </w:rPr>
      </w:pPr>
      <w:r w:rsidRPr="00AA37DB">
        <w:rPr>
          <w:rFonts w:asciiTheme="majorBidi" w:hAnsiTheme="majorBidi" w:cstheme="majorBidi"/>
          <w:b/>
          <w:sz w:val="28"/>
          <w:szCs w:val="28"/>
        </w:rPr>
        <w:lastRenderedPageBreak/>
        <w:t>๒. ภ</w:t>
      </w:r>
      <w:proofErr w:type="spellStart"/>
      <w:r w:rsidRPr="00AA37DB">
        <w:rPr>
          <w:rFonts w:asciiTheme="majorBidi" w:hAnsiTheme="majorBidi" w:cstheme="majorBidi"/>
          <w:b/>
          <w:sz w:val="28"/>
          <w:szCs w:val="28"/>
        </w:rPr>
        <w:t>าพกิจกรรม</w:t>
      </w:r>
      <w:proofErr w:type="spellEnd"/>
      <w:r w:rsidRPr="00AA37DB">
        <w:rPr>
          <w:rFonts w:asciiTheme="majorBidi" w:hAnsiTheme="majorBidi" w:cstheme="majorBidi"/>
          <w:b/>
          <w:sz w:val="28"/>
          <w:szCs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b/>
          <w:sz w:val="28"/>
          <w:szCs w:val="28"/>
        </w:rPr>
        <w:t>ที่แสดงถึงหัวหน้าหน่วยกำกับ</w:t>
      </w:r>
      <w:proofErr w:type="spellEnd"/>
      <w:r w:rsidRPr="00AA37DB">
        <w:rPr>
          <w:rFonts w:asciiTheme="majorBidi" w:hAnsiTheme="majorBidi" w:cstheme="majorBidi"/>
          <w:b/>
          <w:sz w:val="28"/>
          <w:szCs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b/>
          <w:sz w:val="28"/>
          <w:szCs w:val="28"/>
        </w:rPr>
        <w:t>ติดตามผลการประเมิน</w:t>
      </w:r>
      <w:proofErr w:type="spellEnd"/>
    </w:p>
    <w:p w14:paraId="454F3A0C" w14:textId="224D4B45" w:rsidR="00BC29D0" w:rsidRPr="00AA37DB" w:rsidRDefault="00BC29D0" w:rsidP="00AA37DB">
      <w:pPr>
        <w:spacing w:line="240" w:lineRule="auto"/>
        <w:ind w:firstLine="720"/>
        <w:rPr>
          <w:rFonts w:asciiTheme="majorBidi" w:hAnsiTheme="majorBidi" w:cstheme="majorBidi"/>
          <w:sz w:val="28"/>
          <w:szCs w:val="28"/>
        </w:rPr>
      </w:pPr>
      <w:proofErr w:type="spellStart"/>
      <w:r w:rsidRPr="00AA37DB">
        <w:rPr>
          <w:rFonts w:asciiTheme="majorBidi" w:hAnsiTheme="majorBidi" w:cstheme="majorBidi"/>
          <w:sz w:val="28"/>
          <w:szCs w:val="28"/>
        </w:rPr>
        <w:t>เมื่อวันที่</w:t>
      </w:r>
      <w:proofErr w:type="spellEnd"/>
      <w:r w:rsidRPr="00AA37DB">
        <w:rPr>
          <w:rFonts w:asciiTheme="majorBidi" w:hAnsiTheme="majorBidi" w:cstheme="majorBidi"/>
          <w:sz w:val="28"/>
          <w:szCs w:val="28"/>
        </w:rPr>
        <w:t xml:space="preserve"> </w:t>
      </w:r>
      <w:r w:rsidR="00AA37DB" w:rsidRPr="00AA37DB">
        <w:rPr>
          <w:rFonts w:asciiTheme="majorBidi" w:hAnsiTheme="majorBidi" w:cstheme="majorBidi"/>
          <w:sz w:val="28"/>
          <w:szCs w:val="28"/>
          <w:cs/>
          <w:lang w:bidi="th-TH"/>
        </w:rPr>
        <w:t>๓๐</w:t>
      </w:r>
      <w:r w:rsidRPr="00AA37DB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  <w:szCs w:val="28"/>
        </w:rPr>
        <w:t>มีนาคม</w:t>
      </w:r>
      <w:proofErr w:type="spellEnd"/>
      <w:r w:rsidRPr="00AA37DB">
        <w:rPr>
          <w:rFonts w:asciiTheme="majorBidi" w:hAnsiTheme="majorBidi" w:cstheme="majorBidi"/>
          <w:sz w:val="28"/>
          <w:szCs w:val="28"/>
        </w:rPr>
        <w:t xml:space="preserve"> ๒๕๖๙ </w:t>
      </w:r>
      <w:proofErr w:type="spellStart"/>
      <w:r w:rsidRPr="00AA37DB">
        <w:rPr>
          <w:rFonts w:asciiTheme="majorBidi" w:hAnsiTheme="majorBidi" w:cstheme="majorBidi"/>
          <w:sz w:val="28"/>
          <w:szCs w:val="28"/>
        </w:rPr>
        <w:t>เวลา</w:t>
      </w:r>
      <w:proofErr w:type="spellEnd"/>
      <w:r w:rsidRPr="00AA37DB">
        <w:rPr>
          <w:rFonts w:asciiTheme="majorBidi" w:hAnsiTheme="majorBidi" w:cstheme="majorBidi"/>
          <w:sz w:val="28"/>
          <w:szCs w:val="28"/>
        </w:rPr>
        <w:t xml:space="preserve"> ๑๐.๓๐ น. </w:t>
      </w:r>
      <w:proofErr w:type="spellStart"/>
      <w:r w:rsidRPr="00AA37DB">
        <w:rPr>
          <w:rFonts w:asciiTheme="majorBidi" w:hAnsiTheme="majorBidi" w:cstheme="majorBidi"/>
          <w:sz w:val="28"/>
          <w:szCs w:val="28"/>
        </w:rPr>
        <w:t>พ.ต.อ</w:t>
      </w:r>
      <w:proofErr w:type="spellEnd"/>
      <w:r w:rsidRPr="00AA37DB">
        <w:rPr>
          <w:rFonts w:asciiTheme="majorBidi" w:hAnsiTheme="majorBidi" w:cstheme="majorBidi"/>
          <w:sz w:val="28"/>
          <w:szCs w:val="28"/>
        </w:rPr>
        <w:t>.</w:t>
      </w:r>
      <w:proofErr w:type="gramStart"/>
      <w:r w:rsidR="00AA37DB">
        <w:rPr>
          <w:rFonts w:asciiTheme="majorBidi" w:hAnsiTheme="majorBidi" w:cstheme="majorBidi" w:hint="cs"/>
          <w:sz w:val="28"/>
          <w:szCs w:val="28"/>
          <w:cs/>
          <w:lang w:bidi="th-TH"/>
        </w:rPr>
        <w:t>วิจิตร  บุญ</w:t>
      </w:r>
      <w:proofErr w:type="spellStart"/>
      <w:r w:rsidR="00AA37DB">
        <w:rPr>
          <w:rFonts w:asciiTheme="majorBidi" w:hAnsiTheme="majorBidi" w:cstheme="majorBidi" w:hint="cs"/>
          <w:sz w:val="28"/>
          <w:szCs w:val="28"/>
          <w:cs/>
          <w:lang w:bidi="th-TH"/>
        </w:rPr>
        <w:t>วรร</w:t>
      </w:r>
      <w:proofErr w:type="spellEnd"/>
      <w:r w:rsidR="00AA37DB">
        <w:rPr>
          <w:rFonts w:asciiTheme="majorBidi" w:hAnsiTheme="majorBidi" w:cstheme="majorBidi" w:hint="cs"/>
          <w:sz w:val="28"/>
          <w:szCs w:val="28"/>
          <w:cs/>
          <w:lang w:bidi="th-TH"/>
        </w:rPr>
        <w:t>ณ</w:t>
      </w:r>
      <w:proofErr w:type="gramEnd"/>
      <w:r w:rsidRPr="00AA37DB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  <w:szCs w:val="28"/>
        </w:rPr>
        <w:t>ผกก.สภ</w:t>
      </w:r>
      <w:proofErr w:type="spellEnd"/>
      <w:r w:rsidRPr="00AA37DB">
        <w:rPr>
          <w:rFonts w:asciiTheme="majorBidi" w:hAnsiTheme="majorBidi" w:cstheme="majorBidi"/>
          <w:sz w:val="28"/>
          <w:szCs w:val="28"/>
        </w:rPr>
        <w:t>.</w:t>
      </w:r>
      <w:r w:rsidR="00774E0C" w:rsidRPr="00AA37DB">
        <w:rPr>
          <w:rFonts w:asciiTheme="majorBidi" w:hAnsiTheme="majorBidi" w:cstheme="majorBidi"/>
          <w:sz w:val="28"/>
          <w:szCs w:val="28"/>
          <w:cs/>
          <w:lang w:bidi="th-TH"/>
        </w:rPr>
        <w:t>หนองสูง</w:t>
      </w:r>
      <w:r w:rsidRPr="00AA37DB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  <w:szCs w:val="28"/>
        </w:rPr>
        <w:t>พร้อมคณะทำงานฯ</w:t>
      </w:r>
      <w:proofErr w:type="spellEnd"/>
      <w:r w:rsidRPr="00AA37DB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  <w:szCs w:val="28"/>
        </w:rPr>
        <w:t>ตามคำสั่ง</w:t>
      </w:r>
      <w:proofErr w:type="spellEnd"/>
      <w:r w:rsidRPr="00AA37DB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  <w:szCs w:val="28"/>
        </w:rPr>
        <w:t>สภ</w:t>
      </w:r>
      <w:proofErr w:type="spellEnd"/>
      <w:r w:rsidRPr="00AA37DB">
        <w:rPr>
          <w:rFonts w:asciiTheme="majorBidi" w:hAnsiTheme="majorBidi" w:cstheme="majorBidi"/>
          <w:sz w:val="28"/>
          <w:szCs w:val="28"/>
        </w:rPr>
        <w:t>.</w:t>
      </w:r>
      <w:r w:rsidR="00774E0C" w:rsidRPr="00AA37DB">
        <w:rPr>
          <w:rFonts w:asciiTheme="majorBidi" w:hAnsiTheme="majorBidi" w:cstheme="majorBidi"/>
          <w:sz w:val="28"/>
          <w:szCs w:val="28"/>
          <w:cs/>
          <w:lang w:bidi="th-TH"/>
        </w:rPr>
        <w:t>หนองสูง</w:t>
      </w:r>
      <w:r w:rsidRPr="00AA37DB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  <w:szCs w:val="28"/>
        </w:rPr>
        <w:t>ที่</w:t>
      </w:r>
      <w:proofErr w:type="spellEnd"/>
      <w:r w:rsidRPr="00AA37DB">
        <w:rPr>
          <w:rFonts w:asciiTheme="majorBidi" w:hAnsiTheme="majorBidi" w:cstheme="majorBidi"/>
          <w:sz w:val="28"/>
          <w:szCs w:val="28"/>
        </w:rPr>
        <w:t xml:space="preserve"> </w:t>
      </w:r>
      <w:r w:rsidR="00AA37DB">
        <w:rPr>
          <w:rFonts w:asciiTheme="majorBidi" w:hAnsiTheme="majorBidi" w:cstheme="majorBidi" w:hint="cs"/>
          <w:sz w:val="28"/>
          <w:szCs w:val="28"/>
          <w:cs/>
          <w:lang w:bidi="th-TH"/>
        </w:rPr>
        <w:t>๖๓</w:t>
      </w:r>
      <w:r w:rsidRPr="00AA37DB">
        <w:rPr>
          <w:rFonts w:asciiTheme="majorBidi" w:hAnsiTheme="majorBidi" w:cstheme="majorBidi"/>
          <w:sz w:val="28"/>
          <w:szCs w:val="28"/>
        </w:rPr>
        <w:t xml:space="preserve">/๒๕๖๙ </w:t>
      </w:r>
      <w:proofErr w:type="spellStart"/>
      <w:r w:rsidRPr="00AA37DB">
        <w:rPr>
          <w:rFonts w:asciiTheme="majorBidi" w:hAnsiTheme="majorBidi" w:cstheme="majorBidi"/>
          <w:sz w:val="28"/>
          <w:szCs w:val="28"/>
        </w:rPr>
        <w:t>ลงวันที่</w:t>
      </w:r>
      <w:proofErr w:type="spellEnd"/>
      <w:r w:rsidRPr="00AA37DB">
        <w:rPr>
          <w:rFonts w:asciiTheme="majorBidi" w:hAnsiTheme="majorBidi" w:cstheme="majorBidi"/>
          <w:sz w:val="28"/>
          <w:szCs w:val="28"/>
        </w:rPr>
        <w:t xml:space="preserve"> </w:t>
      </w:r>
      <w:r w:rsidR="00AA37DB">
        <w:rPr>
          <w:rFonts w:asciiTheme="majorBidi" w:hAnsiTheme="majorBidi" w:cstheme="majorBidi" w:hint="cs"/>
          <w:sz w:val="28"/>
          <w:szCs w:val="28"/>
          <w:cs/>
          <w:lang w:bidi="th-TH"/>
        </w:rPr>
        <w:t>๓๐</w:t>
      </w:r>
      <w:r w:rsidRPr="00AA37DB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  <w:szCs w:val="28"/>
        </w:rPr>
        <w:t>มีนาคม</w:t>
      </w:r>
      <w:proofErr w:type="spellEnd"/>
      <w:r w:rsidRPr="00AA37DB">
        <w:rPr>
          <w:rFonts w:asciiTheme="majorBidi" w:hAnsiTheme="majorBidi" w:cstheme="majorBidi"/>
          <w:sz w:val="28"/>
          <w:szCs w:val="28"/>
        </w:rPr>
        <w:t xml:space="preserve"> ๒๕๖๙ ได้ประชุม</w:t>
      </w:r>
      <w:proofErr w:type="spellStart"/>
      <w:r w:rsidRPr="00AA37DB">
        <w:rPr>
          <w:rFonts w:asciiTheme="majorBidi" w:hAnsiTheme="majorBidi" w:cstheme="majorBidi"/>
          <w:sz w:val="28"/>
          <w:szCs w:val="28"/>
        </w:rPr>
        <w:t>ขับเคลื่อนการและติดตาม</w:t>
      </w:r>
      <w:proofErr w:type="spellEnd"/>
      <w:r w:rsidR="00E37617">
        <w:rPr>
          <w:rFonts w:asciiTheme="majorBidi" w:hAnsiTheme="majorBidi" w:cstheme="majorBidi"/>
          <w:sz w:val="28"/>
          <w:szCs w:val="28"/>
        </w:rPr>
        <w:t xml:space="preserve"> </w:t>
      </w:r>
      <w:r w:rsidRPr="00AA37DB">
        <w:rPr>
          <w:rFonts w:asciiTheme="majorBidi" w:hAnsiTheme="majorBidi" w:cstheme="majorBidi"/>
          <w:sz w:val="28"/>
          <w:szCs w:val="28"/>
        </w:rPr>
        <w:t xml:space="preserve">ผลการประเมินคุณธรรมและความโปร่งใสในการดำเนินงานของหน่วยงานภาครัฐ (Integrity and Transparency Assessment: ITA) </w:t>
      </w:r>
      <w:proofErr w:type="spellStart"/>
      <w:r w:rsidRPr="00AA37DB">
        <w:rPr>
          <w:rFonts w:asciiTheme="majorBidi" w:hAnsiTheme="majorBidi" w:cstheme="majorBidi"/>
          <w:sz w:val="28"/>
          <w:szCs w:val="28"/>
        </w:rPr>
        <w:t>ของสถานีตำรวจ</w:t>
      </w:r>
      <w:proofErr w:type="spellEnd"/>
    </w:p>
    <w:p w14:paraId="6799092B" w14:textId="587A28BE" w:rsidR="00AA37DB" w:rsidRDefault="00AA37DB" w:rsidP="00AA37DB">
      <w:pPr>
        <w:spacing w:line="240" w:lineRule="auto"/>
        <w:rPr>
          <w:rFonts w:asciiTheme="majorBidi" w:hAnsiTheme="majorBidi" w:cstheme="majorBidi"/>
          <w:sz w:val="28"/>
        </w:rPr>
      </w:pPr>
      <w:r>
        <w:rPr>
          <w:noProof/>
        </w:rPr>
        <w:drawing>
          <wp:inline distT="0" distB="0" distL="0" distR="0" wp14:anchorId="55E0B7EA" wp14:editId="70E2AC70">
            <wp:extent cx="2695575" cy="1714500"/>
            <wp:effectExtent l="0" t="0" r="9525" b="0"/>
            <wp:docPr id="14154937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49375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B1D1C2" wp14:editId="3A9F9691">
            <wp:extent cx="2600325" cy="1752600"/>
            <wp:effectExtent l="0" t="0" r="9525" b="0"/>
            <wp:docPr id="1293000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0007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D8620" w14:textId="4E5E85CE" w:rsidR="00BC29D0" w:rsidRPr="00AA37DB" w:rsidRDefault="00BC29D0" w:rsidP="00AA37DB">
      <w:pPr>
        <w:spacing w:line="240" w:lineRule="auto"/>
        <w:ind w:firstLine="720"/>
        <w:rPr>
          <w:rFonts w:asciiTheme="majorBidi" w:hAnsiTheme="majorBidi" w:cstheme="majorBidi"/>
        </w:rPr>
      </w:pPr>
      <w:proofErr w:type="spellStart"/>
      <w:r w:rsidRPr="00AA37DB">
        <w:rPr>
          <w:rFonts w:asciiTheme="majorBidi" w:hAnsiTheme="majorBidi" w:cstheme="majorBidi"/>
          <w:sz w:val="28"/>
        </w:rPr>
        <w:t>ซึ่งการประชุมดังกล่าว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มีวัตถุประสงค์เพื่อชี้แจงและให้ข้อมูลเกี่ยวกับการประเมินแก่เจ้าหน้าที่ตำรวจใน</w:t>
      </w:r>
      <w:proofErr w:type="spellStart"/>
      <w:r w:rsidRPr="00AA37DB">
        <w:rPr>
          <w:rFonts w:asciiTheme="majorBidi" w:hAnsiTheme="majorBidi" w:cstheme="majorBidi"/>
          <w:sz w:val="28"/>
        </w:rPr>
        <w:t>หน่วยงาน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</w:rPr>
        <w:t>พร้อมแจ้งคำสั่ง</w:t>
      </w:r>
      <w:proofErr w:type="spellEnd"/>
      <w:r w:rsidR="00AA37DB">
        <w:rPr>
          <w:rFonts w:asciiTheme="majorBidi" w:hAnsiTheme="majorBidi" w:cstheme="majorBidi"/>
          <w:sz w:val="28"/>
        </w:rPr>
        <w:t xml:space="preserve"> </w:t>
      </w:r>
      <w:r w:rsidRPr="00AA37DB">
        <w:rPr>
          <w:rFonts w:asciiTheme="majorBidi" w:hAnsiTheme="majorBidi" w:cstheme="majorBidi"/>
          <w:sz w:val="28"/>
        </w:rPr>
        <w:t xml:space="preserve">แต่งตั้งคณะทำงานขับเคลื่อนการประเมินคุณธรรมและความโปร่งใสในการดำเนินงานของหน่วยงานภาครัฐ (Integrity and Transparency Assessment : ITA) </w:t>
      </w:r>
      <w:proofErr w:type="spellStart"/>
      <w:r w:rsidRPr="00AA37DB">
        <w:rPr>
          <w:rFonts w:asciiTheme="majorBidi" w:hAnsiTheme="majorBidi" w:cstheme="majorBidi"/>
          <w:sz w:val="28"/>
        </w:rPr>
        <w:t>กำหนดมอบหมายผู้รับผิดชอบเข้าใช้ระบบ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ITAP </w:t>
      </w:r>
      <w:proofErr w:type="spellStart"/>
      <w:r w:rsidRPr="00AA37DB">
        <w:rPr>
          <w:rFonts w:asciiTheme="majorBidi" w:hAnsiTheme="majorBidi" w:cstheme="majorBidi"/>
          <w:sz w:val="28"/>
        </w:rPr>
        <w:t>พร้อมจัดทำ</w:t>
      </w:r>
      <w:proofErr w:type="spellEnd"/>
      <w:r w:rsidR="00AA37DB">
        <w:rPr>
          <w:rFonts w:asciiTheme="majorBidi" w:hAnsiTheme="majorBidi" w:cstheme="majorBidi"/>
          <w:sz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</w:rPr>
        <w:t>ข้อมูลสาธารณะ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(OIT) </w:t>
      </w:r>
      <w:proofErr w:type="spellStart"/>
      <w:r w:rsidRPr="00AA37DB">
        <w:rPr>
          <w:rFonts w:asciiTheme="majorBidi" w:hAnsiTheme="majorBidi" w:cstheme="majorBidi"/>
          <w:sz w:val="28"/>
        </w:rPr>
        <w:t>ของสถานีตำรวจ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</w:rPr>
        <w:t>และชี้แจงการให้ข้อมูลเกี่ยวกับการประเมินแก่เจ้าหน้าที่ตำรวจ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</w:rPr>
        <w:t>พร้อมทั้ง</w:t>
      </w:r>
      <w:proofErr w:type="spellEnd"/>
      <w:r w:rsidR="00AA37DB">
        <w:rPr>
          <w:rFonts w:asciiTheme="majorBidi" w:hAnsiTheme="majorBidi" w:cstheme="majorBidi"/>
          <w:sz w:val="28"/>
        </w:rPr>
        <w:t xml:space="preserve"> </w:t>
      </w:r>
      <w:r w:rsidRPr="00AA37DB">
        <w:rPr>
          <w:rFonts w:asciiTheme="majorBidi" w:hAnsiTheme="majorBidi" w:cstheme="majorBidi"/>
          <w:sz w:val="28"/>
        </w:rPr>
        <w:t>ศึกษาและวิเคราะห์กรอบการประเมินประเด็นที่ต้องดำเนินการและประเด็นที่ต้องปรับปรุงและ</w:t>
      </w:r>
      <w:proofErr w:type="spellStart"/>
      <w:r w:rsidRPr="00AA37DB">
        <w:rPr>
          <w:rFonts w:asciiTheme="majorBidi" w:hAnsiTheme="majorBidi" w:cstheme="majorBidi"/>
          <w:sz w:val="28"/>
        </w:rPr>
        <w:t>พัฒนา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</w:rPr>
        <w:t>ในปีงบ</w:t>
      </w:r>
      <w:proofErr w:type="spellEnd"/>
      <w:r w:rsidR="00AA37DB">
        <w:rPr>
          <w:rFonts w:asciiTheme="majorBidi" w:hAnsiTheme="majorBidi" w:cstheme="majorBidi"/>
          <w:sz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</w:rPr>
        <w:t>ประมาณ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พ.ศ.๒๕๖๙ </w:t>
      </w:r>
      <w:proofErr w:type="spellStart"/>
      <w:r w:rsidRPr="00AA37DB">
        <w:rPr>
          <w:rFonts w:asciiTheme="majorBidi" w:hAnsiTheme="majorBidi" w:cstheme="majorBidi"/>
          <w:sz w:val="28"/>
        </w:rPr>
        <w:t>และมอบหมายผู้รับผิดชอบการเผยแพร่ข้อมูลสาธารณะ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(OIT) </w:t>
      </w:r>
      <w:proofErr w:type="spellStart"/>
      <w:r w:rsidRPr="00AA37DB">
        <w:rPr>
          <w:rFonts w:asciiTheme="majorBidi" w:hAnsiTheme="majorBidi" w:cstheme="majorBidi"/>
          <w:sz w:val="28"/>
        </w:rPr>
        <w:t>ของสถานีตำรวจ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</w:rPr>
        <w:t>ประกอบด้วย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๓ </w:t>
      </w:r>
      <w:proofErr w:type="spellStart"/>
      <w:r w:rsidRPr="00AA37DB">
        <w:rPr>
          <w:rFonts w:asciiTheme="majorBidi" w:hAnsiTheme="majorBidi" w:cstheme="majorBidi"/>
          <w:sz w:val="28"/>
        </w:rPr>
        <w:t>ประเด็นสำคัญ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</w:rPr>
        <w:t>ได้แก่</w:t>
      </w:r>
      <w:proofErr w:type="spellEnd"/>
    </w:p>
    <w:p w14:paraId="410F4E25" w14:textId="77777777" w:rsidR="00BC29D0" w:rsidRPr="00AA37DB" w:rsidRDefault="00BC29D0" w:rsidP="00AA37DB">
      <w:pPr>
        <w:spacing w:line="240" w:lineRule="auto"/>
        <w:rPr>
          <w:rFonts w:asciiTheme="majorBidi" w:hAnsiTheme="majorBidi" w:cstheme="majorBidi"/>
        </w:rPr>
      </w:pPr>
      <w:r w:rsidRPr="00AA37DB">
        <w:rPr>
          <w:rFonts w:asciiTheme="majorBidi" w:hAnsiTheme="majorBidi" w:cstheme="majorBidi"/>
          <w:sz w:val="28"/>
        </w:rPr>
        <w:t xml:space="preserve">๑) </w:t>
      </w:r>
      <w:proofErr w:type="spellStart"/>
      <w:r w:rsidRPr="00AA37DB">
        <w:rPr>
          <w:rFonts w:asciiTheme="majorBidi" w:hAnsiTheme="majorBidi" w:cstheme="majorBidi"/>
          <w:sz w:val="28"/>
        </w:rPr>
        <w:t>แบบวัดการรับรู้ของผู้มีส่วนได้ส่วนเสียภายใน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(Internal Integrity and Transparency </w:t>
      </w:r>
      <w:proofErr w:type="gramStart"/>
      <w:r w:rsidRPr="00AA37DB">
        <w:rPr>
          <w:rFonts w:asciiTheme="majorBidi" w:hAnsiTheme="majorBidi" w:cstheme="majorBidi"/>
          <w:sz w:val="28"/>
        </w:rPr>
        <w:t>Assessment :</w:t>
      </w:r>
      <w:proofErr w:type="gramEnd"/>
      <w:r w:rsidRPr="00AA37DB">
        <w:rPr>
          <w:rFonts w:asciiTheme="majorBidi" w:hAnsiTheme="majorBidi" w:cstheme="majorBidi"/>
          <w:sz w:val="28"/>
        </w:rPr>
        <w:t xml:space="preserve"> IIT)</w:t>
      </w:r>
    </w:p>
    <w:p w14:paraId="0335B717" w14:textId="77777777" w:rsidR="00BC29D0" w:rsidRPr="00AA37DB" w:rsidRDefault="00BC29D0" w:rsidP="00AA37DB">
      <w:pPr>
        <w:spacing w:line="240" w:lineRule="auto"/>
        <w:rPr>
          <w:rFonts w:asciiTheme="majorBidi" w:hAnsiTheme="majorBidi" w:cstheme="majorBidi"/>
        </w:rPr>
      </w:pPr>
      <w:r w:rsidRPr="00AA37DB">
        <w:rPr>
          <w:rFonts w:asciiTheme="majorBidi" w:hAnsiTheme="majorBidi" w:cstheme="majorBidi"/>
          <w:sz w:val="28"/>
        </w:rPr>
        <w:t xml:space="preserve">๒) </w:t>
      </w:r>
      <w:proofErr w:type="spellStart"/>
      <w:r w:rsidRPr="00AA37DB">
        <w:rPr>
          <w:rFonts w:asciiTheme="majorBidi" w:hAnsiTheme="majorBidi" w:cstheme="majorBidi"/>
          <w:sz w:val="28"/>
        </w:rPr>
        <w:t>แบบวัดการรับรู้ของผู้มีส่วนได้ส่วนเสียภายนอก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(External Integrity and Transparency </w:t>
      </w:r>
      <w:proofErr w:type="gramStart"/>
      <w:r w:rsidRPr="00AA37DB">
        <w:rPr>
          <w:rFonts w:asciiTheme="majorBidi" w:hAnsiTheme="majorBidi" w:cstheme="majorBidi"/>
          <w:sz w:val="28"/>
        </w:rPr>
        <w:t>Assessment :</w:t>
      </w:r>
      <w:proofErr w:type="gramEnd"/>
      <w:r w:rsidRPr="00AA37DB">
        <w:rPr>
          <w:rFonts w:asciiTheme="majorBidi" w:hAnsiTheme="majorBidi" w:cstheme="majorBidi"/>
          <w:sz w:val="28"/>
        </w:rPr>
        <w:t xml:space="preserve"> EIT)</w:t>
      </w:r>
    </w:p>
    <w:p w14:paraId="3EBD9212" w14:textId="77777777" w:rsidR="00BC29D0" w:rsidRPr="00AA37DB" w:rsidRDefault="00BC29D0" w:rsidP="00AA37DB">
      <w:pPr>
        <w:spacing w:line="240" w:lineRule="auto"/>
        <w:rPr>
          <w:rFonts w:asciiTheme="majorBidi" w:hAnsiTheme="majorBidi" w:cstheme="majorBidi"/>
        </w:rPr>
      </w:pPr>
      <w:r w:rsidRPr="00AA37DB">
        <w:rPr>
          <w:rFonts w:asciiTheme="majorBidi" w:hAnsiTheme="majorBidi" w:cstheme="majorBidi"/>
          <w:sz w:val="28"/>
        </w:rPr>
        <w:t xml:space="preserve">๓) </w:t>
      </w:r>
      <w:proofErr w:type="spellStart"/>
      <w:r w:rsidRPr="00AA37DB">
        <w:rPr>
          <w:rFonts w:asciiTheme="majorBidi" w:hAnsiTheme="majorBidi" w:cstheme="majorBidi"/>
          <w:sz w:val="28"/>
        </w:rPr>
        <w:t>การเปิดเผยข้อมูลสาธารณะ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(Open Data Integrity and Transparency </w:t>
      </w:r>
      <w:proofErr w:type="gramStart"/>
      <w:r w:rsidRPr="00AA37DB">
        <w:rPr>
          <w:rFonts w:asciiTheme="majorBidi" w:hAnsiTheme="majorBidi" w:cstheme="majorBidi"/>
          <w:sz w:val="28"/>
        </w:rPr>
        <w:t>Assessment :</w:t>
      </w:r>
      <w:proofErr w:type="gramEnd"/>
      <w:r w:rsidRPr="00AA37DB">
        <w:rPr>
          <w:rFonts w:asciiTheme="majorBidi" w:hAnsiTheme="majorBidi" w:cstheme="majorBidi"/>
          <w:sz w:val="28"/>
        </w:rPr>
        <w:t xml:space="preserve"> OIT)</w:t>
      </w:r>
    </w:p>
    <w:p w14:paraId="09999689" w14:textId="1A91DC72" w:rsidR="00BC29D0" w:rsidRPr="00AA37DB" w:rsidRDefault="00BC29D0" w:rsidP="00AA37DB">
      <w:pPr>
        <w:ind w:firstLine="720"/>
        <w:rPr>
          <w:rFonts w:asciiTheme="majorBidi" w:hAnsiTheme="majorBidi" w:cstheme="majorBidi"/>
        </w:rPr>
      </w:pPr>
      <w:r w:rsidRPr="00AA37DB">
        <w:rPr>
          <w:rFonts w:asciiTheme="majorBidi" w:hAnsiTheme="majorBidi" w:cstheme="majorBidi"/>
          <w:sz w:val="28"/>
        </w:rPr>
        <w:t xml:space="preserve">- </w:t>
      </w:r>
      <w:proofErr w:type="spellStart"/>
      <w:r w:rsidRPr="00AA37DB">
        <w:rPr>
          <w:rFonts w:asciiTheme="majorBidi" w:hAnsiTheme="majorBidi" w:cstheme="majorBidi"/>
          <w:sz w:val="28"/>
        </w:rPr>
        <w:t>ให้จัดทำข้อมูลสาธารณะตามคู่มือการประเมินและแบบฟอร์มที่กำหนด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</w:rPr>
        <w:t>พร้อมทั้งเปิดเผย</w:t>
      </w:r>
      <w:proofErr w:type="spellEnd"/>
      <w:r w:rsidR="00AA37DB">
        <w:rPr>
          <w:rFonts w:asciiTheme="majorBidi" w:hAnsiTheme="majorBidi" w:cstheme="majorBidi"/>
          <w:sz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</w:rPr>
        <w:t>ข้อมูล</w:t>
      </w:r>
      <w:proofErr w:type="spellEnd"/>
      <w:r w:rsidR="00AA37DB">
        <w:rPr>
          <w:rFonts w:asciiTheme="majorBidi" w:hAnsiTheme="majorBidi" w:cstheme="majorBidi"/>
          <w:sz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</w:rPr>
        <w:t>ลงใน</w:t>
      </w:r>
      <w:proofErr w:type="spellEnd"/>
      <w:r w:rsidR="00AA37DB">
        <w:rPr>
          <w:rFonts w:asciiTheme="majorBidi" w:hAnsiTheme="majorBidi" w:cstheme="majorBidi"/>
          <w:sz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</w:rPr>
        <w:t>เว็บไซต์</w:t>
      </w:r>
      <w:proofErr w:type="spellEnd"/>
      <w:r w:rsidR="00AA37DB">
        <w:rPr>
          <w:rFonts w:asciiTheme="majorBidi" w:hAnsiTheme="majorBidi" w:cstheme="majorBidi"/>
          <w:sz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</w:rPr>
        <w:t>ของสถานีตำรวจ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</w:rPr>
        <w:t>และศึกษาการเข้าใช้งานระบบ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ITAP </w:t>
      </w:r>
      <w:proofErr w:type="spellStart"/>
      <w:r w:rsidRPr="00AA37DB">
        <w:rPr>
          <w:rFonts w:asciiTheme="majorBidi" w:hAnsiTheme="majorBidi" w:cstheme="majorBidi"/>
          <w:sz w:val="28"/>
        </w:rPr>
        <w:t>พร้อมบันทึกข้อมูลลงในระบบ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</w:rPr>
        <w:t>และมอบหมาย</w:t>
      </w:r>
      <w:proofErr w:type="spellEnd"/>
      <w:r w:rsidR="00623655">
        <w:rPr>
          <w:rFonts w:asciiTheme="majorBidi" w:hAnsiTheme="majorBidi" w:cstheme="majorBidi"/>
          <w:sz w:val="28"/>
        </w:rPr>
        <w:t xml:space="preserve"> </w:t>
      </w:r>
      <w:proofErr w:type="spellStart"/>
      <w:r w:rsidRPr="00AA37DB">
        <w:rPr>
          <w:rFonts w:asciiTheme="majorBidi" w:hAnsiTheme="majorBidi" w:cstheme="majorBidi"/>
          <w:sz w:val="28"/>
        </w:rPr>
        <w:t>ผู้รับผิดชอบการเผยแพร่ข้อมูลสาธารณะ</w:t>
      </w:r>
      <w:proofErr w:type="spellEnd"/>
      <w:r w:rsidRPr="00AA37DB">
        <w:rPr>
          <w:rFonts w:asciiTheme="majorBidi" w:hAnsiTheme="majorBidi" w:cstheme="majorBidi"/>
          <w:sz w:val="28"/>
        </w:rPr>
        <w:t xml:space="preserve"> (OIT)</w:t>
      </w:r>
    </w:p>
    <w:p w14:paraId="6430AFA7" w14:textId="77777777" w:rsidR="00BC29D0" w:rsidRPr="00AA37DB" w:rsidRDefault="00BC29D0" w:rsidP="00BC29D0">
      <w:pPr>
        <w:rPr>
          <w:rFonts w:asciiTheme="majorBidi" w:hAnsiTheme="majorBidi" w:cstheme="majorBidi"/>
        </w:rPr>
      </w:pPr>
      <w:r w:rsidRPr="00AA37DB">
        <w:rPr>
          <w:rFonts w:asciiTheme="majorBidi" w:hAnsiTheme="majorBidi" w:cstheme="majorBidi"/>
          <w:sz w:val="28"/>
        </w:rPr>
        <w:br w:type="page"/>
      </w:r>
    </w:p>
    <w:p w14:paraId="19E201FE" w14:textId="77777777" w:rsidR="00623655" w:rsidRDefault="00623655" w:rsidP="00BC29D0">
      <w:pPr>
        <w:rPr>
          <w:b/>
          <w:sz w:val="28"/>
        </w:rPr>
      </w:pPr>
      <w:r>
        <w:rPr>
          <w:noProof/>
        </w:rPr>
        <w:lastRenderedPageBreak/>
        <w:drawing>
          <wp:inline distT="0" distB="0" distL="0" distR="0" wp14:anchorId="6DFCD8C6" wp14:editId="0F0BFAE3">
            <wp:extent cx="5905500" cy="3724275"/>
            <wp:effectExtent l="0" t="0" r="0" b="9525"/>
            <wp:docPr id="11233129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31299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361E5" w14:textId="77777777" w:rsidR="00623655" w:rsidRDefault="00623655" w:rsidP="00BC29D0">
      <w:pPr>
        <w:rPr>
          <w:b/>
          <w:sz w:val="28"/>
        </w:rPr>
      </w:pPr>
    </w:p>
    <w:p w14:paraId="67054370" w14:textId="77777777" w:rsidR="00623655" w:rsidRDefault="00623655" w:rsidP="00BC29D0">
      <w:pPr>
        <w:rPr>
          <w:b/>
          <w:sz w:val="28"/>
        </w:rPr>
      </w:pPr>
      <w:r>
        <w:rPr>
          <w:noProof/>
        </w:rPr>
        <w:drawing>
          <wp:inline distT="0" distB="0" distL="0" distR="0" wp14:anchorId="4D249162" wp14:editId="199C1103">
            <wp:extent cx="5810250" cy="3095625"/>
            <wp:effectExtent l="0" t="0" r="0" b="9525"/>
            <wp:docPr id="2746221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62213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EAE60" w14:textId="77777777" w:rsidR="00623655" w:rsidRDefault="00623655" w:rsidP="00BC29D0">
      <w:pPr>
        <w:rPr>
          <w:b/>
          <w:sz w:val="28"/>
        </w:rPr>
      </w:pPr>
    </w:p>
    <w:p w14:paraId="0498F3BD" w14:textId="77777777" w:rsidR="00623655" w:rsidRDefault="00623655" w:rsidP="00BC29D0">
      <w:pPr>
        <w:rPr>
          <w:b/>
          <w:sz w:val="28"/>
        </w:rPr>
      </w:pPr>
    </w:p>
    <w:p w14:paraId="0E433D5D" w14:textId="22102411" w:rsidR="00BC29D0" w:rsidRPr="00A1014F" w:rsidRDefault="00BC29D0" w:rsidP="00BC29D0">
      <w:pPr>
        <w:rPr>
          <w:rFonts w:asciiTheme="majorBidi" w:hAnsiTheme="majorBidi" w:cstheme="majorBidi"/>
          <w:sz w:val="28"/>
          <w:szCs w:val="28"/>
        </w:rPr>
      </w:pPr>
      <w:r w:rsidRPr="00A1014F">
        <w:rPr>
          <w:rFonts w:asciiTheme="majorBidi" w:hAnsiTheme="majorBidi" w:cstheme="majorBidi"/>
          <w:b/>
          <w:sz w:val="28"/>
          <w:szCs w:val="28"/>
        </w:rPr>
        <w:lastRenderedPageBreak/>
        <w:t xml:space="preserve">๓. </w:t>
      </w:r>
      <w:proofErr w:type="spellStart"/>
      <w:r w:rsidRPr="00A1014F">
        <w:rPr>
          <w:rFonts w:asciiTheme="majorBidi" w:hAnsiTheme="majorBidi" w:cstheme="majorBidi"/>
          <w:b/>
          <w:sz w:val="28"/>
          <w:szCs w:val="28"/>
        </w:rPr>
        <w:t>ภาพกิจกรรมที่แสดงถึงการเตรียมความพร้อมการเผยแพร่ข้อมูล</w:t>
      </w:r>
      <w:proofErr w:type="spellEnd"/>
      <w:r w:rsidRPr="00A1014F">
        <w:rPr>
          <w:rFonts w:asciiTheme="majorBidi" w:hAnsiTheme="majorBidi" w:cstheme="majorBidi"/>
          <w:b/>
          <w:sz w:val="28"/>
          <w:szCs w:val="28"/>
        </w:rPr>
        <w:t xml:space="preserve"> (OIT) </w:t>
      </w:r>
      <w:proofErr w:type="spellStart"/>
      <w:r w:rsidRPr="00A1014F">
        <w:rPr>
          <w:rFonts w:asciiTheme="majorBidi" w:hAnsiTheme="majorBidi" w:cstheme="majorBidi"/>
          <w:b/>
          <w:sz w:val="28"/>
          <w:szCs w:val="28"/>
        </w:rPr>
        <w:t>ตามแบบตรวจการ</w:t>
      </w:r>
      <w:proofErr w:type="spellEnd"/>
      <w:r w:rsidR="00A1014F">
        <w:rPr>
          <w:rFonts w:asciiTheme="majorBidi" w:hAnsiTheme="majorBidi" w:cstheme="majorBidi"/>
          <w:b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b/>
          <w:sz w:val="28"/>
          <w:szCs w:val="28"/>
        </w:rPr>
        <w:t>เปิดเผย</w:t>
      </w:r>
      <w:proofErr w:type="spellEnd"/>
      <w:r w:rsidR="00A1014F">
        <w:rPr>
          <w:rFonts w:asciiTheme="majorBidi" w:hAnsiTheme="majorBidi" w:cstheme="majorBidi"/>
          <w:b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b/>
          <w:sz w:val="28"/>
          <w:szCs w:val="28"/>
        </w:rPr>
        <w:t>ข้อมูลสาธารณะ</w:t>
      </w:r>
      <w:proofErr w:type="spellEnd"/>
    </w:p>
    <w:p w14:paraId="4495DD0B" w14:textId="0273471B" w:rsidR="00BC29D0" w:rsidRPr="00A1014F" w:rsidRDefault="00BC29D0" w:rsidP="00BC29D0">
      <w:pPr>
        <w:ind w:firstLine="720"/>
        <w:rPr>
          <w:rFonts w:asciiTheme="majorBidi" w:hAnsiTheme="majorBidi" w:cstheme="majorBidi"/>
          <w:sz w:val="28"/>
          <w:szCs w:val="28"/>
        </w:rPr>
      </w:pPr>
      <w:proofErr w:type="spellStart"/>
      <w:r w:rsidRPr="00A1014F">
        <w:rPr>
          <w:rFonts w:asciiTheme="majorBidi" w:hAnsiTheme="majorBidi" w:cstheme="majorBidi"/>
          <w:sz w:val="28"/>
          <w:szCs w:val="28"/>
        </w:rPr>
        <w:t>เมื่อวันที่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r w:rsidR="00A1014F">
        <w:rPr>
          <w:rFonts w:asciiTheme="majorBidi" w:hAnsiTheme="majorBidi" w:cstheme="majorBidi" w:hint="cs"/>
          <w:sz w:val="28"/>
          <w:szCs w:val="28"/>
          <w:cs/>
          <w:lang w:bidi="th-TH"/>
        </w:rPr>
        <w:t>๓๐</w:t>
      </w:r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r w:rsidR="00A1014F">
        <w:rPr>
          <w:rFonts w:asciiTheme="majorBidi" w:hAnsiTheme="majorBidi" w:cstheme="majorBidi" w:hint="cs"/>
          <w:sz w:val="28"/>
          <w:szCs w:val="28"/>
          <w:cs/>
          <w:lang w:bidi="th-TH"/>
        </w:rPr>
        <w:t>มีนาคม</w:t>
      </w:r>
      <w:r w:rsidRPr="00A1014F">
        <w:rPr>
          <w:rFonts w:asciiTheme="majorBidi" w:hAnsiTheme="majorBidi" w:cstheme="majorBidi"/>
          <w:sz w:val="28"/>
          <w:szCs w:val="28"/>
        </w:rPr>
        <w:t xml:space="preserve"> ๒๕๖๙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เวลา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r w:rsidR="00A1014F">
        <w:rPr>
          <w:rFonts w:asciiTheme="majorBidi" w:hAnsiTheme="majorBidi" w:cstheme="majorBidi" w:hint="cs"/>
          <w:sz w:val="28"/>
          <w:szCs w:val="28"/>
          <w:cs/>
          <w:lang w:bidi="th-TH"/>
        </w:rPr>
        <w:t>๑๐</w:t>
      </w:r>
      <w:r w:rsidRPr="00A1014F">
        <w:rPr>
          <w:rFonts w:asciiTheme="majorBidi" w:hAnsiTheme="majorBidi" w:cstheme="majorBidi"/>
          <w:sz w:val="28"/>
          <w:szCs w:val="28"/>
        </w:rPr>
        <w:t xml:space="preserve">.๓๐ น.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พ.ต.อ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>.</w:t>
      </w:r>
      <w:proofErr w:type="gramStart"/>
      <w:r w:rsidR="00A1014F">
        <w:rPr>
          <w:rFonts w:asciiTheme="majorBidi" w:hAnsiTheme="majorBidi" w:cstheme="majorBidi" w:hint="cs"/>
          <w:sz w:val="28"/>
          <w:szCs w:val="28"/>
          <w:cs/>
          <w:lang w:bidi="th-TH"/>
        </w:rPr>
        <w:t>วิจิตร  บุญ</w:t>
      </w:r>
      <w:proofErr w:type="spellStart"/>
      <w:r w:rsidR="00A1014F">
        <w:rPr>
          <w:rFonts w:asciiTheme="majorBidi" w:hAnsiTheme="majorBidi" w:cstheme="majorBidi" w:hint="cs"/>
          <w:sz w:val="28"/>
          <w:szCs w:val="28"/>
          <w:cs/>
          <w:lang w:bidi="th-TH"/>
        </w:rPr>
        <w:t>วรร</w:t>
      </w:r>
      <w:proofErr w:type="spellEnd"/>
      <w:r w:rsidR="00A1014F">
        <w:rPr>
          <w:rFonts w:asciiTheme="majorBidi" w:hAnsiTheme="majorBidi" w:cstheme="majorBidi" w:hint="cs"/>
          <w:sz w:val="28"/>
          <w:szCs w:val="28"/>
          <w:cs/>
          <w:lang w:bidi="th-TH"/>
        </w:rPr>
        <w:t>ณ</w:t>
      </w:r>
      <w:proofErr w:type="gramEnd"/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ผกก.สภ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>.</w:t>
      </w:r>
      <w:r w:rsidR="00774E0C" w:rsidRPr="00A1014F">
        <w:rPr>
          <w:rFonts w:asciiTheme="majorBidi" w:hAnsiTheme="majorBidi" w:cstheme="majorBidi"/>
          <w:sz w:val="28"/>
          <w:szCs w:val="28"/>
          <w:cs/>
          <w:lang w:bidi="th-TH"/>
        </w:rPr>
        <w:t>หนองสูง</w:t>
      </w:r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และเจ้าหน้าที่</w:t>
      </w:r>
      <w:proofErr w:type="spellEnd"/>
      <w:r w:rsid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proofErr w:type="gramStart"/>
      <w:r w:rsidRPr="00A1014F">
        <w:rPr>
          <w:rFonts w:asciiTheme="majorBidi" w:hAnsiTheme="majorBidi" w:cstheme="majorBidi"/>
          <w:sz w:val="28"/>
          <w:szCs w:val="28"/>
        </w:rPr>
        <w:t>ที่เกี่ยวข้อง</w:t>
      </w:r>
      <w:proofErr w:type="spellEnd"/>
      <w:r w:rsidR="00A1014F">
        <w:rPr>
          <w:rFonts w:asciiTheme="majorBidi" w:hAnsiTheme="majorBidi" w:cstheme="majorBidi"/>
          <w:sz w:val="28"/>
          <w:szCs w:val="28"/>
        </w:rPr>
        <w:t xml:space="preserve"> </w:t>
      </w:r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ได้ร่วมเฝ้าฟังการประชุมชี้แจงเพื่อซักซ้อม</w:t>
      </w:r>
      <w:proofErr w:type="spellEnd"/>
      <w:proofErr w:type="gramEnd"/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ทำความเข้าใจ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เพื่อดำเนินการเกี่ยวกับมาตรการ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>/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กิจกรรม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การประเมินคุณธรรมและความโปร่งใสในการดำเนินงานของหน่วยงานภาครัฐ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 xml:space="preserve"> (Integrity and Transparency </w:t>
      </w:r>
      <w:proofErr w:type="gramStart"/>
      <w:r w:rsidRPr="00A1014F">
        <w:rPr>
          <w:rFonts w:asciiTheme="majorBidi" w:hAnsiTheme="majorBidi" w:cstheme="majorBidi"/>
          <w:sz w:val="28"/>
          <w:szCs w:val="28"/>
        </w:rPr>
        <w:t>Assessment :</w:t>
      </w:r>
      <w:proofErr w:type="gramEnd"/>
      <w:r w:rsidRPr="00A1014F">
        <w:rPr>
          <w:rFonts w:asciiTheme="majorBidi" w:hAnsiTheme="majorBidi" w:cstheme="majorBidi"/>
          <w:sz w:val="28"/>
          <w:szCs w:val="28"/>
        </w:rPr>
        <w:t xml:space="preserve"> ITA)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ของสถานีตำรวจภูธร</w:t>
      </w:r>
      <w:proofErr w:type="spellEnd"/>
      <w:r w:rsidR="00774E0C" w:rsidRPr="00A1014F">
        <w:rPr>
          <w:rFonts w:asciiTheme="majorBidi" w:hAnsiTheme="majorBidi" w:cstheme="majorBidi"/>
          <w:sz w:val="28"/>
          <w:szCs w:val="28"/>
          <w:cs/>
          <w:lang w:bidi="th-TH"/>
        </w:rPr>
        <w:t>หนองสูง</w:t>
      </w:r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ปีงบประมาณ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 xml:space="preserve"> พ.ศ.๒๕๖๙</w:t>
      </w:r>
    </w:p>
    <w:p w14:paraId="3BA254A4" w14:textId="77777777" w:rsidR="00A1014F" w:rsidRDefault="00BC29D0" w:rsidP="00A1014F">
      <w:pPr>
        <w:spacing w:after="0"/>
        <w:ind w:firstLine="720"/>
        <w:rPr>
          <w:rFonts w:asciiTheme="majorBidi" w:hAnsiTheme="majorBidi" w:cstheme="majorBidi"/>
          <w:sz w:val="28"/>
          <w:szCs w:val="28"/>
        </w:rPr>
      </w:pPr>
      <w:proofErr w:type="spellStart"/>
      <w:r w:rsidRPr="00A1014F">
        <w:rPr>
          <w:rFonts w:asciiTheme="majorBidi" w:hAnsiTheme="majorBidi" w:cstheme="majorBidi"/>
          <w:sz w:val="28"/>
          <w:szCs w:val="28"/>
        </w:rPr>
        <w:t>และเมื่อวันที่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 xml:space="preserve"> ๑๙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มิถุนายน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 xml:space="preserve"> ๒๕๖๙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เวลา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r w:rsidR="00A1014F">
        <w:rPr>
          <w:rFonts w:asciiTheme="majorBidi" w:hAnsiTheme="majorBidi" w:cstheme="majorBidi" w:hint="cs"/>
          <w:sz w:val="28"/>
          <w:szCs w:val="28"/>
          <w:cs/>
          <w:lang w:bidi="th-TH"/>
        </w:rPr>
        <w:t>๐๙.๓๐</w:t>
      </w:r>
      <w:r w:rsidRPr="00A1014F">
        <w:rPr>
          <w:rFonts w:asciiTheme="majorBidi" w:hAnsiTheme="majorBidi" w:cstheme="majorBidi"/>
          <w:sz w:val="28"/>
          <w:szCs w:val="28"/>
        </w:rPr>
        <w:t xml:space="preserve">.๐๐ น. ณ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ห้องประชุมชั้น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r w:rsidR="00A1014F">
        <w:rPr>
          <w:rFonts w:asciiTheme="majorBidi" w:hAnsiTheme="majorBidi" w:cstheme="majorBidi" w:hint="cs"/>
          <w:sz w:val="28"/>
          <w:szCs w:val="28"/>
          <w:cs/>
          <w:lang w:bidi="th-TH"/>
        </w:rPr>
        <w:t>๒</w:t>
      </w:r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อาคาร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สภ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>.</w:t>
      </w:r>
      <w:r w:rsidR="00774E0C" w:rsidRPr="00A1014F">
        <w:rPr>
          <w:rFonts w:asciiTheme="majorBidi" w:hAnsiTheme="majorBidi" w:cstheme="majorBidi"/>
          <w:sz w:val="28"/>
          <w:szCs w:val="28"/>
          <w:cs/>
          <w:lang w:bidi="th-TH"/>
        </w:rPr>
        <w:t>หนองสูง</w:t>
      </w:r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</w:p>
    <w:p w14:paraId="1132B16B" w14:textId="62DC61D7" w:rsidR="00A1014F" w:rsidRDefault="00BC29D0" w:rsidP="00A1014F">
      <w:pPr>
        <w:spacing w:after="0"/>
        <w:rPr>
          <w:rFonts w:asciiTheme="majorBidi" w:hAnsiTheme="majorBidi" w:cstheme="majorBidi"/>
          <w:sz w:val="28"/>
          <w:szCs w:val="28"/>
        </w:rPr>
      </w:pPr>
      <w:proofErr w:type="spellStart"/>
      <w:r w:rsidRPr="00A1014F">
        <w:rPr>
          <w:rFonts w:asciiTheme="majorBidi" w:hAnsiTheme="majorBidi" w:cstheme="majorBidi"/>
          <w:sz w:val="28"/>
          <w:szCs w:val="28"/>
        </w:rPr>
        <w:t>พ.ต.อ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>.</w:t>
      </w:r>
      <w:proofErr w:type="gramStart"/>
      <w:r w:rsidR="00A1014F">
        <w:rPr>
          <w:rFonts w:asciiTheme="majorBidi" w:hAnsiTheme="majorBidi" w:cstheme="majorBidi" w:hint="cs"/>
          <w:sz w:val="28"/>
          <w:szCs w:val="28"/>
          <w:cs/>
          <w:lang w:bidi="th-TH"/>
        </w:rPr>
        <w:t>วิจิตร  บุญ</w:t>
      </w:r>
      <w:proofErr w:type="spellStart"/>
      <w:r w:rsidR="00A1014F">
        <w:rPr>
          <w:rFonts w:asciiTheme="majorBidi" w:hAnsiTheme="majorBidi" w:cstheme="majorBidi" w:hint="cs"/>
          <w:sz w:val="28"/>
          <w:szCs w:val="28"/>
          <w:cs/>
          <w:lang w:bidi="th-TH"/>
        </w:rPr>
        <w:t>วรร</w:t>
      </w:r>
      <w:proofErr w:type="spellEnd"/>
      <w:r w:rsidR="00A1014F">
        <w:rPr>
          <w:rFonts w:asciiTheme="majorBidi" w:hAnsiTheme="majorBidi" w:cstheme="majorBidi" w:hint="cs"/>
          <w:sz w:val="28"/>
          <w:szCs w:val="28"/>
          <w:cs/>
          <w:lang w:bidi="th-TH"/>
        </w:rPr>
        <w:t>ณ</w:t>
      </w:r>
      <w:proofErr w:type="gramEnd"/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ผกก.สภ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>.</w:t>
      </w:r>
      <w:r w:rsidR="00774E0C" w:rsidRPr="00A1014F">
        <w:rPr>
          <w:rFonts w:asciiTheme="majorBidi" w:hAnsiTheme="majorBidi" w:cstheme="majorBidi"/>
          <w:sz w:val="28"/>
          <w:szCs w:val="28"/>
          <w:cs/>
          <w:lang w:bidi="th-TH"/>
        </w:rPr>
        <w:t>หนองสูง</w:t>
      </w:r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ได้เรียกประชุมชี้แจง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หัวหน้างานทุกสายงานและข้าราชการตำรวจในสังกัด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</w:p>
    <w:p w14:paraId="444DDB0B" w14:textId="60CD102A" w:rsidR="00BC29D0" w:rsidRPr="00A1014F" w:rsidRDefault="00BC29D0" w:rsidP="00A1014F">
      <w:pPr>
        <w:spacing w:after="0"/>
        <w:rPr>
          <w:rFonts w:asciiTheme="majorBidi" w:hAnsiTheme="majorBidi" w:cstheme="majorBidi"/>
          <w:sz w:val="28"/>
          <w:szCs w:val="28"/>
        </w:rPr>
      </w:pPr>
      <w:proofErr w:type="spellStart"/>
      <w:r w:rsidRPr="00A1014F">
        <w:rPr>
          <w:rFonts w:asciiTheme="majorBidi" w:hAnsiTheme="majorBidi" w:cstheme="majorBidi"/>
          <w:sz w:val="28"/>
          <w:szCs w:val="28"/>
        </w:rPr>
        <w:t>สภ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>.</w:t>
      </w:r>
      <w:r w:rsidR="00774E0C" w:rsidRPr="00A1014F">
        <w:rPr>
          <w:rFonts w:asciiTheme="majorBidi" w:hAnsiTheme="majorBidi" w:cstheme="majorBidi"/>
          <w:sz w:val="28"/>
          <w:szCs w:val="28"/>
          <w:cs/>
          <w:lang w:bidi="th-TH"/>
        </w:rPr>
        <w:t>หนองสูง</w:t>
      </w:r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เพื่อทำความเข้าใจและร่วมปฏิบัติตามมาตรการ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>/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กิจกรรม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การประเมินคุณธรรมและความโปร่งใส</w:t>
      </w:r>
      <w:proofErr w:type="spellEnd"/>
      <w:r w:rsid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ในการดำเนินงานของหน่วยงานภาครัฐ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 xml:space="preserve"> (Integrity and Transparency Assessment: ITA)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ของสถานีตำรวจภูธร</w:t>
      </w:r>
      <w:proofErr w:type="spellEnd"/>
      <w:r w:rsidR="00774E0C" w:rsidRPr="00A1014F">
        <w:rPr>
          <w:rFonts w:asciiTheme="majorBidi" w:hAnsiTheme="majorBidi" w:cstheme="majorBidi"/>
          <w:sz w:val="28"/>
          <w:szCs w:val="28"/>
          <w:cs/>
          <w:lang w:bidi="th-TH"/>
        </w:rPr>
        <w:t>หนองสูง</w:t>
      </w:r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ปีงบประมาณ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A1014F">
        <w:rPr>
          <w:rFonts w:asciiTheme="majorBidi" w:hAnsiTheme="majorBidi" w:cstheme="majorBidi"/>
          <w:sz w:val="28"/>
          <w:szCs w:val="28"/>
        </w:rPr>
        <w:t>พ.ศ</w:t>
      </w:r>
      <w:proofErr w:type="spellEnd"/>
      <w:r w:rsidRPr="00A1014F">
        <w:rPr>
          <w:rFonts w:asciiTheme="majorBidi" w:hAnsiTheme="majorBidi" w:cstheme="majorBidi"/>
          <w:sz w:val="28"/>
          <w:szCs w:val="28"/>
        </w:rPr>
        <w:t>. 2569</w:t>
      </w:r>
    </w:p>
    <w:p w14:paraId="16ADBE55" w14:textId="2922EE72" w:rsidR="00BC29D0" w:rsidRPr="00A1014F" w:rsidRDefault="00AB2686" w:rsidP="00AB2686">
      <w:pPr>
        <w:ind w:firstLine="567"/>
        <w:rPr>
          <w:rFonts w:asciiTheme="majorBidi" w:hAnsiTheme="majorBidi" w:cstheme="majorBidi"/>
          <w:sz w:val="28"/>
          <w:szCs w:val="28"/>
        </w:rPr>
      </w:pPr>
      <w:r>
        <w:rPr>
          <w:noProof/>
        </w:rPr>
        <w:drawing>
          <wp:inline distT="0" distB="0" distL="0" distR="0" wp14:anchorId="2884B698" wp14:editId="6DE2B986">
            <wp:extent cx="2409825" cy="2162175"/>
            <wp:effectExtent l="0" t="0" r="9525" b="9525"/>
            <wp:docPr id="8827672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76726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t xml:space="preserve">   </w:t>
      </w:r>
      <w:r w:rsidRPr="00AB2686">
        <w:rPr>
          <w:noProof/>
        </w:rPr>
        <w:t xml:space="preserve"> </w:t>
      </w:r>
      <w:r>
        <w:rPr>
          <w:noProof/>
        </w:rPr>
        <w:drawing>
          <wp:inline distT="0" distB="0" distL="0" distR="0" wp14:anchorId="325893E6" wp14:editId="7CB174F3">
            <wp:extent cx="2371725" cy="2171700"/>
            <wp:effectExtent l="0" t="0" r="9525" b="0"/>
            <wp:docPr id="3803505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35057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 w:hint="cs"/>
          <w:sz w:val="28"/>
          <w:szCs w:val="28"/>
          <w:cs/>
          <w:lang w:bidi="th-TH"/>
        </w:rPr>
        <w:t>เจ้าห</w:t>
      </w:r>
      <w:proofErr w:type="spellStart"/>
      <w:r w:rsidR="00BC29D0" w:rsidRPr="00A1014F">
        <w:rPr>
          <w:rFonts w:asciiTheme="majorBidi" w:hAnsiTheme="majorBidi" w:cstheme="majorBidi"/>
          <w:sz w:val="28"/>
          <w:szCs w:val="28"/>
        </w:rPr>
        <w:t>น้าที่ตำรวจในสังกัดรับทราบ</w:t>
      </w:r>
      <w:proofErr w:type="spellEnd"/>
      <w:r w:rsidR="00BC29D0"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="00BC29D0" w:rsidRPr="00A1014F">
        <w:rPr>
          <w:rFonts w:asciiTheme="majorBidi" w:hAnsiTheme="majorBidi" w:cstheme="majorBidi"/>
          <w:sz w:val="28"/>
          <w:szCs w:val="28"/>
        </w:rPr>
        <w:t>ในระหว่างดำเนินการตามมาตรการ</w:t>
      </w:r>
      <w:proofErr w:type="spellEnd"/>
      <w:r w:rsidR="00BC29D0" w:rsidRPr="00A1014F">
        <w:rPr>
          <w:rFonts w:asciiTheme="majorBidi" w:hAnsiTheme="majorBidi" w:cstheme="majorBidi"/>
          <w:sz w:val="28"/>
          <w:szCs w:val="28"/>
        </w:rPr>
        <w:t>/</w:t>
      </w:r>
      <w:proofErr w:type="spellStart"/>
      <w:r w:rsidR="00BC29D0" w:rsidRPr="00A1014F">
        <w:rPr>
          <w:rFonts w:asciiTheme="majorBidi" w:hAnsiTheme="majorBidi" w:cstheme="majorBidi"/>
          <w:sz w:val="28"/>
          <w:szCs w:val="28"/>
        </w:rPr>
        <w:t>กิจกรรม</w:t>
      </w:r>
      <w:proofErr w:type="spellEnd"/>
      <w:r w:rsidR="00BC29D0"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="00BC29D0" w:rsidRPr="00A1014F">
        <w:rPr>
          <w:rFonts w:asciiTheme="majorBidi" w:hAnsiTheme="majorBidi" w:cstheme="majorBidi"/>
          <w:sz w:val="28"/>
          <w:szCs w:val="28"/>
        </w:rPr>
        <w:t>ได้มีการติดตาม</w:t>
      </w:r>
      <w:proofErr w:type="spellEnd"/>
      <w:r w:rsidR="00BC29D0"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="00BC29D0" w:rsidRPr="00A1014F">
        <w:rPr>
          <w:rFonts w:asciiTheme="majorBidi" w:hAnsiTheme="majorBidi" w:cstheme="majorBidi"/>
          <w:sz w:val="28"/>
          <w:szCs w:val="28"/>
        </w:rPr>
        <w:t>และรายงานผล</w:t>
      </w:r>
      <w:proofErr w:type="spellEnd"/>
      <w:r w:rsidR="00BC29D0"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="00BC29D0" w:rsidRPr="00A1014F">
        <w:rPr>
          <w:rFonts w:asciiTheme="majorBidi" w:hAnsiTheme="majorBidi" w:cstheme="majorBidi"/>
          <w:sz w:val="28"/>
          <w:szCs w:val="28"/>
        </w:rPr>
        <w:t>รวมทั้งการเผยแพร่ข้อมูล</w:t>
      </w:r>
      <w:proofErr w:type="spellEnd"/>
      <w:r w:rsidR="00BC29D0" w:rsidRPr="00A1014F">
        <w:rPr>
          <w:rFonts w:asciiTheme="majorBidi" w:hAnsiTheme="majorBidi" w:cstheme="majorBidi"/>
          <w:sz w:val="28"/>
          <w:szCs w:val="28"/>
        </w:rPr>
        <w:t xml:space="preserve"> OPEN DATA </w:t>
      </w:r>
      <w:proofErr w:type="spellStart"/>
      <w:r w:rsidR="00BC29D0" w:rsidRPr="00A1014F">
        <w:rPr>
          <w:rFonts w:asciiTheme="majorBidi" w:hAnsiTheme="majorBidi" w:cstheme="majorBidi"/>
          <w:sz w:val="28"/>
          <w:szCs w:val="28"/>
        </w:rPr>
        <w:t>บนเว็บไซต์ของสถานีตำรวจภูธร</w:t>
      </w:r>
      <w:proofErr w:type="spellEnd"/>
      <w:r w:rsidR="00774E0C" w:rsidRPr="00A1014F">
        <w:rPr>
          <w:rFonts w:asciiTheme="majorBidi" w:hAnsiTheme="majorBidi" w:cstheme="majorBidi"/>
          <w:sz w:val="28"/>
          <w:szCs w:val="28"/>
          <w:cs/>
          <w:lang w:bidi="th-TH"/>
        </w:rPr>
        <w:t>หนองสูง</w:t>
      </w:r>
      <w:r w:rsidR="00BC29D0"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="00BC29D0" w:rsidRPr="00A1014F">
        <w:rPr>
          <w:rFonts w:asciiTheme="majorBidi" w:hAnsiTheme="majorBidi" w:cstheme="majorBidi"/>
          <w:sz w:val="28"/>
          <w:szCs w:val="28"/>
        </w:rPr>
        <w:t>และมีการประชุมเพื่อวางแผนในการทำงาน</w:t>
      </w:r>
      <w:proofErr w:type="spellEnd"/>
      <w:r w:rsidR="00BC29D0"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="00BC29D0" w:rsidRPr="00A1014F">
        <w:rPr>
          <w:rFonts w:asciiTheme="majorBidi" w:hAnsiTheme="majorBidi" w:cstheme="majorBidi"/>
          <w:sz w:val="28"/>
          <w:szCs w:val="28"/>
        </w:rPr>
        <w:t>มีการกำกับติดตาม</w:t>
      </w:r>
      <w:proofErr w:type="spellEnd"/>
      <w:r w:rsidR="00BC29D0"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="00BC29D0" w:rsidRPr="00A1014F">
        <w:rPr>
          <w:rFonts w:asciiTheme="majorBidi" w:hAnsiTheme="majorBidi" w:cstheme="majorBidi"/>
          <w:sz w:val="28"/>
          <w:szCs w:val="28"/>
        </w:rPr>
        <w:t>โดย</w:t>
      </w:r>
      <w:proofErr w:type="spellEnd"/>
      <w:r w:rsidR="00BC29D0" w:rsidRPr="00A1014F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="00BC29D0" w:rsidRPr="00A1014F">
        <w:rPr>
          <w:rFonts w:asciiTheme="majorBidi" w:hAnsiTheme="majorBidi" w:cstheme="majorBidi"/>
          <w:sz w:val="28"/>
          <w:szCs w:val="28"/>
        </w:rPr>
        <w:t>ผู้กำกับการสถานีตำรวจภูธร</w:t>
      </w:r>
      <w:proofErr w:type="spellEnd"/>
      <w:r w:rsidR="00774E0C" w:rsidRPr="00A1014F">
        <w:rPr>
          <w:rFonts w:asciiTheme="majorBidi" w:hAnsiTheme="majorBidi" w:cstheme="majorBidi"/>
          <w:sz w:val="28"/>
          <w:szCs w:val="28"/>
          <w:cs/>
          <w:lang w:bidi="th-TH"/>
        </w:rPr>
        <w:t>หนองสูง</w:t>
      </w:r>
    </w:p>
    <w:p w14:paraId="7D5F92E7" w14:textId="7C0E64B5" w:rsidR="00BC29D0" w:rsidRPr="00531B6B" w:rsidRDefault="00BC29D0" w:rsidP="00BC29D0">
      <w:pPr>
        <w:rPr>
          <w:rFonts w:asciiTheme="majorBidi" w:hAnsiTheme="majorBidi" w:cstheme="majorBidi"/>
          <w:sz w:val="28"/>
          <w:szCs w:val="28"/>
          <w:lang w:bidi="th-TH"/>
        </w:rPr>
      </w:pPr>
      <w:r w:rsidRPr="00A1014F">
        <w:rPr>
          <w:rFonts w:asciiTheme="majorBidi" w:hAnsiTheme="majorBidi" w:cstheme="majorBidi"/>
          <w:sz w:val="28"/>
          <w:szCs w:val="28"/>
          <w:cs/>
          <w:lang w:bidi="th-TH"/>
        </w:rPr>
        <w:br w:type="page"/>
      </w:r>
      <w:proofErr w:type="spellStart"/>
      <w:r>
        <w:rPr>
          <w:b/>
        </w:rPr>
        <w:lastRenderedPageBreak/>
        <w:t>ตารางการเตรียมความพร้อมการเผยแพร่ข้อมูลสาธารณะ</w:t>
      </w:r>
      <w:proofErr w:type="spellEnd"/>
      <w:r>
        <w:rPr>
          <w:b/>
        </w:rPr>
        <w:t xml:space="preserve"> (OIT) </w:t>
      </w:r>
      <w:proofErr w:type="spellStart"/>
      <w:r>
        <w:rPr>
          <w:b/>
        </w:rPr>
        <w:t>ตามแบบตรวจการเปิดเผยข้อมูลสาธารณะ</w:t>
      </w:r>
      <w:proofErr w:type="spellEnd"/>
    </w:p>
    <w:tbl>
      <w:tblPr>
        <w:tblStyle w:val="aff2"/>
        <w:tblW w:w="0" w:type="auto"/>
        <w:tblLook w:val="04A0" w:firstRow="1" w:lastRow="0" w:firstColumn="1" w:lastColumn="0" w:noHBand="0" w:noVBand="1"/>
      </w:tblPr>
      <w:tblGrid>
        <w:gridCol w:w="3205"/>
        <w:gridCol w:w="3757"/>
        <w:gridCol w:w="1894"/>
      </w:tblGrid>
      <w:tr w:rsidR="00BC29D0" w14:paraId="6200BE94" w14:textId="77777777" w:rsidTr="00F85253"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</w:tcPr>
          <w:p w14:paraId="5693B11C" w14:textId="77777777" w:rsidR="00BC29D0" w:rsidRDefault="00BC29D0" w:rsidP="00F85253">
            <w:pPr>
              <w:jc w:val="center"/>
            </w:pPr>
            <w:proofErr w:type="spellStart"/>
            <w:r>
              <w:rPr>
                <w:b/>
                <w:color w:val="FFFFFF"/>
                <w:sz w:val="24"/>
              </w:rPr>
              <w:t>ด้าน</w:t>
            </w:r>
            <w:proofErr w:type="spellEnd"/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</w:tcPr>
          <w:p w14:paraId="7AFE6F7C" w14:textId="77777777" w:rsidR="00BC29D0" w:rsidRDefault="00BC29D0" w:rsidP="00F85253">
            <w:pPr>
              <w:jc w:val="center"/>
            </w:pPr>
            <w:proofErr w:type="spellStart"/>
            <w:r>
              <w:rPr>
                <w:b/>
                <w:color w:val="FFFFFF"/>
                <w:sz w:val="24"/>
              </w:rPr>
              <w:t>ประเด็นที่ต้องยกระดับการพัฒนา</w:t>
            </w:r>
            <w:proofErr w:type="spellEnd"/>
            <w:r>
              <w:rPr>
                <w:b/>
                <w:color w:val="FFFFFF"/>
                <w:sz w:val="24"/>
              </w:rPr>
              <w:t>/</w:t>
            </w:r>
            <w:proofErr w:type="spellStart"/>
            <w:r>
              <w:rPr>
                <w:b/>
                <w:color w:val="FFFFFF"/>
                <w:sz w:val="24"/>
              </w:rPr>
              <w:t>ดำเนินการ</w:t>
            </w:r>
            <w:proofErr w:type="spellEnd"/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</w:tcPr>
          <w:p w14:paraId="0E07F2F8" w14:textId="77777777" w:rsidR="00BC29D0" w:rsidRDefault="00BC29D0" w:rsidP="00F85253">
            <w:pPr>
              <w:jc w:val="center"/>
            </w:pPr>
            <w:proofErr w:type="spellStart"/>
            <w:r>
              <w:rPr>
                <w:b/>
                <w:color w:val="FFFFFF"/>
                <w:sz w:val="24"/>
              </w:rPr>
              <w:t>ผู้รับผิดชอบ</w:t>
            </w:r>
            <w:proofErr w:type="spellEnd"/>
          </w:p>
        </w:tc>
      </w:tr>
      <w:tr w:rsidR="00BC29D0" w14:paraId="6AB465A0" w14:textId="77777777" w:rsidTr="00F85253">
        <w:tc>
          <w:tcPr>
            <w:tcW w:w="86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14:paraId="519C0D3B" w14:textId="77777777" w:rsidR="00BC29D0" w:rsidRDefault="00BC29D0" w:rsidP="00F85253">
            <w:proofErr w:type="spellStart"/>
            <w:r>
              <w:rPr>
                <w:b/>
                <w:sz w:val="24"/>
              </w:rPr>
              <w:t>ตัวชี้วัดที่</w:t>
            </w:r>
            <w:proofErr w:type="spellEnd"/>
            <w:r>
              <w:rPr>
                <w:b/>
                <w:sz w:val="24"/>
              </w:rPr>
              <w:t xml:space="preserve"> ๘</w:t>
            </w:r>
          </w:p>
        </w:tc>
      </w:tr>
      <w:tr w:rsidR="00BC29D0" w14:paraId="431E069D" w14:textId="77777777" w:rsidTr="00F85253">
        <w:tc>
          <w:tcPr>
            <w:tcW w:w="86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14:paraId="25AB991F" w14:textId="77777777" w:rsidR="00BC29D0" w:rsidRDefault="00BC29D0" w:rsidP="00F85253">
            <w:proofErr w:type="spellStart"/>
            <w:r>
              <w:rPr>
                <w:b/>
                <w:sz w:val="24"/>
              </w:rPr>
              <w:t>ตัวชี้วัดย่อยที่</w:t>
            </w:r>
            <w:proofErr w:type="spellEnd"/>
            <w:r>
              <w:rPr>
                <w:b/>
                <w:sz w:val="24"/>
              </w:rPr>
              <w:t xml:space="preserve"> ๘.๑ </w:t>
            </w:r>
            <w:proofErr w:type="spellStart"/>
            <w:r>
              <w:rPr>
                <w:b/>
                <w:sz w:val="24"/>
              </w:rPr>
              <w:t>ข้อมูลพื้นฐาน</w:t>
            </w:r>
            <w:proofErr w:type="spellEnd"/>
          </w:p>
        </w:tc>
      </w:tr>
      <w:tr w:rsidR="00BC29D0" w14:paraId="5D249F60" w14:textId="77777777" w:rsidTr="00F85253">
        <w:tc>
          <w:tcPr>
            <w:tcW w:w="2880" w:type="dxa"/>
          </w:tcPr>
          <w:p w14:paraId="71F09265" w14:textId="77777777" w:rsidR="00BC29D0" w:rsidRDefault="00BC29D0" w:rsidP="00F85253">
            <w:r>
              <w:t xml:space="preserve">O๑ </w:t>
            </w:r>
            <w:proofErr w:type="spellStart"/>
            <w:r>
              <w:t>ข้อมูลผู้บริหาร</w:t>
            </w:r>
            <w:proofErr w:type="spellEnd"/>
          </w:p>
        </w:tc>
        <w:tc>
          <w:tcPr>
            <w:tcW w:w="2880" w:type="dxa"/>
          </w:tcPr>
          <w:p w14:paraId="352D12F8" w14:textId="77777777" w:rsidR="00BC29D0" w:rsidRDefault="00BC29D0" w:rsidP="00F85253">
            <w:proofErr w:type="spellStart"/>
            <w:r>
              <w:t>ข้อมูลผู้บริหาร</w:t>
            </w:r>
            <w:proofErr w:type="spellEnd"/>
            <w:r>
              <w:br/>
              <w:t>-</w:t>
            </w:r>
            <w:proofErr w:type="spellStart"/>
            <w:r>
              <w:t>แสดงรายนามของผู้บริหารสถานีตำรวจ</w:t>
            </w:r>
            <w:proofErr w:type="spellEnd"/>
            <w:r>
              <w:t xml:space="preserve"> </w:t>
            </w:r>
            <w:proofErr w:type="spellStart"/>
            <w:r>
              <w:t>ได้แก่</w:t>
            </w:r>
            <w:proofErr w:type="spellEnd"/>
            <w:r>
              <w:t xml:space="preserve"> </w:t>
            </w:r>
            <w:proofErr w:type="spellStart"/>
            <w:r>
              <w:t>หัวหน้า</w:t>
            </w:r>
            <w:proofErr w:type="spellEnd"/>
            <w:r>
              <w:t xml:space="preserve"> </w:t>
            </w:r>
            <w:proofErr w:type="spellStart"/>
            <w:r>
              <w:t>สถานีตำรวจและหัวหน้า</w:t>
            </w:r>
            <w:proofErr w:type="spellEnd"/>
            <w:r>
              <w:t xml:space="preserve"> </w:t>
            </w:r>
            <w:proofErr w:type="spellStart"/>
            <w:r>
              <w:t>แต่ละสายงานที่เป็นปัจจุบัน</w:t>
            </w:r>
            <w:proofErr w:type="spellEnd"/>
            <w:r>
              <w:t xml:space="preserve"> </w:t>
            </w:r>
            <w:proofErr w:type="spellStart"/>
            <w:r>
              <w:t>ประกอบด้วยข้อมูลต่อไปนี้</w:t>
            </w:r>
            <w:proofErr w:type="spellEnd"/>
            <w:r>
              <w:br/>
              <w:t xml:space="preserve"> - </w:t>
            </w:r>
            <w:proofErr w:type="spellStart"/>
            <w:r>
              <w:t>ยศ</w:t>
            </w:r>
            <w:proofErr w:type="spellEnd"/>
            <w:r>
              <w:t xml:space="preserve"> - </w:t>
            </w:r>
            <w:proofErr w:type="spellStart"/>
            <w:r>
              <w:t>ชื่อ</w:t>
            </w:r>
            <w:proofErr w:type="spellEnd"/>
            <w:r>
              <w:t xml:space="preserve"> - </w:t>
            </w:r>
            <w:proofErr w:type="spellStart"/>
            <w:r>
              <w:t>นามสกุล</w:t>
            </w:r>
            <w:proofErr w:type="spellEnd"/>
            <w:r>
              <w:br/>
              <w:t xml:space="preserve"> - </w:t>
            </w:r>
            <w:proofErr w:type="spellStart"/>
            <w:r>
              <w:t>ตำแหน่ง</w:t>
            </w:r>
            <w:proofErr w:type="spellEnd"/>
            <w:r>
              <w:br/>
              <w:t xml:space="preserve"> - </w:t>
            </w:r>
            <w:proofErr w:type="spellStart"/>
            <w:r>
              <w:t>รูปถ่าย</w:t>
            </w:r>
            <w:proofErr w:type="spellEnd"/>
            <w:r>
              <w:br/>
              <w:t xml:space="preserve"> - </w:t>
            </w:r>
            <w:proofErr w:type="spellStart"/>
            <w:r>
              <w:t>ช่องทางการติดต่อ</w:t>
            </w:r>
            <w:proofErr w:type="spellEnd"/>
            <w:r>
              <w:t xml:space="preserve"> </w:t>
            </w:r>
            <w:proofErr w:type="spellStart"/>
            <w:r>
              <w:t>ต้องระบุเบอร์โทรศัพท์ที่สามารถติดต่อผู้บริหารได้โดยตรง</w:t>
            </w:r>
            <w:proofErr w:type="spellEnd"/>
            <w:r>
              <w:br/>
              <w:t>-</w:t>
            </w:r>
            <w:proofErr w:type="spellStart"/>
            <w:r>
              <w:t>ระบุ</w:t>
            </w:r>
            <w:proofErr w:type="spellEnd"/>
            <w:r>
              <w:t>/</w:t>
            </w:r>
            <w:proofErr w:type="spellStart"/>
            <w:r>
              <w:t>เดือน</w:t>
            </w:r>
            <w:proofErr w:type="spellEnd"/>
            <w:r>
              <w:t>/</w:t>
            </w:r>
            <w:proofErr w:type="spellStart"/>
            <w:r>
              <w:t>ปี</w:t>
            </w:r>
            <w:proofErr w:type="spellEnd"/>
            <w:r>
              <w:t xml:space="preserve"> </w:t>
            </w:r>
            <w:proofErr w:type="spellStart"/>
            <w:r>
              <w:t>จัดทำข้อมูล</w:t>
            </w:r>
            <w:proofErr w:type="spellEnd"/>
          </w:p>
        </w:tc>
        <w:tc>
          <w:tcPr>
            <w:tcW w:w="2880" w:type="dxa"/>
          </w:tcPr>
          <w:p w14:paraId="1D3D8BB0" w14:textId="5E664A1B" w:rsidR="00BC29D0" w:rsidRDefault="00BC29D0" w:rsidP="00F85253">
            <w:proofErr w:type="spellStart"/>
            <w:r>
              <w:t>ผู้ควบคุม</w:t>
            </w:r>
            <w:proofErr w:type="spellEnd"/>
            <w:r>
              <w:br/>
            </w:r>
            <w:proofErr w:type="spellStart"/>
            <w:r>
              <w:t>พ.ต.ท</w:t>
            </w:r>
            <w:proofErr w:type="spellEnd"/>
            <w:r>
              <w:t>.</w:t>
            </w:r>
            <w:r w:rsidR="00AB2686">
              <w:rPr>
                <w:cs/>
                <w:lang w:bidi="th-TH"/>
              </w:rPr>
              <w:t>สวาท ศรีแนน</w:t>
            </w:r>
            <w:r>
              <w:br/>
            </w:r>
            <w:r>
              <w:br/>
            </w:r>
            <w:proofErr w:type="spellStart"/>
            <w:r>
              <w:t>ผู้จัดทำข้อมูล</w:t>
            </w:r>
            <w:proofErr w:type="spellEnd"/>
            <w:r>
              <w:br/>
            </w:r>
            <w:r w:rsidR="00AB2686">
              <w:rPr>
                <w:rFonts w:hint="cs"/>
                <w:cs/>
                <w:lang w:bidi="th-TH"/>
              </w:rPr>
              <w:t>ด.ต.</w:t>
            </w:r>
            <w:proofErr w:type="gramStart"/>
            <w:r w:rsidR="00AB2686">
              <w:rPr>
                <w:rFonts w:hint="cs"/>
                <w:cs/>
                <w:lang w:bidi="th-TH"/>
              </w:rPr>
              <w:t>สุรชัย  วังคะฮาต</w:t>
            </w:r>
            <w:proofErr w:type="gramEnd"/>
            <w:r>
              <w:br/>
            </w:r>
            <w:r>
              <w:br/>
            </w:r>
            <w:proofErr w:type="spellStart"/>
            <w:r>
              <w:t>ผู้นำข้อมูลลงเว็บไซต์</w:t>
            </w:r>
            <w:proofErr w:type="spellEnd"/>
            <w:r>
              <w:br/>
            </w:r>
            <w:r w:rsidR="00AB2686">
              <w:rPr>
                <w:cs/>
                <w:lang w:bidi="th-TH"/>
              </w:rPr>
              <w:t>ด.ต.</w:t>
            </w:r>
            <w:proofErr w:type="gramStart"/>
            <w:r w:rsidR="00AB2686">
              <w:rPr>
                <w:cs/>
                <w:lang w:bidi="th-TH"/>
              </w:rPr>
              <w:t>สุรชัย  วังคะฮาต</w:t>
            </w:r>
            <w:proofErr w:type="gramEnd"/>
          </w:p>
        </w:tc>
      </w:tr>
      <w:tr w:rsidR="00BC29D0" w14:paraId="4F0A0813" w14:textId="77777777" w:rsidTr="00F85253">
        <w:tc>
          <w:tcPr>
            <w:tcW w:w="2880" w:type="dxa"/>
          </w:tcPr>
          <w:p w14:paraId="610307CE" w14:textId="77777777" w:rsidR="00BC29D0" w:rsidRDefault="00BC29D0" w:rsidP="00F85253">
            <w:r>
              <w:t xml:space="preserve">O๒ </w:t>
            </w:r>
            <w:proofErr w:type="spellStart"/>
            <w:r>
              <w:t>การประชาสัมพันธ์ข้อมูลข่าวสาร</w:t>
            </w:r>
            <w:proofErr w:type="spellEnd"/>
          </w:p>
        </w:tc>
        <w:tc>
          <w:tcPr>
            <w:tcW w:w="2880" w:type="dxa"/>
          </w:tcPr>
          <w:p w14:paraId="4C4F532F" w14:textId="18207646" w:rsidR="00BC29D0" w:rsidRDefault="00BC29D0" w:rsidP="00F85253">
            <w:proofErr w:type="spellStart"/>
            <w:r>
              <w:t>การประชาสัมพันธ์</w:t>
            </w:r>
            <w:proofErr w:type="spellEnd"/>
            <w:r>
              <w:br/>
              <w:t>-</w:t>
            </w:r>
            <w:proofErr w:type="spellStart"/>
            <w:r>
              <w:t>ประชาสัมพันธ์ข้อมูลข่าวสารต่างๆ</w:t>
            </w:r>
            <w:proofErr w:type="spellEnd"/>
            <w:r>
              <w:t xml:space="preserve"> </w:t>
            </w:r>
            <w:proofErr w:type="spellStart"/>
            <w:r>
              <w:t>ในปีงบประมาณ</w:t>
            </w:r>
            <w:proofErr w:type="spellEnd"/>
            <w:r>
              <w:t xml:space="preserve"> พ.ศ.๒๕๖๙ </w:t>
            </w:r>
            <w:proofErr w:type="spellStart"/>
            <w:r>
              <w:t>เช่น</w:t>
            </w:r>
            <w:proofErr w:type="spellEnd"/>
            <w:r>
              <w:t xml:space="preserve"> </w:t>
            </w:r>
            <w:proofErr w:type="spellStart"/>
            <w:r>
              <w:t>ข้อมูลจราจร</w:t>
            </w:r>
            <w:proofErr w:type="spellEnd"/>
            <w:r>
              <w:t xml:space="preserve"> </w:t>
            </w:r>
            <w:proofErr w:type="spellStart"/>
            <w:r>
              <w:t>การดูแลความปลอดภัย</w:t>
            </w:r>
            <w:proofErr w:type="spellEnd"/>
            <w:r w:rsidR="00AB2686">
              <w:t xml:space="preserve"> </w:t>
            </w:r>
            <w:proofErr w:type="spellStart"/>
            <w:r>
              <w:t>ในชีวิตและทรัพย์สิน</w:t>
            </w:r>
            <w:proofErr w:type="spellEnd"/>
            <w:r>
              <w:t xml:space="preserve"> </w:t>
            </w:r>
            <w:proofErr w:type="spellStart"/>
            <w:r>
              <w:t>ฯลฯ</w:t>
            </w:r>
            <w:proofErr w:type="spellEnd"/>
            <w:r>
              <w:br/>
              <w:t>-</w:t>
            </w:r>
            <w:proofErr w:type="spellStart"/>
            <w:r>
              <w:t>เผยแพร่สื่อสังคมออนไลน์ของสถานีตำรวจ</w:t>
            </w:r>
            <w:proofErr w:type="spellEnd"/>
            <w:r>
              <w:t xml:space="preserve"> </w:t>
            </w:r>
            <w:proofErr w:type="spellStart"/>
            <w:r>
              <w:t>เช่น</w:t>
            </w:r>
            <w:proofErr w:type="spellEnd"/>
            <w:r>
              <w:t xml:space="preserve"> </w:t>
            </w:r>
            <w:proofErr w:type="gramStart"/>
            <w:r>
              <w:t xml:space="preserve">Facebook </w:t>
            </w:r>
            <w:r w:rsidR="00AB2686">
              <w:t xml:space="preserve"> </w:t>
            </w:r>
            <w:proofErr w:type="spellStart"/>
            <w:r>
              <w:t>หรือ</w:t>
            </w:r>
            <w:proofErr w:type="spellEnd"/>
            <w:proofErr w:type="gramEnd"/>
            <w:r>
              <w:t xml:space="preserve"> Line </w:t>
            </w:r>
            <w:proofErr w:type="spellStart"/>
            <w:r>
              <w:t>เป็นต้น</w:t>
            </w:r>
            <w:proofErr w:type="spellEnd"/>
            <w:r>
              <w:br/>
              <w:t>-</w:t>
            </w:r>
            <w:proofErr w:type="spellStart"/>
            <w:r>
              <w:t>ประชาสัมพันธ์</w:t>
            </w:r>
            <w:proofErr w:type="spellEnd"/>
            <w:r>
              <w:t xml:space="preserve"> </w:t>
            </w:r>
            <w:proofErr w:type="spellStart"/>
            <w:r>
              <w:t>แบบวัด</w:t>
            </w:r>
            <w:proofErr w:type="spellEnd"/>
            <w:r>
              <w:t xml:space="preserve"> EIT </w:t>
            </w:r>
            <w:proofErr w:type="spellStart"/>
            <w:r>
              <w:t>ของหน่วยงานผ่าน</w:t>
            </w:r>
            <w:proofErr w:type="spellEnd"/>
            <w:r>
              <w:t xml:space="preserve"> Link </w:t>
            </w:r>
            <w:proofErr w:type="spellStart"/>
            <w:r>
              <w:t>หรือ</w:t>
            </w:r>
            <w:proofErr w:type="spellEnd"/>
            <w:r>
              <w:t xml:space="preserve"> QR Code </w:t>
            </w:r>
            <w:proofErr w:type="spellStart"/>
            <w:r>
              <w:t>ที่</w:t>
            </w:r>
            <w:proofErr w:type="spellEnd"/>
            <w:r>
              <w:t xml:space="preserve"> download </w:t>
            </w:r>
            <w:proofErr w:type="spellStart"/>
            <w:r>
              <w:t>จากระบบ</w:t>
            </w:r>
            <w:proofErr w:type="spellEnd"/>
            <w:r>
              <w:t xml:space="preserve"> ITAP </w:t>
            </w:r>
            <w:proofErr w:type="spellStart"/>
            <w:r>
              <w:t>โดย</w:t>
            </w:r>
            <w:proofErr w:type="spellEnd"/>
            <w:r w:rsidR="00AB2686">
              <w:t xml:space="preserve"> </w:t>
            </w:r>
            <w:proofErr w:type="spellStart"/>
            <w:r>
              <w:t>ให้แสดงไว้บนหน้าแรกของเว็บไซต์หลักของหน่วยงานเท่านั้น</w:t>
            </w:r>
            <w:proofErr w:type="spellEnd"/>
          </w:p>
        </w:tc>
        <w:tc>
          <w:tcPr>
            <w:tcW w:w="2880" w:type="dxa"/>
          </w:tcPr>
          <w:p w14:paraId="1A371AC0" w14:textId="6BF90EE7" w:rsidR="00BC29D0" w:rsidRDefault="00BC29D0" w:rsidP="00F85253">
            <w:pPr>
              <w:rPr>
                <w:rFonts w:hint="cs"/>
                <w:cs/>
                <w:lang w:bidi="th-TH"/>
              </w:rPr>
            </w:pPr>
            <w:proofErr w:type="spellStart"/>
            <w:r>
              <w:t>ผู้ควบคุม</w:t>
            </w:r>
            <w:proofErr w:type="spellEnd"/>
            <w:r>
              <w:br/>
            </w:r>
            <w:proofErr w:type="spellStart"/>
            <w:r>
              <w:t>พ.ต.ท</w:t>
            </w:r>
            <w:proofErr w:type="spellEnd"/>
            <w:r>
              <w:t>.</w:t>
            </w:r>
            <w:r w:rsidR="00AB2686">
              <w:rPr>
                <w:cs/>
                <w:lang w:bidi="th-TH"/>
              </w:rPr>
              <w:t>สวาท ศรีแนน</w:t>
            </w:r>
            <w:r>
              <w:br/>
            </w:r>
            <w:r>
              <w:br/>
            </w:r>
            <w:proofErr w:type="spellStart"/>
            <w:r>
              <w:t>ผู้นำข้อมูลลงเว็บไซต์</w:t>
            </w:r>
            <w:proofErr w:type="spellEnd"/>
            <w:r>
              <w:br/>
            </w:r>
            <w:r w:rsidR="00AB2686">
              <w:rPr>
                <w:cs/>
                <w:lang w:bidi="th-TH"/>
              </w:rPr>
              <w:t>ด.ต.</w:t>
            </w:r>
            <w:proofErr w:type="gramStart"/>
            <w:r w:rsidR="00AB2686">
              <w:rPr>
                <w:cs/>
                <w:lang w:bidi="th-TH"/>
              </w:rPr>
              <w:t>สุรชัย  วังคะฮาต</w:t>
            </w:r>
            <w:proofErr w:type="gramEnd"/>
            <w:r>
              <w:br/>
            </w:r>
            <w:r>
              <w:br/>
            </w:r>
            <w:proofErr w:type="spellStart"/>
            <w:r>
              <w:t>ผู้นำเข้าข้อมูลลง</w:t>
            </w:r>
            <w:proofErr w:type="spellEnd"/>
            <w:r>
              <w:t xml:space="preserve"> Facebook</w:t>
            </w:r>
            <w:r>
              <w:br/>
            </w:r>
            <w:r w:rsidR="00AB2686">
              <w:rPr>
                <w:rFonts w:hint="cs"/>
                <w:cs/>
                <w:lang w:bidi="th-TH"/>
              </w:rPr>
              <w:t>ด.ตชิดณรงค์ เทียบชัย</w:t>
            </w:r>
          </w:p>
        </w:tc>
      </w:tr>
      <w:tr w:rsidR="00BC29D0" w14:paraId="31734F52" w14:textId="77777777" w:rsidTr="00F85253">
        <w:tc>
          <w:tcPr>
            <w:tcW w:w="86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14:paraId="4EE48FF3" w14:textId="77777777" w:rsidR="00BC29D0" w:rsidRDefault="00BC29D0" w:rsidP="00F85253">
            <w:proofErr w:type="spellStart"/>
            <w:r>
              <w:rPr>
                <w:b/>
                <w:sz w:val="24"/>
              </w:rPr>
              <w:t>ตัวชี้วัดย่อยที่</w:t>
            </w:r>
            <w:proofErr w:type="spellEnd"/>
            <w:r>
              <w:rPr>
                <w:b/>
                <w:sz w:val="24"/>
              </w:rPr>
              <w:t xml:space="preserve"> ๘.๒ </w:t>
            </w:r>
            <w:proofErr w:type="spellStart"/>
            <w:r>
              <w:rPr>
                <w:b/>
                <w:sz w:val="24"/>
              </w:rPr>
              <w:t>การบริหารงาน</w:t>
            </w:r>
            <w:proofErr w:type="spellEnd"/>
          </w:p>
        </w:tc>
      </w:tr>
      <w:tr w:rsidR="00BC29D0" w14:paraId="7A411C5F" w14:textId="77777777" w:rsidTr="00F85253">
        <w:tc>
          <w:tcPr>
            <w:tcW w:w="2880" w:type="dxa"/>
          </w:tcPr>
          <w:p w14:paraId="2FB6C1CD" w14:textId="77777777" w:rsidR="00BC29D0" w:rsidRDefault="00BC29D0" w:rsidP="00F85253">
            <w:r>
              <w:t xml:space="preserve">O๓ </w:t>
            </w:r>
            <w:proofErr w:type="spellStart"/>
            <w:r>
              <w:t>ผลการปฏิบัติงานของแต่ละสายงาน</w:t>
            </w:r>
            <w:proofErr w:type="spellEnd"/>
          </w:p>
        </w:tc>
        <w:tc>
          <w:tcPr>
            <w:tcW w:w="2880" w:type="dxa"/>
          </w:tcPr>
          <w:p w14:paraId="1135941E" w14:textId="31F6D736" w:rsidR="00BC29D0" w:rsidRDefault="00BC29D0" w:rsidP="00F85253">
            <w:proofErr w:type="spellStart"/>
            <w:r>
              <w:t>ผลการปฏิบัติงานของแต่ละสายงาน</w:t>
            </w:r>
            <w:proofErr w:type="spellEnd"/>
            <w:r>
              <w:br/>
              <w:t>-แสดงภาพและรายละเอียดของการปฏิบัติงาน</w:t>
            </w:r>
            <w:proofErr w:type="spellStart"/>
            <w:r>
              <w:t>ของแต่ละสาย</w:t>
            </w:r>
            <w:proofErr w:type="spellEnd"/>
            <w:r w:rsidR="00AB2686">
              <w:t xml:space="preserve"> </w:t>
            </w:r>
            <w:proofErr w:type="spellStart"/>
            <w:r>
              <w:t>งานของสถานีตำรวจภูธร</w:t>
            </w:r>
            <w:proofErr w:type="spellEnd"/>
            <w:r w:rsidR="00774E0C">
              <w:rPr>
                <w:cs/>
                <w:lang w:bidi="th-TH"/>
              </w:rPr>
              <w:t>หนองสูง</w:t>
            </w:r>
            <w:r>
              <w:t xml:space="preserve"> </w:t>
            </w:r>
            <w:proofErr w:type="spellStart"/>
            <w:r>
              <w:t>ในรอบ</w:t>
            </w:r>
            <w:proofErr w:type="spellEnd"/>
            <w:r>
              <w:t xml:space="preserve"> ๓ </w:t>
            </w:r>
            <w:proofErr w:type="spellStart"/>
            <w:r>
              <w:t>เดือนของปีงบประมาณ</w:t>
            </w:r>
            <w:proofErr w:type="spellEnd"/>
            <w:r>
              <w:t xml:space="preserve"> </w:t>
            </w:r>
            <w:proofErr w:type="spellStart"/>
            <w:r>
              <w:t>พ.ศ</w:t>
            </w:r>
            <w:proofErr w:type="spellEnd"/>
            <w:r>
              <w:t>. ๒๕๖๙ (</w:t>
            </w:r>
            <w:proofErr w:type="spellStart"/>
            <w:r>
              <w:t>เมษายน</w:t>
            </w:r>
            <w:proofErr w:type="spellEnd"/>
            <w:r>
              <w:t xml:space="preserve"> - </w:t>
            </w:r>
            <w:proofErr w:type="spellStart"/>
            <w:r>
              <w:t>มิถุนายน</w:t>
            </w:r>
            <w:proofErr w:type="spellEnd"/>
            <w:r>
              <w:t xml:space="preserve"> ๒๕๖๙)</w:t>
            </w:r>
            <w:r>
              <w:br/>
              <w:t>-</w:t>
            </w:r>
            <w:proofErr w:type="spellStart"/>
            <w:r>
              <w:t>จำแนกเป็นรายเดือนและเผยแพร่ตามรายเดือนที่กำหนด</w:t>
            </w:r>
            <w:proofErr w:type="spellEnd"/>
            <w:r>
              <w:br/>
              <w:t>-</w:t>
            </w:r>
            <w:proofErr w:type="spellStart"/>
            <w:r>
              <w:t>ข้อมูลอย่างน้อยประกอบด้วย</w:t>
            </w:r>
            <w:proofErr w:type="spellEnd"/>
            <w:r>
              <w:t xml:space="preserve"> </w:t>
            </w:r>
            <w:proofErr w:type="spellStart"/>
            <w:r>
              <w:t>รายละเอียดผลการปฏิบัติงานของแต่ละสายงานของสถานีตำรวจภูธร</w:t>
            </w:r>
            <w:proofErr w:type="spellEnd"/>
            <w:r w:rsidR="00774E0C">
              <w:rPr>
                <w:cs/>
                <w:lang w:bidi="th-TH"/>
              </w:rPr>
              <w:t>หนองสูง</w:t>
            </w:r>
            <w:r>
              <w:t xml:space="preserve"> </w:t>
            </w:r>
            <w:proofErr w:type="spellStart"/>
            <w:r>
              <w:t>วัน</w:t>
            </w:r>
            <w:proofErr w:type="spellEnd"/>
            <w:r>
              <w:t xml:space="preserve"> </w:t>
            </w:r>
            <w:proofErr w:type="spellStart"/>
            <w:r>
              <w:t>เดือน</w:t>
            </w:r>
            <w:proofErr w:type="spellEnd"/>
            <w:r>
              <w:t xml:space="preserve"> </w:t>
            </w:r>
            <w:proofErr w:type="spellStart"/>
            <w:r>
              <w:t>ปี</w:t>
            </w:r>
            <w:proofErr w:type="spellEnd"/>
            <w:r>
              <w:t xml:space="preserve"> </w:t>
            </w:r>
            <w:proofErr w:type="spellStart"/>
            <w:r>
              <w:t>ในการปฏิบัติงานพร้อมภาพถ่าย</w:t>
            </w:r>
            <w:proofErr w:type="spellEnd"/>
            <w:r>
              <w:br/>
              <w:t>-</w:t>
            </w:r>
            <w:proofErr w:type="spellStart"/>
            <w:r>
              <w:t>รายละเอียดข้อมูลที่เผยแพร่ในข้อ</w:t>
            </w:r>
            <w:proofErr w:type="spellEnd"/>
            <w:r>
              <w:t xml:space="preserve"> O๓ </w:t>
            </w:r>
            <w:proofErr w:type="spellStart"/>
            <w:r>
              <w:t>ให้แสดงไว้บน</w:t>
            </w:r>
            <w:proofErr w:type="spellEnd"/>
            <w:r w:rsidR="00240F6A">
              <w:t xml:space="preserve"> </w:t>
            </w:r>
            <w:proofErr w:type="spellStart"/>
            <w:r>
              <w:t>หน้าแรกของเว็บไซต์หลักของหน่วยงานเท่านั้น</w:t>
            </w:r>
            <w:proofErr w:type="spellEnd"/>
            <w:r>
              <w:t xml:space="preserve"> </w:t>
            </w:r>
            <w:proofErr w:type="spellStart"/>
            <w:r>
              <w:t>เพื่อส่งเสริม</w:t>
            </w:r>
            <w:proofErr w:type="spellEnd"/>
            <w:r w:rsidR="00240F6A">
              <w:t xml:space="preserve"> </w:t>
            </w:r>
            <w:proofErr w:type="spellStart"/>
            <w:r>
              <w:t>ภาพลักษณ์ของหน่วยงานและเผยแพร่ผลงานต่อสาธารณะ</w:t>
            </w:r>
            <w:proofErr w:type="spellEnd"/>
          </w:p>
        </w:tc>
        <w:tc>
          <w:tcPr>
            <w:tcW w:w="2880" w:type="dxa"/>
          </w:tcPr>
          <w:p w14:paraId="4F7FF0AE" w14:textId="6E77E404" w:rsidR="00BC29D0" w:rsidRDefault="00BC29D0" w:rsidP="00F85253">
            <w:proofErr w:type="spellStart"/>
            <w:r>
              <w:t>ผู้ควบคุม</w:t>
            </w:r>
            <w:proofErr w:type="spellEnd"/>
            <w:r>
              <w:br/>
            </w:r>
            <w:proofErr w:type="spellStart"/>
            <w:r>
              <w:t>พ.ต.ท</w:t>
            </w:r>
            <w:proofErr w:type="spellEnd"/>
            <w:r>
              <w:t>.</w:t>
            </w:r>
            <w:r w:rsidR="00AB2686">
              <w:rPr>
                <w:cs/>
                <w:lang w:bidi="th-TH"/>
              </w:rPr>
              <w:t>สวาท ศรีแนน</w:t>
            </w:r>
            <w:r>
              <w:br/>
            </w:r>
            <w:proofErr w:type="spellStart"/>
            <w:r>
              <w:t>ผู้นำข้อมูลลงเว็บไซต์</w:t>
            </w:r>
            <w:proofErr w:type="spellEnd"/>
            <w:r>
              <w:br/>
            </w:r>
            <w:r w:rsidR="00AB2686">
              <w:rPr>
                <w:cs/>
                <w:lang w:bidi="th-TH"/>
              </w:rPr>
              <w:t>ด.ต.</w:t>
            </w:r>
            <w:proofErr w:type="gramStart"/>
            <w:r w:rsidR="00AB2686">
              <w:rPr>
                <w:cs/>
                <w:lang w:bidi="th-TH"/>
              </w:rPr>
              <w:t>สุรชัย  วังคะฮาต</w:t>
            </w:r>
            <w:proofErr w:type="gramEnd"/>
            <w:r>
              <w:br/>
            </w:r>
            <w:r>
              <w:br/>
            </w:r>
            <w:proofErr w:type="spellStart"/>
            <w:r>
              <w:t>ผู้จัดทำข้อมูล</w:t>
            </w:r>
            <w:proofErr w:type="spellEnd"/>
            <w:r>
              <w:br/>
            </w:r>
            <w:r w:rsidR="00AB2686">
              <w:rPr>
                <w:rFonts w:hint="cs"/>
                <w:cs/>
                <w:lang w:bidi="th-TH"/>
              </w:rPr>
              <w:t>ด.ต.</w:t>
            </w:r>
            <w:proofErr w:type="gramStart"/>
            <w:r w:rsidR="00AB2686">
              <w:rPr>
                <w:rFonts w:hint="cs"/>
                <w:cs/>
                <w:lang w:bidi="th-TH"/>
              </w:rPr>
              <w:t>สุรชัย  วังคะฮาต</w:t>
            </w:r>
            <w:proofErr w:type="gramEnd"/>
            <w:r>
              <w:t xml:space="preserve"> (</w:t>
            </w:r>
            <w:proofErr w:type="spellStart"/>
            <w:r>
              <w:t>อก</w:t>
            </w:r>
            <w:proofErr w:type="spellEnd"/>
            <w:r>
              <w:t>.)</w:t>
            </w:r>
            <w:r>
              <w:br/>
            </w:r>
            <w:r w:rsidR="00AB2686">
              <w:rPr>
                <w:rFonts w:hint="cs"/>
                <w:cs/>
                <w:lang w:bidi="th-TH"/>
              </w:rPr>
              <w:t>ด.ต.ชิดณรงค์ เทียบชัย</w:t>
            </w:r>
            <w:r>
              <w:t xml:space="preserve"> (ป.)</w:t>
            </w:r>
            <w:r>
              <w:br/>
            </w:r>
            <w:r w:rsidR="00AB2686">
              <w:rPr>
                <w:rFonts w:hint="cs"/>
                <w:cs/>
                <w:lang w:bidi="th-TH"/>
              </w:rPr>
              <w:t>ส.ต.ท.วรเทพ  กลางประพันธ์</w:t>
            </w:r>
            <w:r>
              <w:t xml:space="preserve"> (</w:t>
            </w:r>
            <w:proofErr w:type="spellStart"/>
            <w:r>
              <w:t>จร</w:t>
            </w:r>
            <w:proofErr w:type="spellEnd"/>
            <w:r>
              <w:t>.)</w:t>
            </w:r>
            <w:r>
              <w:br/>
            </w:r>
            <w:r w:rsidR="00AB2686">
              <w:rPr>
                <w:rFonts w:hint="cs"/>
                <w:cs/>
                <w:lang w:bidi="th-TH"/>
              </w:rPr>
              <w:t>จ.ส.ต.ธนาศักดิ์  โคสาสุ</w:t>
            </w:r>
            <w:r>
              <w:t xml:space="preserve"> (</w:t>
            </w:r>
            <w:proofErr w:type="spellStart"/>
            <w:r>
              <w:t>สอบสวน</w:t>
            </w:r>
            <w:proofErr w:type="spellEnd"/>
            <w:r>
              <w:t>)</w:t>
            </w:r>
          </w:p>
        </w:tc>
      </w:tr>
      <w:tr w:rsidR="00BC29D0" w14:paraId="34EC18E2" w14:textId="77777777" w:rsidTr="00F85253">
        <w:tc>
          <w:tcPr>
            <w:tcW w:w="2880" w:type="dxa"/>
          </w:tcPr>
          <w:p w14:paraId="2EEA6E8F" w14:textId="77777777" w:rsidR="00BC29D0" w:rsidRDefault="00BC29D0" w:rsidP="00F85253">
            <w:r>
              <w:t xml:space="preserve">O๔ </w:t>
            </w:r>
            <w:proofErr w:type="spellStart"/>
            <w:r>
              <w:t>คู่มือการปฏิบัติงานสำหรับเจ้าหน้าที่</w:t>
            </w:r>
            <w:proofErr w:type="spellEnd"/>
          </w:p>
        </w:tc>
        <w:tc>
          <w:tcPr>
            <w:tcW w:w="2880" w:type="dxa"/>
          </w:tcPr>
          <w:p w14:paraId="72A03C23" w14:textId="08735AA1" w:rsidR="00BC29D0" w:rsidRDefault="00BC29D0" w:rsidP="00F85253">
            <w:proofErr w:type="spellStart"/>
            <w:r>
              <w:t>คู่มือการปฏิบัติงานสำหรับเจ้าหน้าที่</w:t>
            </w:r>
            <w:proofErr w:type="spellEnd"/>
            <w:r>
              <w:br/>
              <w:t>-</w:t>
            </w:r>
            <w:proofErr w:type="spellStart"/>
            <w:r>
              <w:lastRenderedPageBreak/>
              <w:t>แสดงคู่มือหรือมาตรฐานการปฏิบัติงานตามภารกิจของแต่ละ</w:t>
            </w:r>
            <w:proofErr w:type="spellEnd"/>
            <w:r w:rsidR="00AB2686">
              <w:t xml:space="preserve"> </w:t>
            </w:r>
            <w:proofErr w:type="spellStart"/>
            <w:r>
              <w:t>สายงาน</w:t>
            </w:r>
            <w:proofErr w:type="spellEnd"/>
            <w:r>
              <w:t xml:space="preserve"> </w:t>
            </w:r>
            <w:proofErr w:type="spellStart"/>
            <w:r>
              <w:t>ดังนี้</w:t>
            </w:r>
            <w:proofErr w:type="spellEnd"/>
            <w:r>
              <w:br/>
              <w:t xml:space="preserve"> -</w:t>
            </w:r>
            <w:proofErr w:type="spellStart"/>
            <w:r>
              <w:t>งานอำนวยการ</w:t>
            </w:r>
            <w:proofErr w:type="spellEnd"/>
            <w:r>
              <w:br/>
              <w:t xml:space="preserve"> -</w:t>
            </w:r>
            <w:proofErr w:type="spellStart"/>
            <w:r>
              <w:t>งานจราจร</w:t>
            </w:r>
            <w:proofErr w:type="spellEnd"/>
            <w:r>
              <w:br/>
              <w:t xml:space="preserve"> -</w:t>
            </w:r>
            <w:proofErr w:type="spellStart"/>
            <w:r>
              <w:t>งานสอบสวน</w:t>
            </w:r>
            <w:proofErr w:type="spellEnd"/>
          </w:p>
        </w:tc>
        <w:tc>
          <w:tcPr>
            <w:tcW w:w="2880" w:type="dxa"/>
          </w:tcPr>
          <w:p w14:paraId="083002E7" w14:textId="2AA9497E" w:rsidR="00BC29D0" w:rsidRDefault="00BC29D0" w:rsidP="00F85253">
            <w:proofErr w:type="spellStart"/>
            <w:r>
              <w:lastRenderedPageBreak/>
              <w:t>ผู้ควบคุม</w:t>
            </w:r>
            <w:proofErr w:type="spellEnd"/>
            <w:r>
              <w:br/>
            </w:r>
            <w:proofErr w:type="spellStart"/>
            <w:r>
              <w:t>พ.ต.ท</w:t>
            </w:r>
            <w:proofErr w:type="spellEnd"/>
            <w:r>
              <w:t>.</w:t>
            </w:r>
            <w:r w:rsidR="00AB2686">
              <w:rPr>
                <w:cs/>
                <w:lang w:bidi="th-TH"/>
              </w:rPr>
              <w:t>สวาท ศรีแนน</w:t>
            </w:r>
            <w:r>
              <w:br/>
            </w:r>
            <w:r>
              <w:lastRenderedPageBreak/>
              <w:br/>
            </w:r>
            <w:proofErr w:type="spellStart"/>
            <w:r>
              <w:t>ผู้นำข้อมูลลงเว็บไซต์</w:t>
            </w:r>
            <w:proofErr w:type="spellEnd"/>
            <w:r>
              <w:br/>
            </w:r>
            <w:r w:rsidR="00AB2686">
              <w:rPr>
                <w:cs/>
                <w:lang w:bidi="th-TH"/>
              </w:rPr>
              <w:t>ด.ต.</w:t>
            </w:r>
            <w:proofErr w:type="gramStart"/>
            <w:r w:rsidR="00AB2686">
              <w:rPr>
                <w:cs/>
                <w:lang w:bidi="th-TH"/>
              </w:rPr>
              <w:t>สุรชัย  วังคะฮาต</w:t>
            </w:r>
            <w:proofErr w:type="gramEnd"/>
          </w:p>
        </w:tc>
      </w:tr>
      <w:tr w:rsidR="00BC29D0" w14:paraId="0DD6AD94" w14:textId="77777777" w:rsidTr="00F85253">
        <w:tc>
          <w:tcPr>
            <w:tcW w:w="2880" w:type="dxa"/>
          </w:tcPr>
          <w:p w14:paraId="60835C15" w14:textId="77777777" w:rsidR="00BC29D0" w:rsidRDefault="00BC29D0" w:rsidP="00F85253">
            <w:r>
              <w:lastRenderedPageBreak/>
              <w:t xml:space="preserve">O๕ </w:t>
            </w:r>
            <w:proofErr w:type="spellStart"/>
            <w:r>
              <w:t>คู่มือการให้บริการประชาชน</w:t>
            </w:r>
            <w:proofErr w:type="spellEnd"/>
          </w:p>
        </w:tc>
        <w:tc>
          <w:tcPr>
            <w:tcW w:w="2880" w:type="dxa"/>
          </w:tcPr>
          <w:p w14:paraId="2A70847F" w14:textId="77777777" w:rsidR="00BC29D0" w:rsidRDefault="00BC29D0" w:rsidP="00F85253">
            <w:proofErr w:type="spellStart"/>
            <w:r>
              <w:t>คู่มือการให้บริการประชาชน</w:t>
            </w:r>
            <w:proofErr w:type="spellEnd"/>
            <w:r>
              <w:br/>
              <w:t>-</w:t>
            </w:r>
            <w:proofErr w:type="spellStart"/>
            <w:r>
              <w:t>แสดงคู่มือหรือแนวทางการให้บริการประชาชน</w:t>
            </w:r>
            <w:proofErr w:type="spellEnd"/>
            <w:r>
              <w:t xml:space="preserve"> </w:t>
            </w:r>
            <w:proofErr w:type="spellStart"/>
            <w:r>
              <w:t>โดยจำแนกตามหมวดหมู่ของงานบริการแต่ละสายงาน</w:t>
            </w:r>
            <w:proofErr w:type="spellEnd"/>
            <w:r>
              <w:t xml:space="preserve"> </w:t>
            </w:r>
            <w:proofErr w:type="spellStart"/>
            <w:r>
              <w:t>อาทิ</w:t>
            </w:r>
            <w:proofErr w:type="spellEnd"/>
            <w:r>
              <w:t xml:space="preserve"> </w:t>
            </w:r>
            <w:proofErr w:type="spellStart"/>
            <w:r>
              <w:t>งานอำนวยการ</w:t>
            </w:r>
            <w:proofErr w:type="spellEnd"/>
            <w:r>
              <w:t xml:space="preserve"> </w:t>
            </w:r>
            <w:proofErr w:type="spellStart"/>
            <w:r>
              <w:t>งานป้องกันปราบปราม</w:t>
            </w:r>
            <w:proofErr w:type="spellEnd"/>
            <w:r>
              <w:t xml:space="preserve"> </w:t>
            </w:r>
            <w:proofErr w:type="spellStart"/>
            <w:r>
              <w:t>งานจราจร</w:t>
            </w:r>
            <w:proofErr w:type="spellEnd"/>
            <w:r>
              <w:t xml:space="preserve"> </w:t>
            </w:r>
            <w:proofErr w:type="spellStart"/>
            <w:r>
              <w:t>งานสืบสวน</w:t>
            </w:r>
            <w:proofErr w:type="spellEnd"/>
            <w:r>
              <w:t xml:space="preserve"> </w:t>
            </w:r>
            <w:proofErr w:type="spellStart"/>
            <w:r>
              <w:t>และงานสอบสวน</w:t>
            </w:r>
            <w:proofErr w:type="spellEnd"/>
          </w:p>
        </w:tc>
        <w:tc>
          <w:tcPr>
            <w:tcW w:w="2880" w:type="dxa"/>
          </w:tcPr>
          <w:p w14:paraId="3997C112" w14:textId="17B62CD4" w:rsidR="00BC29D0" w:rsidRDefault="00BC29D0" w:rsidP="00F85253">
            <w:proofErr w:type="spellStart"/>
            <w:r>
              <w:t>ผู้ควบคุม</w:t>
            </w:r>
            <w:proofErr w:type="spellEnd"/>
            <w:r>
              <w:br/>
            </w:r>
            <w:proofErr w:type="spellStart"/>
            <w:r>
              <w:t>พ.ต.ท</w:t>
            </w:r>
            <w:proofErr w:type="spellEnd"/>
            <w:r>
              <w:t>.</w:t>
            </w:r>
            <w:r w:rsidR="00AB2686">
              <w:rPr>
                <w:cs/>
                <w:lang w:bidi="th-TH"/>
              </w:rPr>
              <w:t>สวาท ศรีแนน</w:t>
            </w:r>
            <w:r>
              <w:br/>
            </w:r>
            <w:r>
              <w:br/>
            </w:r>
            <w:proofErr w:type="spellStart"/>
            <w:r>
              <w:t>ผู้นำข้อมูลลงเว็บไซต์</w:t>
            </w:r>
            <w:proofErr w:type="spellEnd"/>
            <w:r>
              <w:br/>
            </w:r>
            <w:r w:rsidR="00AB2686">
              <w:rPr>
                <w:cs/>
                <w:lang w:bidi="th-TH"/>
              </w:rPr>
              <w:t>ด.ต.</w:t>
            </w:r>
            <w:proofErr w:type="gramStart"/>
            <w:r w:rsidR="00AB2686">
              <w:rPr>
                <w:cs/>
                <w:lang w:bidi="th-TH"/>
              </w:rPr>
              <w:t>สุรชัย  วังคะฮาต</w:t>
            </w:r>
            <w:proofErr w:type="gramEnd"/>
          </w:p>
        </w:tc>
      </w:tr>
      <w:tr w:rsidR="00BC29D0" w14:paraId="328C9A6D" w14:textId="77777777" w:rsidTr="00F85253">
        <w:tc>
          <w:tcPr>
            <w:tcW w:w="2880" w:type="dxa"/>
          </w:tcPr>
          <w:p w14:paraId="7FCDB8AA" w14:textId="77777777" w:rsidR="00BC29D0" w:rsidRDefault="00BC29D0" w:rsidP="00F85253">
            <w:r>
              <w:t>O๖ E-Service</w:t>
            </w:r>
          </w:p>
        </w:tc>
        <w:tc>
          <w:tcPr>
            <w:tcW w:w="2880" w:type="dxa"/>
          </w:tcPr>
          <w:p w14:paraId="123250EA" w14:textId="65AB0E8D" w:rsidR="00BC29D0" w:rsidRDefault="00BC29D0" w:rsidP="00F85253">
            <w:r>
              <w:t>E-Service</w:t>
            </w:r>
            <w:r>
              <w:br/>
              <w:t>-</w:t>
            </w:r>
            <w:proofErr w:type="spellStart"/>
            <w:r>
              <w:t>แสดงระบบบริการประชาชนผ่านอิเล็กทรอนิกส์ออนไลน์</w:t>
            </w:r>
            <w:proofErr w:type="spellEnd"/>
            <w:r>
              <w:t xml:space="preserve"> </w:t>
            </w:r>
            <w:proofErr w:type="spellStart"/>
            <w:r>
              <w:t>โดยเป็นการอำนวยความสะดวกให้แก่ประชาชนสำหรับบริการ</w:t>
            </w:r>
            <w:proofErr w:type="spellEnd"/>
            <w:r w:rsidR="00240F6A">
              <w:t xml:space="preserve"> </w:t>
            </w:r>
            <w:proofErr w:type="spellStart"/>
            <w:r>
              <w:t>ด้านต่าง</w:t>
            </w:r>
            <w:proofErr w:type="spellEnd"/>
            <w:r>
              <w:t xml:space="preserve"> ๆ </w:t>
            </w:r>
            <w:proofErr w:type="spellStart"/>
            <w:r>
              <w:t>ของสถานีตำรวจ</w:t>
            </w:r>
            <w:proofErr w:type="spellEnd"/>
            <w:r>
              <w:t xml:space="preserve"> </w:t>
            </w:r>
            <w:proofErr w:type="spellStart"/>
            <w:r>
              <w:t>อย่างน้อยประกอบด้วย</w:t>
            </w:r>
            <w:proofErr w:type="spellEnd"/>
            <w:r>
              <w:br/>
              <w:t xml:space="preserve"> -</w:t>
            </w:r>
            <w:proofErr w:type="spellStart"/>
            <w:r>
              <w:t>ระบบแจ้งความ</w:t>
            </w:r>
            <w:proofErr w:type="spellEnd"/>
            <w:r>
              <w:t xml:space="preserve"> Online</w:t>
            </w:r>
            <w:r>
              <w:br/>
              <w:t xml:space="preserve"> -</w:t>
            </w:r>
            <w:proofErr w:type="spellStart"/>
            <w:r>
              <w:t>ระบบเสียค่าปรับ</w:t>
            </w:r>
            <w:proofErr w:type="spellEnd"/>
            <w:r>
              <w:t xml:space="preserve"> Online</w:t>
            </w:r>
            <w:r>
              <w:br/>
              <w:t xml:space="preserve"> -</w:t>
            </w:r>
            <w:proofErr w:type="spellStart"/>
            <w:r>
              <w:t>ระบบร้องเรียนเจ้าหน้าที่ตำรวจ</w:t>
            </w:r>
            <w:proofErr w:type="spellEnd"/>
            <w:r>
              <w:t xml:space="preserve"> </w:t>
            </w:r>
            <w:proofErr w:type="spellStart"/>
            <w:r>
              <w:t>สำนักงานจเรตำรวจ</w:t>
            </w:r>
            <w:proofErr w:type="spellEnd"/>
            <w:r>
              <w:t xml:space="preserve"> </w:t>
            </w:r>
            <w:proofErr w:type="spellStart"/>
            <w:r>
              <w:t>สำนักงานตำรวจแห่งชาติ</w:t>
            </w:r>
            <w:proofErr w:type="spellEnd"/>
            <w:r>
              <w:t xml:space="preserve"> Jaray Complaint Management System (JCOMS)</w:t>
            </w:r>
            <w:r>
              <w:br/>
              <w:t>-</w:t>
            </w:r>
            <w:proofErr w:type="spellStart"/>
            <w:r>
              <w:t>แสดงช่องทางการเข้าถึงแอปพลิเคชัน</w:t>
            </w:r>
            <w:proofErr w:type="spellEnd"/>
            <w:r>
              <w:t xml:space="preserve"> Police Care (</w:t>
            </w:r>
            <w:proofErr w:type="spellStart"/>
            <w:r>
              <w:t>ตำรวจห่วงใยประชาชน</w:t>
            </w:r>
            <w:proofErr w:type="spellEnd"/>
            <w:r>
              <w:t>)</w:t>
            </w:r>
            <w:r>
              <w:br/>
              <w:t>-</w:t>
            </w:r>
            <w:proofErr w:type="spellStart"/>
            <w:r>
              <w:t>แสดงช่องทางการเข้าถึงระบบติดตามความคืบหน้าทางคดี</w:t>
            </w:r>
            <w:proofErr w:type="spellEnd"/>
            <w:r>
              <w:t xml:space="preserve"> </w:t>
            </w:r>
            <w:proofErr w:type="spellStart"/>
            <w:r>
              <w:t>ผ่านแอปพลิเคชัน</w:t>
            </w:r>
            <w:proofErr w:type="spellEnd"/>
            <w:r>
              <w:t xml:space="preserve"> </w:t>
            </w:r>
            <w:proofErr w:type="spellStart"/>
            <w:r>
              <w:t>ทางรัฐ</w:t>
            </w:r>
            <w:proofErr w:type="spellEnd"/>
          </w:p>
        </w:tc>
        <w:tc>
          <w:tcPr>
            <w:tcW w:w="2880" w:type="dxa"/>
          </w:tcPr>
          <w:p w14:paraId="2F56DDED" w14:textId="0636E4F5" w:rsidR="00BC29D0" w:rsidRDefault="00BC29D0" w:rsidP="00F85253">
            <w:proofErr w:type="spellStart"/>
            <w:r>
              <w:t>ผู้ควบคุม</w:t>
            </w:r>
            <w:proofErr w:type="spellEnd"/>
            <w:r>
              <w:br/>
            </w:r>
            <w:proofErr w:type="spellStart"/>
            <w:r>
              <w:t>พ.ต.ท</w:t>
            </w:r>
            <w:proofErr w:type="spellEnd"/>
            <w:r>
              <w:t>.</w:t>
            </w:r>
            <w:r w:rsidR="00AB2686">
              <w:rPr>
                <w:cs/>
                <w:lang w:bidi="th-TH"/>
              </w:rPr>
              <w:t>สวาท ศรีแนน</w:t>
            </w:r>
            <w:r>
              <w:br/>
            </w:r>
            <w:r>
              <w:br/>
            </w:r>
            <w:proofErr w:type="spellStart"/>
            <w:r>
              <w:t>ผู้นำข้อมูลลงเว็บไซต์</w:t>
            </w:r>
            <w:proofErr w:type="spellEnd"/>
            <w:r>
              <w:br/>
            </w:r>
            <w:r w:rsidR="00AB2686">
              <w:rPr>
                <w:cs/>
                <w:lang w:bidi="th-TH"/>
              </w:rPr>
              <w:t>ด.ต.</w:t>
            </w:r>
            <w:proofErr w:type="gramStart"/>
            <w:r w:rsidR="00AB2686">
              <w:rPr>
                <w:cs/>
                <w:lang w:bidi="th-TH"/>
              </w:rPr>
              <w:t>สุรชัย  วังคะฮาต</w:t>
            </w:r>
            <w:proofErr w:type="gramEnd"/>
          </w:p>
        </w:tc>
      </w:tr>
      <w:tr w:rsidR="00BC29D0" w14:paraId="7F66AA02" w14:textId="77777777" w:rsidTr="00F85253">
        <w:tc>
          <w:tcPr>
            <w:tcW w:w="2880" w:type="dxa"/>
          </w:tcPr>
          <w:p w14:paraId="570D0C75" w14:textId="77777777" w:rsidR="00BC29D0" w:rsidRDefault="00BC29D0" w:rsidP="00F85253">
            <w:r>
              <w:t xml:space="preserve">O๗ </w:t>
            </w:r>
            <w:proofErr w:type="spellStart"/>
            <w:r>
              <w:t>สถิติผลการดำเนินงาน</w:t>
            </w:r>
            <w:proofErr w:type="spellEnd"/>
          </w:p>
        </w:tc>
        <w:tc>
          <w:tcPr>
            <w:tcW w:w="2880" w:type="dxa"/>
          </w:tcPr>
          <w:p w14:paraId="2AA3BB92" w14:textId="15524AAE" w:rsidR="00BC29D0" w:rsidRDefault="00BC29D0" w:rsidP="00F85253">
            <w:proofErr w:type="spellStart"/>
            <w:r>
              <w:t>สถิติผลการดำเนินงาน</w:t>
            </w:r>
            <w:proofErr w:type="spellEnd"/>
            <w:r>
              <w:br/>
              <w:t>-</w:t>
            </w:r>
            <w:proofErr w:type="spellStart"/>
            <w:r>
              <w:t>สถิติผลการดำเนินงานของสถานีตำรวจ</w:t>
            </w:r>
            <w:proofErr w:type="spellEnd"/>
            <w:r>
              <w:t xml:space="preserve"> </w:t>
            </w:r>
            <w:proofErr w:type="spellStart"/>
            <w:r>
              <w:t>ตามภารกิจหลัก</w:t>
            </w:r>
            <w:proofErr w:type="spellEnd"/>
            <w:r>
              <w:t xml:space="preserve"> </w:t>
            </w:r>
            <w:proofErr w:type="spellStart"/>
            <w:r>
              <w:t>ในเชิงสถิติ</w:t>
            </w:r>
            <w:proofErr w:type="spellEnd"/>
            <w:r>
              <w:t xml:space="preserve"> </w:t>
            </w:r>
            <w:proofErr w:type="spellStart"/>
            <w:r>
              <w:t>ประจำปีงบประมาณ</w:t>
            </w:r>
            <w:proofErr w:type="spellEnd"/>
            <w:r>
              <w:t xml:space="preserve"> พ.ศ.๒๕๖๙ </w:t>
            </w:r>
            <w:proofErr w:type="spellStart"/>
            <w:r>
              <w:t>ซึ่งเป็น</w:t>
            </w:r>
            <w:proofErr w:type="spellEnd"/>
            <w:r w:rsidR="00240F6A">
              <w:t xml:space="preserve"> </w:t>
            </w:r>
            <w:proofErr w:type="spellStart"/>
            <w:r>
              <w:t>ผลการ</w:t>
            </w:r>
            <w:proofErr w:type="spellEnd"/>
            <w:r w:rsidR="00240F6A">
              <w:t xml:space="preserve"> </w:t>
            </w:r>
            <w:proofErr w:type="spellStart"/>
            <w:r>
              <w:t>ดำเนินงานในรอบ</w:t>
            </w:r>
            <w:proofErr w:type="spellEnd"/>
            <w:r>
              <w:t xml:space="preserve"> ๖ </w:t>
            </w:r>
            <w:proofErr w:type="spellStart"/>
            <w:r>
              <w:t>เดือนแรกของปีงบประมาณ</w:t>
            </w:r>
            <w:proofErr w:type="spellEnd"/>
            <w:r>
              <w:t xml:space="preserve"> </w:t>
            </w:r>
            <w:proofErr w:type="spellStart"/>
            <w:r>
              <w:t>พ.ศ</w:t>
            </w:r>
            <w:proofErr w:type="spellEnd"/>
            <w:r>
              <w:t>. ๒๕๖๙ (</w:t>
            </w:r>
            <w:proofErr w:type="spellStart"/>
            <w:r>
              <w:t>ตุลาคม</w:t>
            </w:r>
            <w:proofErr w:type="spellEnd"/>
            <w:r>
              <w:t xml:space="preserve"> ๒๕๖๘ - </w:t>
            </w:r>
            <w:proofErr w:type="spellStart"/>
            <w:r>
              <w:t>มีนาคม</w:t>
            </w:r>
            <w:proofErr w:type="spellEnd"/>
            <w:r>
              <w:t xml:space="preserve"> ๒๕๖๙)</w:t>
            </w:r>
            <w:r>
              <w:br/>
              <w:t>-</w:t>
            </w:r>
            <w:proofErr w:type="spellStart"/>
            <w:r>
              <w:t>จำแนกเป็นรายเดือนและเผยแพร่เป็นประจำทุกเดือน</w:t>
            </w:r>
            <w:proofErr w:type="spellEnd"/>
            <w:r>
              <w:t xml:space="preserve"> </w:t>
            </w:r>
            <w:proofErr w:type="spellStart"/>
            <w:r>
              <w:t>อย่างน้อยประกอบด้วย</w:t>
            </w:r>
            <w:proofErr w:type="spellEnd"/>
            <w:r>
              <w:br/>
              <w:t xml:space="preserve"> ๑)</w:t>
            </w:r>
            <w:proofErr w:type="spellStart"/>
            <w:r>
              <w:t>สถิติคดีอาญาตามระบบ</w:t>
            </w:r>
            <w:proofErr w:type="spellEnd"/>
            <w:r>
              <w:t xml:space="preserve"> CRIMES</w:t>
            </w:r>
            <w:r>
              <w:br/>
              <w:t xml:space="preserve"> ๒)</w:t>
            </w:r>
            <w:proofErr w:type="spellStart"/>
            <w:r>
              <w:t>สถิติการตั้งจุดตรวจ</w:t>
            </w:r>
            <w:proofErr w:type="spellEnd"/>
            <w:r>
              <w:t xml:space="preserve"> </w:t>
            </w:r>
            <w:proofErr w:type="spellStart"/>
            <w:r>
              <w:t>จุดสกัด</w:t>
            </w:r>
            <w:proofErr w:type="spellEnd"/>
            <w:r>
              <w:br/>
              <w:t xml:space="preserve"> ๓)</w:t>
            </w:r>
            <w:proofErr w:type="spellStart"/>
            <w:r>
              <w:t>สถิติการแจ้งความคืบหน้าของการดำเนินคดี</w:t>
            </w:r>
            <w:proofErr w:type="spellEnd"/>
            <w:r>
              <w:br/>
              <w:t>-</w:t>
            </w:r>
            <w:proofErr w:type="spellStart"/>
            <w:r>
              <w:t>เปิดเผยทั้งในรูปแบบไฟล์</w:t>
            </w:r>
            <w:proofErr w:type="spellEnd"/>
            <w:r>
              <w:t xml:space="preserve"> PDF </w:t>
            </w:r>
            <w:proofErr w:type="spellStart"/>
            <w:r>
              <w:t>และรูปแบบ</w:t>
            </w:r>
            <w:proofErr w:type="spellEnd"/>
            <w:r>
              <w:t xml:space="preserve"> Structured Data </w:t>
            </w:r>
            <w:proofErr w:type="spellStart"/>
            <w:r>
              <w:t>ที่เครื่องสามารถอ่านได้</w:t>
            </w:r>
            <w:proofErr w:type="spellEnd"/>
            <w:r>
              <w:t xml:space="preserve"> (Machine Readable) </w:t>
            </w:r>
            <w:proofErr w:type="spellStart"/>
            <w:r>
              <w:t>ได้แก่</w:t>
            </w:r>
            <w:proofErr w:type="spellEnd"/>
            <w:r>
              <w:t xml:space="preserve"> </w:t>
            </w:r>
            <w:proofErr w:type="spellStart"/>
            <w:r>
              <w:t>ข้อมูลในรูปแบบไฟล์</w:t>
            </w:r>
            <w:proofErr w:type="spellEnd"/>
            <w:r>
              <w:t xml:space="preserve"> Excel </w:t>
            </w:r>
            <w:proofErr w:type="spellStart"/>
            <w:r>
              <w:t>หรือไฟล์</w:t>
            </w:r>
            <w:proofErr w:type="spellEnd"/>
            <w:r>
              <w:t xml:space="preserve"> Word </w:t>
            </w:r>
            <w:proofErr w:type="spellStart"/>
            <w:r>
              <w:t>เท่านั้น</w:t>
            </w:r>
            <w:proofErr w:type="spellEnd"/>
            <w:r>
              <w:br/>
            </w:r>
            <w:proofErr w:type="spellStart"/>
            <w:r>
              <w:t>หมายเหตุ</w:t>
            </w:r>
            <w:proofErr w:type="spellEnd"/>
            <w:r>
              <w:t xml:space="preserve"> : </w:t>
            </w:r>
            <w:proofErr w:type="spellStart"/>
            <w:r>
              <w:t>กรณีที่ไม่มีข้อมูล</w:t>
            </w:r>
            <w:proofErr w:type="spellEnd"/>
            <w:r>
              <w:t xml:space="preserve"> </w:t>
            </w:r>
            <w:proofErr w:type="spellStart"/>
            <w:r>
              <w:t>ให้ระบุหรือแสดงให้เห็นว่า</w:t>
            </w:r>
            <w:proofErr w:type="spellEnd"/>
            <w:r>
              <w:t xml:space="preserve"> </w:t>
            </w:r>
            <w:proofErr w:type="spellStart"/>
            <w:r>
              <w:t>ไม่มี</w:t>
            </w:r>
            <w:proofErr w:type="spellEnd"/>
            <w:r>
              <w:t xml:space="preserve"> </w:t>
            </w:r>
            <w:proofErr w:type="spellStart"/>
            <w:r>
              <w:t>โดยไม่มีการเว้นว่างข้อมูลไว้</w:t>
            </w:r>
            <w:proofErr w:type="spellEnd"/>
          </w:p>
        </w:tc>
        <w:tc>
          <w:tcPr>
            <w:tcW w:w="2880" w:type="dxa"/>
          </w:tcPr>
          <w:p w14:paraId="665FAC6C" w14:textId="524E59EB" w:rsidR="00BC29D0" w:rsidRDefault="00BC29D0" w:rsidP="00F85253">
            <w:pPr>
              <w:rPr>
                <w:rFonts w:hint="cs"/>
                <w:cs/>
                <w:lang w:bidi="th-TH"/>
              </w:rPr>
            </w:pPr>
            <w:proofErr w:type="spellStart"/>
            <w:r>
              <w:t>ผู้ควบคุม</w:t>
            </w:r>
            <w:proofErr w:type="spellEnd"/>
            <w:r>
              <w:br/>
            </w:r>
            <w:proofErr w:type="spellStart"/>
            <w:r>
              <w:t>พ.ต.ท</w:t>
            </w:r>
            <w:proofErr w:type="spellEnd"/>
            <w:r>
              <w:t>.</w:t>
            </w:r>
            <w:r w:rsidR="00AB2686">
              <w:rPr>
                <w:cs/>
                <w:lang w:bidi="th-TH"/>
              </w:rPr>
              <w:t>สวาท ศรีแนน</w:t>
            </w:r>
            <w:r>
              <w:br/>
            </w:r>
            <w:proofErr w:type="spellStart"/>
            <w:r>
              <w:t>ผู้นำข้อมูลลงเว็บไซต์</w:t>
            </w:r>
            <w:proofErr w:type="spellEnd"/>
            <w:r>
              <w:br/>
            </w:r>
            <w:r w:rsidR="00AB2686">
              <w:rPr>
                <w:cs/>
                <w:lang w:bidi="th-TH"/>
              </w:rPr>
              <w:t>ด.ต.</w:t>
            </w:r>
            <w:proofErr w:type="gramStart"/>
            <w:r w:rsidR="00AB2686">
              <w:rPr>
                <w:cs/>
                <w:lang w:bidi="th-TH"/>
              </w:rPr>
              <w:t>สุรชัย  วังคะฮาต</w:t>
            </w:r>
            <w:proofErr w:type="gramEnd"/>
            <w:r>
              <w:br/>
            </w:r>
            <w:proofErr w:type="spellStart"/>
            <w:r>
              <w:t>ผู้จัดทำข้อมูล</w:t>
            </w:r>
            <w:proofErr w:type="spellEnd"/>
            <w:r>
              <w:br/>
            </w:r>
            <w:proofErr w:type="spellStart"/>
            <w:r>
              <w:t>สถิติฐานความผิดคดี</w:t>
            </w:r>
            <w:proofErr w:type="spellEnd"/>
            <w:r w:rsidR="00240F6A">
              <w:t xml:space="preserve"> </w:t>
            </w:r>
            <w:proofErr w:type="spellStart"/>
            <w:r>
              <w:t>อาญา</w:t>
            </w:r>
            <w:proofErr w:type="spellEnd"/>
            <w:r>
              <w:br/>
            </w:r>
            <w:r w:rsidR="00240F6A">
              <w:rPr>
                <w:rFonts w:hint="cs"/>
                <w:cs/>
                <w:lang w:bidi="th-TH"/>
              </w:rPr>
              <w:t>จ.ส.ต.</w:t>
            </w:r>
            <w:proofErr w:type="gramStart"/>
            <w:r w:rsidR="00240F6A">
              <w:rPr>
                <w:rFonts w:hint="cs"/>
                <w:cs/>
                <w:lang w:bidi="th-TH"/>
              </w:rPr>
              <w:t>ธนาศักดิ์  โคสาสุ</w:t>
            </w:r>
            <w:proofErr w:type="gramEnd"/>
            <w:r>
              <w:br/>
            </w:r>
            <w:proofErr w:type="spellStart"/>
            <w:r>
              <w:t>สถิติการตั้งจุดตรวจ</w:t>
            </w:r>
            <w:proofErr w:type="spellEnd"/>
            <w:r>
              <w:t xml:space="preserve"> </w:t>
            </w:r>
            <w:proofErr w:type="spellStart"/>
            <w:r>
              <w:t>จุดสกัด</w:t>
            </w:r>
            <w:proofErr w:type="spellEnd"/>
            <w:r>
              <w:br/>
            </w:r>
            <w:r w:rsidR="00240F6A">
              <w:rPr>
                <w:rFonts w:hint="cs"/>
                <w:cs/>
                <w:lang w:bidi="th-TH"/>
              </w:rPr>
              <w:t>ด.ต.ชิดณรงค์ เทียบชัย</w:t>
            </w:r>
            <w:r>
              <w:br/>
            </w:r>
            <w:proofErr w:type="spellStart"/>
            <w:r>
              <w:t>สถิติการแจ้งความคืบหน้าของการดำเนินคดีผู้</w:t>
            </w:r>
            <w:proofErr w:type="spellEnd"/>
            <w:r w:rsidR="00240F6A">
              <w:t xml:space="preserve"> </w:t>
            </w:r>
            <w:proofErr w:type="spellStart"/>
            <w:r>
              <w:t>เสียหาย</w:t>
            </w:r>
            <w:proofErr w:type="spellEnd"/>
            <w:r>
              <w:br/>
            </w:r>
            <w:proofErr w:type="spellStart"/>
            <w:r>
              <w:t>ด.ต</w:t>
            </w:r>
            <w:proofErr w:type="spellEnd"/>
            <w:r>
              <w:t>.</w:t>
            </w:r>
            <w:proofErr w:type="gramStart"/>
            <w:r w:rsidR="00240F6A">
              <w:rPr>
                <w:rFonts w:hint="cs"/>
                <w:cs/>
                <w:lang w:bidi="th-TH"/>
              </w:rPr>
              <w:t>สุรชัย  วังคะฮาต</w:t>
            </w:r>
            <w:proofErr w:type="gramEnd"/>
          </w:p>
        </w:tc>
      </w:tr>
      <w:tr w:rsidR="00BC29D0" w14:paraId="0876C305" w14:textId="77777777" w:rsidTr="00F85253">
        <w:tc>
          <w:tcPr>
            <w:tcW w:w="2880" w:type="dxa"/>
          </w:tcPr>
          <w:p w14:paraId="20951BD2" w14:textId="7B7260FC" w:rsidR="00BC29D0" w:rsidRDefault="00BC29D0" w:rsidP="00F85253">
            <w:r>
              <w:t xml:space="preserve">O๘ </w:t>
            </w:r>
            <w:proofErr w:type="spellStart"/>
            <w:r>
              <w:t>ข้อมูลคณะกรรมการตรวจสอบและติดตาม</w:t>
            </w:r>
            <w:proofErr w:type="spellEnd"/>
            <w:r w:rsidR="00240F6A">
              <w:t xml:space="preserve"> </w:t>
            </w:r>
            <w:proofErr w:type="spellStart"/>
            <w:r>
              <w:t>การบริหารงานตำรวจ</w:t>
            </w:r>
            <w:proofErr w:type="spellEnd"/>
            <w:r>
              <w:t xml:space="preserve"> (</w:t>
            </w:r>
            <w:proofErr w:type="spellStart"/>
            <w:r>
              <w:t>กต.ตร</w:t>
            </w:r>
            <w:proofErr w:type="spellEnd"/>
            <w:r>
              <w:t xml:space="preserve">.) </w:t>
            </w:r>
            <w:proofErr w:type="spellStart"/>
            <w:r>
              <w:t>ของ</w:t>
            </w:r>
            <w:proofErr w:type="spellEnd"/>
            <w:r w:rsidR="00240F6A">
              <w:t xml:space="preserve"> </w:t>
            </w:r>
            <w:proofErr w:type="spellStart"/>
            <w:r>
              <w:t>สถานีตำรวจ</w:t>
            </w:r>
            <w:proofErr w:type="spellEnd"/>
          </w:p>
        </w:tc>
        <w:tc>
          <w:tcPr>
            <w:tcW w:w="2880" w:type="dxa"/>
          </w:tcPr>
          <w:p w14:paraId="1358FBF7" w14:textId="77777777" w:rsidR="00BC29D0" w:rsidRDefault="00BC29D0" w:rsidP="00F85253">
            <w:proofErr w:type="spellStart"/>
            <w:r>
              <w:t>ข้อมูลคณะกรรมการตรวจสอบและติดตามการบริหารงานตำรวจ</w:t>
            </w:r>
            <w:proofErr w:type="spellEnd"/>
            <w:r>
              <w:t xml:space="preserve"> (</w:t>
            </w:r>
            <w:proofErr w:type="spellStart"/>
            <w:r>
              <w:t>กต.ตร</w:t>
            </w:r>
            <w:proofErr w:type="spellEnd"/>
            <w:r>
              <w:t xml:space="preserve">.) </w:t>
            </w:r>
            <w:proofErr w:type="spellStart"/>
            <w:r>
              <w:t>ของสถานีตำรวจ</w:t>
            </w:r>
            <w:proofErr w:type="spellEnd"/>
            <w:r>
              <w:br/>
              <w:t>-</w:t>
            </w:r>
            <w:proofErr w:type="spellStart"/>
            <w:r>
              <w:t>บทบาท</w:t>
            </w:r>
            <w:proofErr w:type="spellEnd"/>
            <w:r>
              <w:t xml:space="preserve"> </w:t>
            </w:r>
            <w:proofErr w:type="spellStart"/>
            <w:r>
              <w:t>อำนาจหน้าที่คณะกรรมการตรวจสอบและติดตาม</w:t>
            </w:r>
            <w:proofErr w:type="spellEnd"/>
            <w:r>
              <w:t xml:space="preserve"> </w:t>
            </w:r>
            <w:proofErr w:type="spellStart"/>
            <w:r>
              <w:t>การบริหารงานตำรวจ</w:t>
            </w:r>
            <w:proofErr w:type="spellEnd"/>
            <w:r>
              <w:t xml:space="preserve"> (</w:t>
            </w:r>
            <w:proofErr w:type="spellStart"/>
            <w:r>
              <w:t>กต.ตร</w:t>
            </w:r>
            <w:proofErr w:type="spellEnd"/>
            <w:r>
              <w:t xml:space="preserve">.) </w:t>
            </w:r>
            <w:proofErr w:type="spellStart"/>
            <w:r>
              <w:t>ของสถานีตำรวจ</w:t>
            </w:r>
            <w:proofErr w:type="spellEnd"/>
            <w:r>
              <w:br/>
              <w:t>-</w:t>
            </w:r>
            <w:proofErr w:type="spellStart"/>
            <w:r>
              <w:t>รายชื่อ</w:t>
            </w:r>
            <w:proofErr w:type="spellEnd"/>
            <w:r>
              <w:t xml:space="preserve"> </w:t>
            </w:r>
            <w:proofErr w:type="spellStart"/>
            <w:r>
              <w:t>รูปถ่าย</w:t>
            </w:r>
            <w:proofErr w:type="spellEnd"/>
            <w:r>
              <w:t xml:space="preserve"> </w:t>
            </w:r>
            <w:proofErr w:type="spellStart"/>
            <w:r>
              <w:t>ตำแหน่ง</w:t>
            </w:r>
            <w:proofErr w:type="spellEnd"/>
            <w:r>
              <w:t xml:space="preserve"> </w:t>
            </w:r>
            <w:proofErr w:type="spellStart"/>
            <w:r>
              <w:t>และอาชีพ</w:t>
            </w:r>
            <w:proofErr w:type="spellEnd"/>
            <w:r>
              <w:t xml:space="preserve"> </w:t>
            </w:r>
            <w:proofErr w:type="spellStart"/>
            <w:r>
              <w:lastRenderedPageBreak/>
              <w:t>ของคณะกรรมการตรวจสอบและติดตามการบริหารงานตำรวจ</w:t>
            </w:r>
            <w:proofErr w:type="spellEnd"/>
            <w:r>
              <w:t xml:space="preserve"> (</w:t>
            </w:r>
            <w:proofErr w:type="spellStart"/>
            <w:r>
              <w:t>กต.ตร</w:t>
            </w:r>
            <w:proofErr w:type="spellEnd"/>
            <w:r>
              <w:t xml:space="preserve">.) </w:t>
            </w:r>
            <w:proofErr w:type="spellStart"/>
            <w:r>
              <w:t>ของสถานีตำรวจ</w:t>
            </w:r>
            <w:proofErr w:type="spellEnd"/>
            <w:r>
              <w:br/>
              <w:t>-</w:t>
            </w:r>
            <w:proofErr w:type="spellStart"/>
            <w:r>
              <w:t>ผลการดำเนินงานของคณะกรรมการตรวจสอบและติดตาม</w:t>
            </w:r>
            <w:proofErr w:type="spellEnd"/>
            <w:r>
              <w:t xml:space="preserve"> </w:t>
            </w:r>
            <w:proofErr w:type="spellStart"/>
            <w:r>
              <w:t>การบริหารงานตำรวจ</w:t>
            </w:r>
            <w:proofErr w:type="spellEnd"/>
            <w:r>
              <w:t xml:space="preserve"> (</w:t>
            </w:r>
            <w:proofErr w:type="spellStart"/>
            <w:r>
              <w:t>กต.ตร</w:t>
            </w:r>
            <w:proofErr w:type="spellEnd"/>
            <w:r>
              <w:t xml:space="preserve">.) </w:t>
            </w:r>
            <w:proofErr w:type="spellStart"/>
            <w:r>
              <w:t>ของสถานีตำรวจ</w:t>
            </w:r>
            <w:proofErr w:type="spellEnd"/>
            <w:r>
              <w:t xml:space="preserve"> </w:t>
            </w:r>
            <w:proofErr w:type="spellStart"/>
            <w:r>
              <w:t>ที่ผ่านมาในรอบ</w:t>
            </w:r>
            <w:proofErr w:type="spellEnd"/>
            <w:r>
              <w:t xml:space="preserve"> ๓ </w:t>
            </w:r>
            <w:proofErr w:type="spellStart"/>
            <w:r>
              <w:t>เดือนของปีงบประมาณ</w:t>
            </w:r>
            <w:proofErr w:type="spellEnd"/>
            <w:r>
              <w:t xml:space="preserve"> พ.ศ.๒๕๖๙ (</w:t>
            </w:r>
            <w:proofErr w:type="spellStart"/>
            <w:r>
              <w:t>เมษายน</w:t>
            </w:r>
            <w:proofErr w:type="spellEnd"/>
            <w:r>
              <w:t xml:space="preserve"> ๒๕๖๙ - </w:t>
            </w:r>
            <w:proofErr w:type="spellStart"/>
            <w:r>
              <w:t>มิถุนายน</w:t>
            </w:r>
            <w:proofErr w:type="spellEnd"/>
            <w:r>
              <w:t xml:space="preserve"> ๒๕๖๙)</w:t>
            </w:r>
            <w:r>
              <w:br/>
              <w:t>-</w:t>
            </w:r>
            <w:proofErr w:type="spellStart"/>
            <w:r>
              <w:t>จำแนกเป็นรายเดือนและเผยแพร่ตามรายเดือนที่กำหนด</w:t>
            </w:r>
            <w:proofErr w:type="spellEnd"/>
          </w:p>
        </w:tc>
        <w:tc>
          <w:tcPr>
            <w:tcW w:w="2880" w:type="dxa"/>
          </w:tcPr>
          <w:p w14:paraId="57C700CE" w14:textId="1B22DDDF" w:rsidR="00BC29D0" w:rsidRDefault="00BC29D0" w:rsidP="00F85253">
            <w:pPr>
              <w:rPr>
                <w:rFonts w:hint="cs"/>
                <w:cs/>
                <w:lang w:bidi="th-TH"/>
              </w:rPr>
            </w:pPr>
            <w:proofErr w:type="spellStart"/>
            <w:r>
              <w:lastRenderedPageBreak/>
              <w:t>ผู้ควบคุม</w:t>
            </w:r>
            <w:proofErr w:type="spellEnd"/>
            <w:r>
              <w:br/>
            </w:r>
            <w:proofErr w:type="spellStart"/>
            <w:r>
              <w:t>พ.ต.ท</w:t>
            </w:r>
            <w:proofErr w:type="spellEnd"/>
            <w:r>
              <w:t>.</w:t>
            </w:r>
            <w:r w:rsidR="00AB2686">
              <w:rPr>
                <w:cs/>
                <w:lang w:bidi="th-TH"/>
              </w:rPr>
              <w:t>สวาท ศรีแนน</w:t>
            </w:r>
            <w:r>
              <w:br/>
            </w:r>
            <w:r>
              <w:br/>
            </w:r>
            <w:proofErr w:type="spellStart"/>
            <w:r>
              <w:t>ผู้นำข้อมูลลงเว็บไซต์</w:t>
            </w:r>
            <w:proofErr w:type="spellEnd"/>
            <w:r>
              <w:br/>
            </w:r>
            <w:r w:rsidR="00AB2686">
              <w:rPr>
                <w:cs/>
                <w:lang w:bidi="th-TH"/>
              </w:rPr>
              <w:t>ด.ต.</w:t>
            </w:r>
            <w:proofErr w:type="gramStart"/>
            <w:r w:rsidR="00AB2686">
              <w:rPr>
                <w:cs/>
                <w:lang w:bidi="th-TH"/>
              </w:rPr>
              <w:t>สุรชัย  วังคะฮาต</w:t>
            </w:r>
            <w:proofErr w:type="gramEnd"/>
            <w:r>
              <w:br/>
            </w:r>
            <w:r>
              <w:lastRenderedPageBreak/>
              <w:br/>
            </w:r>
            <w:proofErr w:type="spellStart"/>
            <w:r>
              <w:t>ผู้จัดทำข้อมูล</w:t>
            </w:r>
            <w:proofErr w:type="spellEnd"/>
            <w:r>
              <w:br/>
            </w:r>
            <w:proofErr w:type="spellStart"/>
            <w:r>
              <w:t>ร.ต.ท</w:t>
            </w:r>
            <w:proofErr w:type="spellEnd"/>
            <w:r>
              <w:t>.</w:t>
            </w:r>
            <w:proofErr w:type="gramStart"/>
            <w:r w:rsidR="00240F6A">
              <w:rPr>
                <w:rFonts w:hint="cs"/>
                <w:cs/>
                <w:lang w:bidi="th-TH"/>
              </w:rPr>
              <w:t>หญิงอา</w:t>
            </w:r>
            <w:proofErr w:type="spellStart"/>
            <w:r w:rsidR="00240F6A">
              <w:rPr>
                <w:rFonts w:hint="cs"/>
                <w:cs/>
                <w:lang w:bidi="th-TH"/>
              </w:rPr>
              <w:t>คเ</w:t>
            </w:r>
            <w:proofErr w:type="spellEnd"/>
            <w:r w:rsidR="00240F6A">
              <w:rPr>
                <w:rFonts w:hint="cs"/>
                <w:cs/>
                <w:lang w:bidi="th-TH"/>
              </w:rPr>
              <w:t>ณ  กลางประพันธ์</w:t>
            </w:r>
            <w:proofErr w:type="gramEnd"/>
          </w:p>
        </w:tc>
      </w:tr>
      <w:tr w:rsidR="00BC29D0" w14:paraId="3D6B5A9E" w14:textId="77777777" w:rsidTr="00F85253">
        <w:tc>
          <w:tcPr>
            <w:tcW w:w="86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14:paraId="4F2444AC" w14:textId="77777777" w:rsidR="00BC29D0" w:rsidRDefault="00BC29D0" w:rsidP="00F85253">
            <w:proofErr w:type="spellStart"/>
            <w:r>
              <w:rPr>
                <w:b/>
                <w:sz w:val="24"/>
              </w:rPr>
              <w:lastRenderedPageBreak/>
              <w:t>ตัวชี้วัดย่อยที่</w:t>
            </w:r>
            <w:proofErr w:type="spellEnd"/>
            <w:r>
              <w:rPr>
                <w:b/>
                <w:sz w:val="24"/>
              </w:rPr>
              <w:t xml:space="preserve"> ๘.๓ </w:t>
            </w:r>
            <w:proofErr w:type="spellStart"/>
            <w:r>
              <w:rPr>
                <w:b/>
                <w:sz w:val="24"/>
              </w:rPr>
              <w:t>การบริหารเงินงบประมาณ</w:t>
            </w:r>
            <w:proofErr w:type="spellEnd"/>
          </w:p>
        </w:tc>
      </w:tr>
      <w:tr w:rsidR="00BC29D0" w14:paraId="1C883675" w14:textId="77777777" w:rsidTr="00F85253">
        <w:tc>
          <w:tcPr>
            <w:tcW w:w="2880" w:type="dxa"/>
          </w:tcPr>
          <w:p w14:paraId="5A803AF6" w14:textId="23A685C3" w:rsidR="00BC29D0" w:rsidRDefault="00BC29D0" w:rsidP="00F85253">
            <w:r>
              <w:t xml:space="preserve">O๙ </w:t>
            </w:r>
            <w:proofErr w:type="spellStart"/>
            <w:r>
              <w:t>ข้อมูลเงินกองทุนเพื่อการสืบสวน</w:t>
            </w:r>
            <w:proofErr w:type="spellEnd"/>
            <w:r>
              <w:t xml:space="preserve"> </w:t>
            </w:r>
            <w:proofErr w:type="spellStart"/>
            <w:r>
              <w:t>สอบสวน</w:t>
            </w:r>
            <w:proofErr w:type="spellEnd"/>
            <w:r>
              <w:t xml:space="preserve"> </w:t>
            </w:r>
            <w:proofErr w:type="spellStart"/>
            <w:r>
              <w:t>การป้องกัน</w:t>
            </w:r>
            <w:proofErr w:type="spellEnd"/>
            <w:r>
              <w:t xml:space="preserve"> </w:t>
            </w:r>
            <w:proofErr w:type="spellStart"/>
            <w:r>
              <w:t>และปราบปรามการกระทำความ</w:t>
            </w:r>
            <w:proofErr w:type="spellEnd"/>
            <w:r w:rsidR="00240F6A">
              <w:t xml:space="preserve"> </w:t>
            </w:r>
            <w:proofErr w:type="spellStart"/>
            <w:r>
              <w:t>ผิดทางอาญา</w:t>
            </w:r>
            <w:proofErr w:type="spellEnd"/>
          </w:p>
        </w:tc>
        <w:tc>
          <w:tcPr>
            <w:tcW w:w="2880" w:type="dxa"/>
          </w:tcPr>
          <w:p w14:paraId="0462C7DD" w14:textId="77777777" w:rsidR="00BC29D0" w:rsidRDefault="00BC29D0" w:rsidP="00F85253">
            <w:proofErr w:type="spellStart"/>
            <w:r>
              <w:t>ข้อมูลเงินกองทุนเพื่อการสืบสวน</w:t>
            </w:r>
            <w:proofErr w:type="spellEnd"/>
            <w:r>
              <w:t xml:space="preserve"> </w:t>
            </w:r>
            <w:proofErr w:type="spellStart"/>
            <w:r>
              <w:t>สอบสวน</w:t>
            </w:r>
            <w:proofErr w:type="spellEnd"/>
            <w:r>
              <w:t xml:space="preserve"> </w:t>
            </w:r>
            <w:proofErr w:type="spellStart"/>
            <w:r>
              <w:t>การป้องกัน</w:t>
            </w:r>
            <w:proofErr w:type="spellEnd"/>
            <w:r>
              <w:t xml:space="preserve"> </w:t>
            </w:r>
            <w:proofErr w:type="spellStart"/>
            <w:r>
              <w:t>และปราบปรามการกระทำความผิดทางอาญา</w:t>
            </w:r>
            <w:proofErr w:type="spellEnd"/>
            <w:r>
              <w:br/>
              <w:t>-</w:t>
            </w:r>
            <w:proofErr w:type="spellStart"/>
            <w:r>
              <w:t>ข้อมูลเงินกองทุนเพื่อการสืบสวน</w:t>
            </w:r>
            <w:proofErr w:type="spellEnd"/>
            <w:r>
              <w:t xml:space="preserve"> </w:t>
            </w:r>
            <w:proofErr w:type="spellStart"/>
            <w:r>
              <w:t>สอบสวน</w:t>
            </w:r>
            <w:proofErr w:type="spellEnd"/>
            <w:r>
              <w:t xml:space="preserve"> </w:t>
            </w:r>
            <w:proofErr w:type="spellStart"/>
            <w:r>
              <w:t>การป้องกัน</w:t>
            </w:r>
            <w:proofErr w:type="spellEnd"/>
            <w:r>
              <w:t xml:space="preserve"> </w:t>
            </w:r>
            <w:proofErr w:type="spellStart"/>
            <w:r>
              <w:t>และปราบปรามการกระทำความผิดทางอาญาที่สถานีตำรวจได้รับการจัดสรร</w:t>
            </w:r>
            <w:proofErr w:type="spellEnd"/>
            <w:r>
              <w:t xml:space="preserve"> </w:t>
            </w:r>
            <w:proofErr w:type="spellStart"/>
            <w:r>
              <w:t>และการใช้จ่ายเงินกองทุน</w:t>
            </w:r>
            <w:proofErr w:type="spellEnd"/>
            <w:r>
              <w:t xml:space="preserve"> </w:t>
            </w:r>
            <w:proofErr w:type="spellStart"/>
            <w:r>
              <w:t>ไตรมาสที่</w:t>
            </w:r>
            <w:proofErr w:type="spellEnd"/>
            <w:r>
              <w:t xml:space="preserve"> ๑ </w:t>
            </w:r>
            <w:proofErr w:type="spellStart"/>
            <w:r>
              <w:t>ประจำปี</w:t>
            </w:r>
            <w:proofErr w:type="spellEnd"/>
            <w:r>
              <w:t xml:space="preserve"> </w:t>
            </w:r>
            <w:proofErr w:type="spellStart"/>
            <w:r>
              <w:t>พ.ศ</w:t>
            </w:r>
            <w:proofErr w:type="spellEnd"/>
            <w:r>
              <w:t>. ๒๕๖๙ (</w:t>
            </w:r>
            <w:proofErr w:type="spellStart"/>
            <w:r>
              <w:t>มกราคม</w:t>
            </w:r>
            <w:proofErr w:type="spellEnd"/>
            <w:r>
              <w:t xml:space="preserve"> ๒๕๖๙ - </w:t>
            </w:r>
            <w:proofErr w:type="spellStart"/>
            <w:r>
              <w:t>มีนาคม</w:t>
            </w:r>
            <w:proofErr w:type="spellEnd"/>
            <w:r>
              <w:t xml:space="preserve"> ๒๕๖๙)</w:t>
            </w:r>
            <w:r>
              <w:br/>
              <w:t>-</w:t>
            </w:r>
            <w:proofErr w:type="spellStart"/>
            <w:r>
              <w:t>เปิดเผยทั้งในรูปแบบไฟล์</w:t>
            </w:r>
            <w:proofErr w:type="spellEnd"/>
            <w:r>
              <w:t xml:space="preserve"> PDF </w:t>
            </w:r>
            <w:proofErr w:type="spellStart"/>
            <w:r>
              <w:t>และรูปแบบ</w:t>
            </w:r>
            <w:proofErr w:type="spellEnd"/>
            <w:r>
              <w:t xml:space="preserve"> Structured Data </w:t>
            </w:r>
            <w:proofErr w:type="spellStart"/>
            <w:r>
              <w:t>ที่เครื่องสามารถอ่านได้</w:t>
            </w:r>
            <w:proofErr w:type="spellEnd"/>
            <w:r>
              <w:t xml:space="preserve"> (Machine Readable) </w:t>
            </w:r>
            <w:proofErr w:type="spellStart"/>
            <w:r>
              <w:t>ได้แก่</w:t>
            </w:r>
            <w:proofErr w:type="spellEnd"/>
            <w:r>
              <w:t xml:space="preserve"> </w:t>
            </w:r>
            <w:proofErr w:type="spellStart"/>
            <w:r>
              <w:t>ข้อมูลในรูปแบบไฟล์</w:t>
            </w:r>
            <w:proofErr w:type="spellEnd"/>
            <w:r>
              <w:t xml:space="preserve"> Excel </w:t>
            </w:r>
            <w:proofErr w:type="spellStart"/>
            <w:r>
              <w:t>หรือไฟล์</w:t>
            </w:r>
            <w:proofErr w:type="spellEnd"/>
            <w:r>
              <w:t xml:space="preserve"> Word </w:t>
            </w:r>
            <w:proofErr w:type="spellStart"/>
            <w:r>
              <w:t>เท่านั้น</w:t>
            </w:r>
            <w:proofErr w:type="spellEnd"/>
          </w:p>
        </w:tc>
        <w:tc>
          <w:tcPr>
            <w:tcW w:w="2880" w:type="dxa"/>
          </w:tcPr>
          <w:p w14:paraId="5C9A0A41" w14:textId="7E129255" w:rsidR="00BC29D0" w:rsidRDefault="00BC29D0" w:rsidP="00F85253">
            <w:pPr>
              <w:rPr>
                <w:rFonts w:hint="cs"/>
                <w:cs/>
                <w:lang w:bidi="th-TH"/>
              </w:rPr>
            </w:pPr>
            <w:proofErr w:type="spellStart"/>
            <w:r>
              <w:t>ผู้ควบคุม</w:t>
            </w:r>
            <w:proofErr w:type="spellEnd"/>
            <w:r>
              <w:br/>
            </w:r>
            <w:proofErr w:type="spellStart"/>
            <w:r>
              <w:t>พ.ต.ท</w:t>
            </w:r>
            <w:proofErr w:type="spellEnd"/>
            <w:r>
              <w:t>.</w:t>
            </w:r>
            <w:r w:rsidR="00AB2686">
              <w:rPr>
                <w:cs/>
                <w:lang w:bidi="th-TH"/>
              </w:rPr>
              <w:t>สวาท ศรีแนน</w:t>
            </w:r>
            <w:r>
              <w:br/>
            </w:r>
            <w:r>
              <w:br/>
            </w:r>
            <w:proofErr w:type="spellStart"/>
            <w:r>
              <w:t>ผู้นำข้อมูลลงเว็บไซต์</w:t>
            </w:r>
            <w:proofErr w:type="spellEnd"/>
            <w:r>
              <w:br/>
            </w:r>
            <w:r w:rsidR="00AB2686">
              <w:rPr>
                <w:cs/>
                <w:lang w:bidi="th-TH"/>
              </w:rPr>
              <w:t>ด.ต.</w:t>
            </w:r>
            <w:proofErr w:type="gramStart"/>
            <w:r w:rsidR="00AB2686">
              <w:rPr>
                <w:cs/>
                <w:lang w:bidi="th-TH"/>
              </w:rPr>
              <w:t>สุรชัย  วังคะฮาต</w:t>
            </w:r>
            <w:proofErr w:type="gramEnd"/>
            <w:r>
              <w:br/>
            </w:r>
            <w:r>
              <w:br/>
            </w:r>
            <w:proofErr w:type="spellStart"/>
            <w:r>
              <w:t>ผู้จัดทำข้อมูล</w:t>
            </w:r>
            <w:proofErr w:type="spellEnd"/>
            <w:r>
              <w:br/>
            </w:r>
            <w:r w:rsidR="00240F6A">
              <w:rPr>
                <w:rFonts w:hint="cs"/>
                <w:cs/>
                <w:lang w:bidi="th-TH"/>
              </w:rPr>
              <w:t>ร.ต.ท.</w:t>
            </w:r>
            <w:proofErr w:type="gramStart"/>
            <w:r w:rsidR="00240F6A">
              <w:rPr>
                <w:rFonts w:hint="cs"/>
                <w:cs/>
                <w:lang w:bidi="th-TH"/>
              </w:rPr>
              <w:t>สมชาย  สืบสิงห์</w:t>
            </w:r>
            <w:proofErr w:type="gramEnd"/>
          </w:p>
        </w:tc>
      </w:tr>
      <w:tr w:rsidR="00BC29D0" w14:paraId="7A073BA3" w14:textId="77777777" w:rsidTr="00F85253">
        <w:tc>
          <w:tcPr>
            <w:tcW w:w="2880" w:type="dxa"/>
          </w:tcPr>
          <w:p w14:paraId="309DEDFD" w14:textId="2984D279" w:rsidR="00BC29D0" w:rsidRDefault="00BC29D0" w:rsidP="00F85253">
            <w:r>
              <w:t xml:space="preserve">O๑๐ </w:t>
            </w:r>
            <w:proofErr w:type="spellStart"/>
            <w:r>
              <w:t>แผนการใช้จ่ายงบประมาณและการ</w:t>
            </w:r>
            <w:proofErr w:type="spellEnd"/>
            <w:r w:rsidR="00240F6A">
              <w:t xml:space="preserve"> </w:t>
            </w:r>
            <w:proofErr w:type="spellStart"/>
            <w:r>
              <w:t>รายงานผล</w:t>
            </w:r>
            <w:proofErr w:type="spellEnd"/>
          </w:p>
        </w:tc>
        <w:tc>
          <w:tcPr>
            <w:tcW w:w="2880" w:type="dxa"/>
          </w:tcPr>
          <w:p w14:paraId="35BFC154" w14:textId="678B2EB7" w:rsidR="00BC29D0" w:rsidRDefault="00BC29D0" w:rsidP="00F85253">
            <w:proofErr w:type="spellStart"/>
            <w:r>
              <w:t>แผนการใช้จ่ายงบประมาณสถานีตำรวจประจำปี</w:t>
            </w:r>
            <w:proofErr w:type="spellEnd"/>
            <w:r>
              <w:br/>
              <w:t>-</w:t>
            </w:r>
            <w:proofErr w:type="spellStart"/>
            <w:r>
              <w:t>แผนการใช้จ่ายงบประมาณของสถานีตำรวจ</w:t>
            </w:r>
            <w:proofErr w:type="spellEnd"/>
            <w:r>
              <w:t xml:space="preserve"> </w:t>
            </w:r>
            <w:proofErr w:type="spellStart"/>
            <w:r>
              <w:t>ประจำปีงบประมาณ</w:t>
            </w:r>
            <w:proofErr w:type="spellEnd"/>
            <w:r>
              <w:t xml:space="preserve"> พ.ศ.๒๕๖๙ </w:t>
            </w:r>
            <w:proofErr w:type="spellStart"/>
            <w:r>
              <w:t>จำแนกตามแหล่งที่ได้รับการจัดสรร</w:t>
            </w:r>
            <w:proofErr w:type="spellEnd"/>
            <w:r>
              <w:t>/</w:t>
            </w:r>
            <w:proofErr w:type="spellStart"/>
            <w:r>
              <w:t>สนับสนุน</w:t>
            </w:r>
            <w:proofErr w:type="spellEnd"/>
            <w:r>
              <w:br/>
            </w:r>
            <w:proofErr w:type="spellStart"/>
            <w:r>
              <w:t>การรายงานผล</w:t>
            </w:r>
            <w:proofErr w:type="spellEnd"/>
            <w:r>
              <w:br/>
              <w:t>-</w:t>
            </w:r>
            <w:proofErr w:type="spellStart"/>
            <w:r>
              <w:t>รายงานผลการใช้จ่ายงบประมาณ</w:t>
            </w:r>
            <w:proofErr w:type="spellEnd"/>
            <w:r>
              <w:t xml:space="preserve"> </w:t>
            </w:r>
            <w:proofErr w:type="spellStart"/>
            <w:r>
              <w:t>รอบ</w:t>
            </w:r>
            <w:proofErr w:type="spellEnd"/>
            <w:r>
              <w:t xml:space="preserve"> ๖ </w:t>
            </w:r>
            <w:proofErr w:type="spellStart"/>
            <w:r>
              <w:t>เดือนแรกของ</w:t>
            </w:r>
            <w:proofErr w:type="spellEnd"/>
            <w:r w:rsidR="00240F6A">
              <w:t xml:space="preserve"> </w:t>
            </w:r>
            <w:proofErr w:type="spellStart"/>
            <w:r>
              <w:t>ปีงบประมาณ</w:t>
            </w:r>
            <w:proofErr w:type="spellEnd"/>
            <w:r>
              <w:t xml:space="preserve"> พ.ศ.๒๕๖๙ (</w:t>
            </w:r>
            <w:proofErr w:type="spellStart"/>
            <w:r>
              <w:t>ตุลาคม</w:t>
            </w:r>
            <w:proofErr w:type="spellEnd"/>
            <w:r>
              <w:t xml:space="preserve"> ๒๕๖๘ - </w:t>
            </w:r>
            <w:proofErr w:type="spellStart"/>
            <w:r>
              <w:t>มีนาคม</w:t>
            </w:r>
            <w:proofErr w:type="spellEnd"/>
            <w:r>
              <w:t xml:space="preserve"> ๒๕๖๙)</w:t>
            </w:r>
            <w:r>
              <w:br/>
              <w:t>-</w:t>
            </w:r>
            <w:proofErr w:type="spellStart"/>
            <w:r>
              <w:t>ข้อมูลการจัดทำรายงาน</w:t>
            </w:r>
            <w:proofErr w:type="spellEnd"/>
            <w:r>
              <w:t xml:space="preserve"> </w:t>
            </w:r>
            <w:proofErr w:type="spellStart"/>
            <w:r>
              <w:t>ได้แก่</w:t>
            </w:r>
            <w:proofErr w:type="spellEnd"/>
            <w:r>
              <w:t xml:space="preserve"> ผลการใช้จ่ายงบประมาณเป็นไปตามเป้าหมายเมื่อเทียบกับแผนการ</w:t>
            </w:r>
            <w:proofErr w:type="spellStart"/>
            <w:r>
              <w:t>ใช้จ่ายงบประมาณ</w:t>
            </w:r>
            <w:proofErr w:type="spellEnd"/>
            <w:r>
              <w:t xml:space="preserve"> </w:t>
            </w:r>
            <w:proofErr w:type="spellStart"/>
            <w:r>
              <w:t>ปัญหา</w:t>
            </w:r>
            <w:proofErr w:type="spellEnd"/>
            <w:r>
              <w:t>/</w:t>
            </w:r>
            <w:proofErr w:type="spellStart"/>
            <w:r>
              <w:t>อุปสรรค</w:t>
            </w:r>
            <w:proofErr w:type="spellEnd"/>
            <w:r>
              <w:br/>
              <w:t>-</w:t>
            </w:r>
            <w:proofErr w:type="spellStart"/>
            <w:r>
              <w:t>มีการรายงานต่อหัวหน้าสถานีตำรวจ</w:t>
            </w:r>
            <w:proofErr w:type="spellEnd"/>
            <w:r>
              <w:br/>
              <w:t>-</w:t>
            </w:r>
            <w:proofErr w:type="spellStart"/>
            <w:r>
              <w:t>เปิดเผยทั้งในรูปแบบไฟล์</w:t>
            </w:r>
            <w:proofErr w:type="spellEnd"/>
            <w:r>
              <w:t xml:space="preserve"> PDF </w:t>
            </w:r>
            <w:proofErr w:type="spellStart"/>
            <w:r>
              <w:t>และรูปแบบ</w:t>
            </w:r>
            <w:proofErr w:type="spellEnd"/>
            <w:r>
              <w:t xml:space="preserve"> Structured Data </w:t>
            </w:r>
            <w:proofErr w:type="spellStart"/>
            <w:r>
              <w:t>ที่เครื่องสามารถอ่านได้</w:t>
            </w:r>
            <w:proofErr w:type="spellEnd"/>
            <w:r>
              <w:t xml:space="preserve"> (Machine Readable) </w:t>
            </w:r>
            <w:proofErr w:type="spellStart"/>
            <w:r>
              <w:t>ได้แก่</w:t>
            </w:r>
            <w:proofErr w:type="spellEnd"/>
            <w:r>
              <w:t xml:space="preserve"> </w:t>
            </w:r>
            <w:proofErr w:type="spellStart"/>
            <w:r>
              <w:t>ข้อมูลในรูปแบบไฟล์</w:t>
            </w:r>
            <w:proofErr w:type="spellEnd"/>
            <w:r>
              <w:t xml:space="preserve"> Excel </w:t>
            </w:r>
            <w:proofErr w:type="spellStart"/>
            <w:r>
              <w:t>หรือไฟล์</w:t>
            </w:r>
            <w:proofErr w:type="spellEnd"/>
            <w:r>
              <w:t xml:space="preserve"> Word </w:t>
            </w:r>
            <w:proofErr w:type="spellStart"/>
            <w:r>
              <w:t>เท่านั้น</w:t>
            </w:r>
            <w:proofErr w:type="spellEnd"/>
          </w:p>
        </w:tc>
        <w:tc>
          <w:tcPr>
            <w:tcW w:w="2880" w:type="dxa"/>
          </w:tcPr>
          <w:p w14:paraId="186872C2" w14:textId="26731EC6" w:rsidR="00BC29D0" w:rsidRDefault="00BC29D0" w:rsidP="00F85253">
            <w:pPr>
              <w:rPr>
                <w:rFonts w:hint="cs"/>
                <w:cs/>
                <w:lang w:bidi="th-TH"/>
              </w:rPr>
            </w:pPr>
            <w:proofErr w:type="spellStart"/>
            <w:r>
              <w:t>ผู้ควบคุม</w:t>
            </w:r>
            <w:proofErr w:type="spellEnd"/>
            <w:r>
              <w:br/>
            </w:r>
            <w:proofErr w:type="spellStart"/>
            <w:r>
              <w:t>พ.ต.ท</w:t>
            </w:r>
            <w:proofErr w:type="spellEnd"/>
            <w:r>
              <w:t>.</w:t>
            </w:r>
            <w:r w:rsidR="00AB2686">
              <w:rPr>
                <w:cs/>
                <w:lang w:bidi="th-TH"/>
              </w:rPr>
              <w:t>สวาท ศรีแนน</w:t>
            </w:r>
            <w:r>
              <w:br/>
            </w:r>
            <w:r>
              <w:br/>
            </w:r>
            <w:proofErr w:type="spellStart"/>
            <w:r>
              <w:t>ผู้นำข้อมูลลงเว็บไซต์</w:t>
            </w:r>
            <w:proofErr w:type="spellEnd"/>
            <w:r>
              <w:br/>
            </w:r>
            <w:r w:rsidR="00AB2686">
              <w:rPr>
                <w:cs/>
                <w:lang w:bidi="th-TH"/>
              </w:rPr>
              <w:t>ด.ต.</w:t>
            </w:r>
            <w:proofErr w:type="gramStart"/>
            <w:r w:rsidR="00AB2686">
              <w:rPr>
                <w:cs/>
                <w:lang w:bidi="th-TH"/>
              </w:rPr>
              <w:t>สุรชัย  วังคะฮาต</w:t>
            </w:r>
            <w:proofErr w:type="gramEnd"/>
            <w:r>
              <w:br/>
            </w:r>
            <w:r>
              <w:br/>
            </w:r>
            <w:proofErr w:type="spellStart"/>
            <w:r>
              <w:t>ผู้จัดทำข้อมูล</w:t>
            </w:r>
            <w:proofErr w:type="spellEnd"/>
            <w:r>
              <w:br/>
            </w:r>
            <w:r w:rsidR="00240F6A">
              <w:rPr>
                <w:rFonts w:hint="cs"/>
                <w:cs/>
                <w:lang w:bidi="th-TH"/>
              </w:rPr>
              <w:t>ด.ต.</w:t>
            </w:r>
            <w:proofErr w:type="gramStart"/>
            <w:r w:rsidR="00240F6A">
              <w:rPr>
                <w:rFonts w:hint="cs"/>
                <w:cs/>
                <w:lang w:bidi="th-TH"/>
              </w:rPr>
              <w:t>หญิงรัชรินท</w:t>
            </w:r>
            <w:proofErr w:type="spellStart"/>
            <w:r w:rsidR="00240F6A">
              <w:rPr>
                <w:rFonts w:hint="cs"/>
                <w:cs/>
                <w:lang w:bidi="th-TH"/>
              </w:rPr>
              <w:t>ร์</w:t>
            </w:r>
            <w:proofErr w:type="spellEnd"/>
            <w:r w:rsidR="00240F6A">
              <w:rPr>
                <w:rFonts w:hint="cs"/>
                <w:cs/>
                <w:lang w:bidi="th-TH"/>
              </w:rPr>
              <w:t xml:space="preserve">  ชมภูวิเศษ</w:t>
            </w:r>
            <w:proofErr w:type="gramEnd"/>
          </w:p>
        </w:tc>
      </w:tr>
      <w:tr w:rsidR="00BC29D0" w14:paraId="638DC93F" w14:textId="77777777" w:rsidTr="00F85253">
        <w:tc>
          <w:tcPr>
            <w:tcW w:w="2880" w:type="dxa"/>
          </w:tcPr>
          <w:p w14:paraId="0287E124" w14:textId="77777777" w:rsidR="00BC29D0" w:rsidRDefault="00BC29D0" w:rsidP="00F85253">
            <w:r>
              <w:t xml:space="preserve">O๑๑ </w:t>
            </w:r>
            <w:proofErr w:type="spellStart"/>
            <w:r>
              <w:t>สรุปผลการจัดซื้อจัดจ้างรายเดือน</w:t>
            </w:r>
            <w:proofErr w:type="spellEnd"/>
          </w:p>
        </w:tc>
        <w:tc>
          <w:tcPr>
            <w:tcW w:w="2880" w:type="dxa"/>
          </w:tcPr>
          <w:p w14:paraId="31D4DE8C" w14:textId="14A7AFB5" w:rsidR="00BC29D0" w:rsidRDefault="00BC29D0" w:rsidP="00F85253">
            <w:proofErr w:type="spellStart"/>
            <w:r>
              <w:t>สรุปผลการจัดซื้อจัดจ้างรายเดือน</w:t>
            </w:r>
            <w:proofErr w:type="spellEnd"/>
            <w:r>
              <w:br/>
              <w:t xml:space="preserve">-แสดงข้อมูลสรุปผลการจัดซื้อจัดจ้างหรือการจัดหาพัสดุของหน่วยงานรายเดือน </w:t>
            </w:r>
            <w:proofErr w:type="spellStart"/>
            <w:r>
              <w:t>ปีงบประมาณ</w:t>
            </w:r>
            <w:proofErr w:type="spellEnd"/>
            <w:r>
              <w:t xml:space="preserve"> พ.ศ.๒๕๖๙ (</w:t>
            </w:r>
            <w:proofErr w:type="spellStart"/>
            <w:r>
              <w:t>แบบ</w:t>
            </w:r>
            <w:proofErr w:type="spellEnd"/>
            <w:r>
              <w:t xml:space="preserve"> สขร.๑) </w:t>
            </w:r>
            <w:proofErr w:type="spellStart"/>
            <w:r>
              <w:t>ที่มีรายละเอียดอย่างน้อยประกอบด้วย</w:t>
            </w:r>
            <w:proofErr w:type="spellEnd"/>
            <w:r>
              <w:br/>
              <w:t xml:space="preserve"> ๑) </w:t>
            </w:r>
            <w:proofErr w:type="spellStart"/>
            <w:r>
              <w:t>งานที่ซื้อหรือจัดจ้าง</w:t>
            </w:r>
            <w:proofErr w:type="spellEnd"/>
            <w:r>
              <w:br/>
              <w:t xml:space="preserve"> ๒) </w:t>
            </w:r>
            <w:proofErr w:type="spellStart"/>
            <w:r>
              <w:t>วงเงินที่ซื้อหรือจ้าง</w:t>
            </w:r>
            <w:proofErr w:type="spellEnd"/>
            <w:r>
              <w:br/>
              <w:t xml:space="preserve"> ๓) </w:t>
            </w:r>
            <w:proofErr w:type="spellStart"/>
            <w:r>
              <w:t>ราคากลาง</w:t>
            </w:r>
            <w:proofErr w:type="spellEnd"/>
            <w:r>
              <w:br/>
            </w:r>
            <w:r>
              <w:lastRenderedPageBreak/>
              <w:t xml:space="preserve"> ๔) </w:t>
            </w:r>
            <w:proofErr w:type="spellStart"/>
            <w:r>
              <w:t>วิธีซื้อหรือจ้าง</w:t>
            </w:r>
            <w:proofErr w:type="spellEnd"/>
            <w:r>
              <w:br/>
              <w:t xml:space="preserve"> ๕) </w:t>
            </w:r>
            <w:proofErr w:type="spellStart"/>
            <w:r>
              <w:t>รายชื่อผู้เสนอราคา</w:t>
            </w:r>
            <w:proofErr w:type="spellEnd"/>
            <w:r>
              <w:br/>
              <w:t xml:space="preserve"> ๖) </w:t>
            </w:r>
            <w:proofErr w:type="spellStart"/>
            <w:r>
              <w:t>ราคาที่เสนอ</w:t>
            </w:r>
            <w:proofErr w:type="spellEnd"/>
            <w:r>
              <w:br/>
              <w:t xml:space="preserve"> ๗) </w:t>
            </w:r>
            <w:proofErr w:type="spellStart"/>
            <w:r>
              <w:t>ผู้ได้รับการคัดเลือก</w:t>
            </w:r>
            <w:proofErr w:type="spellEnd"/>
            <w:r>
              <w:br/>
              <w:t xml:space="preserve"> ๘) </w:t>
            </w:r>
            <w:proofErr w:type="spellStart"/>
            <w:r>
              <w:t>ราคาที่ตกลงซื้อหรือจ้าง</w:t>
            </w:r>
            <w:proofErr w:type="spellEnd"/>
            <w:r>
              <w:br/>
              <w:t xml:space="preserve"> ๙) </w:t>
            </w:r>
            <w:proofErr w:type="spellStart"/>
            <w:r>
              <w:t>เหตุผลที่คัดเลือกโดยสรุป</w:t>
            </w:r>
            <w:proofErr w:type="spellEnd"/>
            <w:r>
              <w:br/>
              <w:t xml:space="preserve"> ๑๐) </w:t>
            </w:r>
            <w:proofErr w:type="spellStart"/>
            <w:r>
              <w:t>เลขที่และวันที่ของสัญญาหรือข้อตกลงในการซื้อหรือจ้าง</w:t>
            </w:r>
            <w:proofErr w:type="spellEnd"/>
            <w:r>
              <w:t xml:space="preserve"> (โดยต้องมีข้อมูลทั้งเลขที่และวันที่ของสัญญาหรือข้อตกลงในการซื้อหรือจ้าง)</w:t>
            </w:r>
            <w:r>
              <w:br/>
              <w:t>-</w:t>
            </w:r>
            <w:proofErr w:type="spellStart"/>
            <w:r>
              <w:t>ข้อมูลที่เปิดเผยเป็นข้อมูลการจัดซื้อจัดจ้าง</w:t>
            </w:r>
            <w:proofErr w:type="spellEnd"/>
            <w:r>
              <w:t xml:space="preserve"> </w:t>
            </w:r>
            <w:proofErr w:type="spellStart"/>
            <w:r>
              <w:t>ในรอบ</w:t>
            </w:r>
            <w:proofErr w:type="spellEnd"/>
            <w:r>
              <w:t xml:space="preserve"> ๖ </w:t>
            </w:r>
            <w:proofErr w:type="spellStart"/>
            <w:r>
              <w:t>เดือนแรก</w:t>
            </w:r>
            <w:proofErr w:type="spellEnd"/>
            <w:r w:rsidR="00240F6A">
              <w:t xml:space="preserve"> </w:t>
            </w:r>
            <w:proofErr w:type="spellStart"/>
            <w:r>
              <w:t>ของปีงบประมาณ</w:t>
            </w:r>
            <w:proofErr w:type="spellEnd"/>
            <w:r>
              <w:t xml:space="preserve"> พ.ศ.๒๕๖๙ (</w:t>
            </w:r>
            <w:proofErr w:type="spellStart"/>
            <w:r>
              <w:t>ตุลาคม</w:t>
            </w:r>
            <w:proofErr w:type="spellEnd"/>
            <w:r>
              <w:t xml:space="preserve"> ๒๕๖๘ - </w:t>
            </w:r>
            <w:proofErr w:type="spellStart"/>
            <w:r>
              <w:t>มีนาคม</w:t>
            </w:r>
            <w:proofErr w:type="spellEnd"/>
            <w:r>
              <w:t xml:space="preserve"> ๒๕๖๙)</w:t>
            </w:r>
            <w:r>
              <w:br/>
              <w:t>-</w:t>
            </w:r>
            <w:proofErr w:type="spellStart"/>
            <w:r>
              <w:t>สรุปผลการจัดซื้อจัดจ้าง</w:t>
            </w:r>
            <w:proofErr w:type="spellEnd"/>
            <w:r>
              <w:t xml:space="preserve"> </w:t>
            </w:r>
            <w:proofErr w:type="spellStart"/>
            <w:r>
              <w:t>จำแนกข้อมูลเป็นรายเดือน</w:t>
            </w:r>
            <w:proofErr w:type="spellEnd"/>
            <w:r>
              <w:t xml:space="preserve"> </w:t>
            </w:r>
            <w:proofErr w:type="spellStart"/>
            <w:r>
              <w:t>เผยแพร่ประจำทุกเดือน</w:t>
            </w:r>
            <w:proofErr w:type="spellEnd"/>
            <w:r>
              <w:br/>
              <w:t>-</w:t>
            </w:r>
            <w:proofErr w:type="spellStart"/>
            <w:r>
              <w:t>กรณี</w:t>
            </w:r>
            <w:proofErr w:type="spellEnd"/>
            <w:r>
              <w:t xml:space="preserve"> </w:t>
            </w:r>
            <w:proofErr w:type="spellStart"/>
            <w:r>
              <w:t>ไม่มีการจัดซื้อจัดจ้างในรอบเดือนใด</w:t>
            </w:r>
            <w:proofErr w:type="spellEnd"/>
            <w:r>
              <w:t xml:space="preserve"> </w:t>
            </w:r>
            <w:proofErr w:type="spellStart"/>
            <w:r>
              <w:t>ให้ระบุหรือแสดงให้เห็นว่า</w:t>
            </w:r>
            <w:proofErr w:type="spellEnd"/>
            <w:r>
              <w:t xml:space="preserve"> </w:t>
            </w:r>
            <w:proofErr w:type="spellStart"/>
            <w:r>
              <w:t>ไม่มีการจัดซื้อจัดจ้าง</w:t>
            </w:r>
            <w:proofErr w:type="spellEnd"/>
            <w:r>
              <w:br/>
              <w:t>-</w:t>
            </w:r>
            <w:proofErr w:type="spellStart"/>
            <w:r>
              <w:t>เปิดเผยทั้งในรูปแบบไฟล์</w:t>
            </w:r>
            <w:proofErr w:type="spellEnd"/>
            <w:r>
              <w:t xml:space="preserve"> PDF </w:t>
            </w:r>
            <w:proofErr w:type="spellStart"/>
            <w:r>
              <w:t>และรูปแบบ</w:t>
            </w:r>
            <w:proofErr w:type="spellEnd"/>
            <w:r>
              <w:t xml:space="preserve"> Structured Data </w:t>
            </w:r>
            <w:proofErr w:type="spellStart"/>
            <w:r>
              <w:t>ที่เครื่องสามารถอ่านได้</w:t>
            </w:r>
            <w:proofErr w:type="spellEnd"/>
            <w:r>
              <w:t xml:space="preserve"> (Machine Readable) </w:t>
            </w:r>
            <w:proofErr w:type="spellStart"/>
            <w:r>
              <w:t>ได้แก่</w:t>
            </w:r>
            <w:proofErr w:type="spellEnd"/>
            <w:r>
              <w:t xml:space="preserve"> </w:t>
            </w:r>
            <w:proofErr w:type="spellStart"/>
            <w:r>
              <w:t>ข้อมูลในรูปแบบไฟล์</w:t>
            </w:r>
            <w:proofErr w:type="spellEnd"/>
            <w:r>
              <w:t xml:space="preserve"> Excel </w:t>
            </w:r>
            <w:proofErr w:type="spellStart"/>
            <w:r>
              <w:t>หรือไฟล์</w:t>
            </w:r>
            <w:proofErr w:type="spellEnd"/>
            <w:r>
              <w:t xml:space="preserve"> Word </w:t>
            </w:r>
            <w:proofErr w:type="spellStart"/>
            <w:r>
              <w:t>เท่านั้น</w:t>
            </w:r>
            <w:proofErr w:type="spellEnd"/>
          </w:p>
        </w:tc>
        <w:tc>
          <w:tcPr>
            <w:tcW w:w="2880" w:type="dxa"/>
          </w:tcPr>
          <w:p w14:paraId="4E6A6ABE" w14:textId="2DD6632E" w:rsidR="00BC29D0" w:rsidRDefault="00BC29D0" w:rsidP="00F85253">
            <w:pPr>
              <w:rPr>
                <w:rFonts w:hint="cs"/>
                <w:cs/>
                <w:lang w:bidi="th-TH"/>
              </w:rPr>
            </w:pPr>
            <w:proofErr w:type="spellStart"/>
            <w:r>
              <w:lastRenderedPageBreak/>
              <w:t>ผู้ควบคุม</w:t>
            </w:r>
            <w:proofErr w:type="spellEnd"/>
            <w:r>
              <w:br/>
            </w:r>
            <w:proofErr w:type="spellStart"/>
            <w:r>
              <w:t>พ.ต.ท</w:t>
            </w:r>
            <w:proofErr w:type="spellEnd"/>
            <w:r>
              <w:t>.</w:t>
            </w:r>
            <w:r w:rsidR="00AB2686">
              <w:rPr>
                <w:cs/>
                <w:lang w:bidi="th-TH"/>
              </w:rPr>
              <w:t>สวาท ศรีแนน</w:t>
            </w:r>
            <w:r>
              <w:br/>
            </w:r>
            <w:r>
              <w:br/>
            </w:r>
            <w:proofErr w:type="spellStart"/>
            <w:r>
              <w:t>ผู้นำข้อมูลลงเว็บไซต์</w:t>
            </w:r>
            <w:proofErr w:type="spellEnd"/>
            <w:r>
              <w:br/>
            </w:r>
            <w:r w:rsidR="00AB2686">
              <w:rPr>
                <w:cs/>
                <w:lang w:bidi="th-TH"/>
              </w:rPr>
              <w:t>ด.ต.</w:t>
            </w:r>
            <w:proofErr w:type="gramStart"/>
            <w:r w:rsidR="00AB2686">
              <w:rPr>
                <w:cs/>
                <w:lang w:bidi="th-TH"/>
              </w:rPr>
              <w:t>สุรชัย  วังคะฮาต</w:t>
            </w:r>
            <w:proofErr w:type="gramEnd"/>
            <w:r>
              <w:br/>
            </w:r>
            <w:r>
              <w:br/>
            </w:r>
            <w:proofErr w:type="spellStart"/>
            <w:r>
              <w:t>ผู้จัดทำข้อมูล</w:t>
            </w:r>
            <w:proofErr w:type="spellEnd"/>
            <w:r>
              <w:br/>
            </w:r>
            <w:proofErr w:type="spellStart"/>
            <w:r>
              <w:t>ร.ต.ท</w:t>
            </w:r>
            <w:proofErr w:type="spellEnd"/>
            <w:r w:rsidR="00240F6A">
              <w:rPr>
                <w:rFonts w:hint="cs"/>
                <w:cs/>
                <w:lang w:bidi="th-TH"/>
              </w:rPr>
              <w:t>.</w:t>
            </w:r>
            <w:proofErr w:type="gramStart"/>
            <w:r w:rsidR="00240F6A">
              <w:rPr>
                <w:rFonts w:hint="cs"/>
                <w:cs/>
                <w:lang w:bidi="th-TH"/>
              </w:rPr>
              <w:t>สุรพล  วังวง</w:t>
            </w:r>
            <w:proofErr w:type="spellStart"/>
            <w:r w:rsidR="00240F6A">
              <w:rPr>
                <w:rFonts w:hint="cs"/>
                <w:cs/>
                <w:lang w:bidi="th-TH"/>
              </w:rPr>
              <w:t>ค์</w:t>
            </w:r>
            <w:proofErr w:type="spellEnd"/>
            <w:proofErr w:type="gramEnd"/>
          </w:p>
        </w:tc>
      </w:tr>
      <w:tr w:rsidR="00BC29D0" w14:paraId="1398BA58" w14:textId="77777777" w:rsidTr="00F85253">
        <w:tc>
          <w:tcPr>
            <w:tcW w:w="86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14:paraId="516E6800" w14:textId="77777777" w:rsidR="00BC29D0" w:rsidRDefault="00BC29D0" w:rsidP="00F85253">
            <w:proofErr w:type="spellStart"/>
            <w:r>
              <w:rPr>
                <w:b/>
                <w:sz w:val="24"/>
              </w:rPr>
              <w:t>ตัวชี้วัดย่อยที่</w:t>
            </w:r>
            <w:proofErr w:type="spellEnd"/>
            <w:r>
              <w:rPr>
                <w:b/>
                <w:sz w:val="24"/>
              </w:rPr>
              <w:t xml:space="preserve"> ๘.๔ </w:t>
            </w:r>
            <w:proofErr w:type="spellStart"/>
            <w:r>
              <w:rPr>
                <w:b/>
                <w:sz w:val="24"/>
              </w:rPr>
              <w:t>การบริหารและพัฒนาทรัพยากรบุคคล</w:t>
            </w:r>
            <w:proofErr w:type="spellEnd"/>
          </w:p>
        </w:tc>
      </w:tr>
      <w:tr w:rsidR="00BC29D0" w14:paraId="36819BEE" w14:textId="77777777" w:rsidTr="00F85253">
        <w:tc>
          <w:tcPr>
            <w:tcW w:w="86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14:paraId="65317C7C" w14:textId="77777777" w:rsidR="00BC29D0" w:rsidRDefault="00BC29D0" w:rsidP="00F85253">
            <w:proofErr w:type="spellStart"/>
            <w:r>
              <w:rPr>
                <w:b/>
                <w:sz w:val="24"/>
              </w:rPr>
              <w:t>การบริหารและพัฒนาทรัพยากรบุคคล</w:t>
            </w:r>
            <w:proofErr w:type="spellEnd"/>
          </w:p>
        </w:tc>
      </w:tr>
      <w:tr w:rsidR="00BC29D0" w14:paraId="396DF8C0" w14:textId="77777777" w:rsidTr="00F85253">
        <w:tc>
          <w:tcPr>
            <w:tcW w:w="2880" w:type="dxa"/>
          </w:tcPr>
          <w:p w14:paraId="2547CF1B" w14:textId="77777777" w:rsidR="00BC29D0" w:rsidRDefault="00BC29D0" w:rsidP="00F85253">
            <w:r>
              <w:t xml:space="preserve">O๑๒ </w:t>
            </w:r>
            <w:proofErr w:type="spellStart"/>
            <w:r>
              <w:t>หลักเกณฑ์การบริหารและพัฒนากำลังพล</w:t>
            </w:r>
            <w:proofErr w:type="spellEnd"/>
          </w:p>
        </w:tc>
        <w:tc>
          <w:tcPr>
            <w:tcW w:w="2880" w:type="dxa"/>
          </w:tcPr>
          <w:p w14:paraId="4EE109E3" w14:textId="77777777" w:rsidR="00BC29D0" w:rsidRDefault="00BC29D0" w:rsidP="00F85253">
            <w:proofErr w:type="spellStart"/>
            <w:r>
              <w:t>หลักเกณฑ์การบริหารและพัฒนากำลังพล</w:t>
            </w:r>
            <w:proofErr w:type="spellEnd"/>
            <w:r>
              <w:br/>
              <w:t>-</w:t>
            </w:r>
            <w:proofErr w:type="spellStart"/>
            <w:r>
              <w:t>สถานีตำรวจมีการประกาศหลักเกณฑ์การบริหารกำลังพล</w:t>
            </w:r>
            <w:proofErr w:type="spellEnd"/>
            <w:r>
              <w:t xml:space="preserve"> </w:t>
            </w:r>
            <w:proofErr w:type="spellStart"/>
            <w:r>
              <w:t>และการพัฒนากำลังพล</w:t>
            </w:r>
            <w:proofErr w:type="spellEnd"/>
            <w:r>
              <w:t xml:space="preserve"> </w:t>
            </w:r>
            <w:proofErr w:type="spellStart"/>
            <w:r>
              <w:t>ซึ่งเป็นไปตามกฎระเบียบ</w:t>
            </w:r>
            <w:proofErr w:type="spellEnd"/>
            <w:r>
              <w:t xml:space="preserve"> </w:t>
            </w:r>
            <w:proofErr w:type="spellStart"/>
            <w:r>
              <w:t>และข้อบังคับที่เกี่ยวข้อง</w:t>
            </w:r>
            <w:proofErr w:type="spellEnd"/>
            <w:r>
              <w:t xml:space="preserve"> </w:t>
            </w:r>
            <w:proofErr w:type="spellStart"/>
            <w:r>
              <w:t>ได้แก่</w:t>
            </w:r>
            <w:proofErr w:type="spellEnd"/>
            <w:r>
              <w:br/>
              <w:t xml:space="preserve"> -</w:t>
            </w:r>
            <w:proofErr w:type="spellStart"/>
            <w:r>
              <w:t>หลักเกณฑ์การประเมินผลการปฏิบัติงาน</w:t>
            </w:r>
            <w:proofErr w:type="spellEnd"/>
            <w:r>
              <w:br/>
              <w:t xml:space="preserve"> -</w:t>
            </w:r>
            <w:proofErr w:type="spellStart"/>
            <w:r>
              <w:t>หลักเกณฑ์การเลื่อนขั้น</w:t>
            </w:r>
            <w:proofErr w:type="spellEnd"/>
            <w:r>
              <w:t xml:space="preserve"> </w:t>
            </w:r>
            <w:proofErr w:type="spellStart"/>
            <w:r>
              <w:t>เลื่อนเงินเดือน</w:t>
            </w:r>
            <w:proofErr w:type="spellEnd"/>
            <w:r>
              <w:br/>
              <w:t xml:space="preserve"> -</w:t>
            </w:r>
            <w:proofErr w:type="spellStart"/>
            <w:r>
              <w:t>หลักเกณฑ์การพัฒนากำลังพล</w:t>
            </w:r>
            <w:proofErr w:type="spellEnd"/>
            <w:r>
              <w:br/>
            </w:r>
            <w:proofErr w:type="spellStart"/>
            <w:proofErr w:type="gramStart"/>
            <w:r>
              <w:t>หมายเหตุ</w:t>
            </w:r>
            <w:proofErr w:type="spellEnd"/>
            <w:r>
              <w:t xml:space="preserve"> :</w:t>
            </w:r>
            <w:proofErr w:type="gramEnd"/>
            <w:r>
              <w:t xml:space="preserve"> </w:t>
            </w:r>
            <w:proofErr w:type="spellStart"/>
            <w:r>
              <w:t>ใช้ข้อมูลกลางของสำนักงานตำรวจแห่งชาติได้</w:t>
            </w:r>
            <w:proofErr w:type="spellEnd"/>
          </w:p>
        </w:tc>
        <w:tc>
          <w:tcPr>
            <w:tcW w:w="2880" w:type="dxa"/>
          </w:tcPr>
          <w:p w14:paraId="2A452375" w14:textId="3DFF748A" w:rsidR="00BC29D0" w:rsidRDefault="00BC29D0" w:rsidP="00F85253">
            <w:proofErr w:type="spellStart"/>
            <w:r>
              <w:t>ผู้ควบคุม</w:t>
            </w:r>
            <w:proofErr w:type="spellEnd"/>
            <w:r>
              <w:br/>
            </w:r>
            <w:proofErr w:type="spellStart"/>
            <w:r>
              <w:t>พ.ต.ท</w:t>
            </w:r>
            <w:proofErr w:type="spellEnd"/>
            <w:r>
              <w:t>.</w:t>
            </w:r>
            <w:r w:rsidR="00AB2686">
              <w:rPr>
                <w:cs/>
                <w:lang w:bidi="th-TH"/>
              </w:rPr>
              <w:t>สวาท ศรีแนน</w:t>
            </w:r>
            <w:r>
              <w:br/>
            </w:r>
            <w:r>
              <w:br/>
            </w:r>
            <w:proofErr w:type="spellStart"/>
            <w:r>
              <w:t>ผู้นำข้อมูลลงเว็บไซต์</w:t>
            </w:r>
            <w:proofErr w:type="spellEnd"/>
            <w:r>
              <w:br/>
            </w:r>
            <w:r w:rsidR="00AB2686">
              <w:rPr>
                <w:cs/>
                <w:lang w:bidi="th-TH"/>
              </w:rPr>
              <w:t>ด.ต.</w:t>
            </w:r>
            <w:proofErr w:type="gramStart"/>
            <w:r w:rsidR="00AB2686">
              <w:rPr>
                <w:cs/>
                <w:lang w:bidi="th-TH"/>
              </w:rPr>
              <w:t>สุรชัย  วังคะฮาต</w:t>
            </w:r>
            <w:proofErr w:type="gramEnd"/>
          </w:p>
        </w:tc>
      </w:tr>
      <w:tr w:rsidR="00BC29D0" w14:paraId="74FE7C87" w14:textId="77777777" w:rsidTr="00F85253">
        <w:tc>
          <w:tcPr>
            <w:tcW w:w="86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14:paraId="4AECAEE6" w14:textId="77777777" w:rsidR="00BC29D0" w:rsidRDefault="00BC29D0" w:rsidP="00F85253">
            <w:proofErr w:type="spellStart"/>
            <w:r>
              <w:rPr>
                <w:b/>
                <w:sz w:val="24"/>
              </w:rPr>
              <w:t>ตัวชี้วัดย่อยที่</w:t>
            </w:r>
            <w:proofErr w:type="spellEnd"/>
            <w:r>
              <w:rPr>
                <w:b/>
                <w:sz w:val="24"/>
              </w:rPr>
              <w:t xml:space="preserve"> ๘.๕ </w:t>
            </w:r>
            <w:proofErr w:type="spellStart"/>
            <w:r>
              <w:rPr>
                <w:b/>
                <w:sz w:val="24"/>
              </w:rPr>
              <w:t>การจัดการเรื่องร้องเรียนการทุจริต</w:t>
            </w:r>
            <w:proofErr w:type="spellEnd"/>
          </w:p>
        </w:tc>
      </w:tr>
      <w:tr w:rsidR="00BC29D0" w14:paraId="231B721B" w14:textId="77777777" w:rsidTr="00F85253">
        <w:tc>
          <w:tcPr>
            <w:tcW w:w="86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14:paraId="61FC321D" w14:textId="77777777" w:rsidR="00BC29D0" w:rsidRDefault="00BC29D0" w:rsidP="00F85253">
            <w:proofErr w:type="spellStart"/>
            <w:r>
              <w:rPr>
                <w:b/>
                <w:sz w:val="24"/>
              </w:rPr>
              <w:t>การจัดการเรื่องร้องเรียนการทุจริต</w:t>
            </w:r>
            <w:proofErr w:type="spellEnd"/>
          </w:p>
        </w:tc>
      </w:tr>
      <w:tr w:rsidR="00BC29D0" w14:paraId="0A0C31F5" w14:textId="77777777" w:rsidTr="00F85253">
        <w:tc>
          <w:tcPr>
            <w:tcW w:w="2880" w:type="dxa"/>
          </w:tcPr>
          <w:p w14:paraId="6EF53B0A" w14:textId="77777777" w:rsidR="00BC29D0" w:rsidRDefault="00BC29D0" w:rsidP="00F85253">
            <w:r>
              <w:t>O๑๓ ช่องทางการแจ้งเรื่องร้องเรียนการทุจริตและข้อมูลเชิงสถิติเรื่องร้องเรียนการทุจริต</w:t>
            </w:r>
          </w:p>
        </w:tc>
        <w:tc>
          <w:tcPr>
            <w:tcW w:w="2880" w:type="dxa"/>
          </w:tcPr>
          <w:p w14:paraId="50E6E88A" w14:textId="2269B0D2" w:rsidR="00BC29D0" w:rsidRDefault="00BC29D0" w:rsidP="00F85253">
            <w:proofErr w:type="spellStart"/>
            <w:r>
              <w:t>ช่องทางการแจ้งเรื่องร้องเรียนการทุจริต</w:t>
            </w:r>
            <w:proofErr w:type="spellEnd"/>
            <w:r>
              <w:br/>
              <w:t>-ช่องทางการแจ้งเรื่องร้องเรียนการทุจริตและ</w:t>
            </w:r>
            <w:proofErr w:type="spellStart"/>
            <w:r>
              <w:t>ประพฤติมิชอบของ</w:t>
            </w:r>
            <w:proofErr w:type="spellEnd"/>
            <w:r w:rsidR="00240F6A">
              <w:t xml:space="preserve"> </w:t>
            </w:r>
            <w:proofErr w:type="spellStart"/>
            <w:r>
              <w:t>เจ้าหน้าที่ในสถานีตำรวจข้อมูลเชิงสถิติ</w:t>
            </w:r>
            <w:proofErr w:type="spellEnd"/>
            <w:r w:rsidR="00240F6A">
              <w:t xml:space="preserve"> </w:t>
            </w:r>
            <w:proofErr w:type="spellStart"/>
            <w:r>
              <w:t>เรื่องร้องเรียนการทุจริต</w:t>
            </w:r>
            <w:proofErr w:type="spellEnd"/>
            <w:r>
              <w:br/>
              <w:t>-ข้อมูลสถิติเรื่องร้องเรียนการทุจริตและ</w:t>
            </w:r>
            <w:proofErr w:type="spellStart"/>
            <w:r>
              <w:t>ประพฤติมิชอบของ</w:t>
            </w:r>
            <w:proofErr w:type="spellEnd"/>
            <w:r w:rsidR="00240F6A">
              <w:t xml:space="preserve"> </w:t>
            </w:r>
            <w:proofErr w:type="spellStart"/>
            <w:r>
              <w:t>เจ้าหน้าที่ในสถานีตำรวจ</w:t>
            </w:r>
            <w:proofErr w:type="spellEnd"/>
            <w:r>
              <w:br/>
              <w:t>-</w:t>
            </w:r>
            <w:proofErr w:type="spellStart"/>
            <w:r>
              <w:t>มีข้อมูลความก้าวหน้าการจัดการเรื่องร้องเรียน</w:t>
            </w:r>
            <w:proofErr w:type="spellEnd"/>
            <w:r>
              <w:t xml:space="preserve"> </w:t>
            </w:r>
            <w:proofErr w:type="spellStart"/>
            <w:r>
              <w:t>ได้แก่</w:t>
            </w:r>
            <w:proofErr w:type="spellEnd"/>
            <w:r>
              <w:t xml:space="preserve"> </w:t>
            </w:r>
            <w:proofErr w:type="spellStart"/>
            <w:r>
              <w:t>จำนวนเรื่อง</w:t>
            </w:r>
            <w:proofErr w:type="spellEnd"/>
            <w:r>
              <w:t xml:space="preserve"> </w:t>
            </w:r>
            <w:proofErr w:type="spellStart"/>
            <w:r>
              <w:t>เรื่องที่ดำเนินการแล้วเสร็จ</w:t>
            </w:r>
            <w:proofErr w:type="spellEnd"/>
            <w:r>
              <w:t xml:space="preserve"> </w:t>
            </w:r>
            <w:proofErr w:type="spellStart"/>
            <w:r>
              <w:t>เรื่องที่อยู่ระหว่างดำเนินการ</w:t>
            </w:r>
            <w:proofErr w:type="spellEnd"/>
            <w:r>
              <w:t xml:space="preserve"> </w:t>
            </w:r>
            <w:proofErr w:type="spellStart"/>
            <w:r>
              <w:t>เป็นต้น</w:t>
            </w:r>
            <w:proofErr w:type="spellEnd"/>
            <w:r>
              <w:br/>
              <w:t>-</w:t>
            </w:r>
            <w:proofErr w:type="spellStart"/>
            <w:r>
              <w:t>กรณี</w:t>
            </w:r>
            <w:proofErr w:type="spellEnd"/>
            <w:r>
              <w:t xml:space="preserve"> </w:t>
            </w:r>
            <w:proofErr w:type="spellStart"/>
            <w:r>
              <w:t>ไม่มีเรื่องร้องเรียน</w:t>
            </w:r>
            <w:proofErr w:type="spellEnd"/>
            <w:r>
              <w:t xml:space="preserve"> </w:t>
            </w:r>
            <w:proofErr w:type="spellStart"/>
            <w:r>
              <w:t>ให้ระบุหรือแสดงให้เห็นว่า</w:t>
            </w:r>
            <w:proofErr w:type="spellEnd"/>
            <w:r>
              <w:t xml:space="preserve"> </w:t>
            </w:r>
            <w:proofErr w:type="spellStart"/>
            <w:r>
              <w:lastRenderedPageBreak/>
              <w:t>ไม่มีเรื่องร้องเรียน</w:t>
            </w:r>
            <w:proofErr w:type="spellEnd"/>
            <w:r>
              <w:br/>
              <w:t>-</w:t>
            </w:r>
            <w:proofErr w:type="spellStart"/>
            <w:r>
              <w:t>เป็นข้อมูลในระยะเวลาอย่างน้อย</w:t>
            </w:r>
            <w:proofErr w:type="spellEnd"/>
            <w:r>
              <w:t xml:space="preserve"> ๖ </w:t>
            </w:r>
            <w:proofErr w:type="spellStart"/>
            <w:r>
              <w:t>เดือนแรกของปีงบประมาณ</w:t>
            </w:r>
            <w:proofErr w:type="spellEnd"/>
            <w:r>
              <w:t xml:space="preserve"> พ.ศ.๒๕๖๙ (</w:t>
            </w:r>
            <w:proofErr w:type="spellStart"/>
            <w:r>
              <w:t>ตุลาคม</w:t>
            </w:r>
            <w:proofErr w:type="spellEnd"/>
            <w:r>
              <w:t xml:space="preserve"> ๒๕๖๘ - </w:t>
            </w:r>
            <w:proofErr w:type="spellStart"/>
            <w:r>
              <w:t>มีนาคม</w:t>
            </w:r>
            <w:proofErr w:type="spellEnd"/>
            <w:r>
              <w:t xml:space="preserve"> ๒๕๖๙)</w:t>
            </w:r>
          </w:p>
        </w:tc>
        <w:tc>
          <w:tcPr>
            <w:tcW w:w="2880" w:type="dxa"/>
          </w:tcPr>
          <w:p w14:paraId="4573E45A" w14:textId="02BBCF93" w:rsidR="00BC29D0" w:rsidRDefault="00BC29D0" w:rsidP="00F85253">
            <w:pPr>
              <w:rPr>
                <w:rFonts w:hint="cs"/>
                <w:cs/>
                <w:lang w:bidi="th-TH"/>
              </w:rPr>
            </w:pPr>
            <w:proofErr w:type="spellStart"/>
            <w:r>
              <w:lastRenderedPageBreak/>
              <w:t>ผู้ควบคุม</w:t>
            </w:r>
            <w:proofErr w:type="spellEnd"/>
            <w:r>
              <w:br/>
            </w:r>
            <w:proofErr w:type="spellStart"/>
            <w:r>
              <w:t>พ.ต.ท</w:t>
            </w:r>
            <w:proofErr w:type="spellEnd"/>
            <w:r>
              <w:t>.</w:t>
            </w:r>
            <w:r w:rsidR="00AB2686">
              <w:rPr>
                <w:cs/>
                <w:lang w:bidi="th-TH"/>
              </w:rPr>
              <w:t>สวาท ศรีแนน</w:t>
            </w:r>
            <w:r>
              <w:br/>
            </w:r>
            <w:r>
              <w:br/>
            </w:r>
            <w:proofErr w:type="spellStart"/>
            <w:r>
              <w:t>ผู้นำข้อมูลลงเว็บไซต์</w:t>
            </w:r>
            <w:proofErr w:type="spellEnd"/>
            <w:r>
              <w:br/>
            </w:r>
            <w:r w:rsidR="00AB2686">
              <w:rPr>
                <w:cs/>
                <w:lang w:bidi="th-TH"/>
              </w:rPr>
              <w:t>ด.ต.</w:t>
            </w:r>
            <w:proofErr w:type="gramStart"/>
            <w:r w:rsidR="00AB2686">
              <w:rPr>
                <w:cs/>
                <w:lang w:bidi="th-TH"/>
              </w:rPr>
              <w:t>สุรชัย  วังคะฮาต</w:t>
            </w:r>
            <w:proofErr w:type="gramEnd"/>
            <w:r>
              <w:br/>
            </w:r>
            <w:r>
              <w:br/>
            </w:r>
            <w:proofErr w:type="spellStart"/>
            <w:r>
              <w:t>ผู้จัดทำข้อมูล</w:t>
            </w:r>
            <w:proofErr w:type="spellEnd"/>
            <w:r>
              <w:br/>
            </w:r>
            <w:r w:rsidR="00240F6A">
              <w:rPr>
                <w:rFonts w:hint="cs"/>
                <w:cs/>
                <w:lang w:bidi="th-TH"/>
              </w:rPr>
              <w:t>ด.ต.</w:t>
            </w:r>
            <w:proofErr w:type="gramStart"/>
            <w:r w:rsidR="00240F6A">
              <w:rPr>
                <w:rFonts w:hint="cs"/>
                <w:cs/>
                <w:lang w:bidi="th-TH"/>
              </w:rPr>
              <w:t>สุรชัย  วังคะฮาต</w:t>
            </w:r>
            <w:proofErr w:type="gramEnd"/>
          </w:p>
        </w:tc>
      </w:tr>
      <w:tr w:rsidR="00BC29D0" w14:paraId="433B0A9E" w14:textId="77777777" w:rsidTr="00F85253">
        <w:tc>
          <w:tcPr>
            <w:tcW w:w="86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14:paraId="10E52EA4" w14:textId="77777777" w:rsidR="00BC29D0" w:rsidRDefault="00BC29D0" w:rsidP="00F85253">
            <w:proofErr w:type="spellStart"/>
            <w:r>
              <w:rPr>
                <w:b/>
                <w:sz w:val="24"/>
              </w:rPr>
              <w:t>ตัวชี้วัดที่</w:t>
            </w:r>
            <w:proofErr w:type="spellEnd"/>
            <w:r>
              <w:rPr>
                <w:b/>
                <w:sz w:val="24"/>
              </w:rPr>
              <w:t xml:space="preserve"> ๙ </w:t>
            </w:r>
            <w:proofErr w:type="spellStart"/>
            <w:r>
              <w:rPr>
                <w:b/>
                <w:sz w:val="24"/>
              </w:rPr>
              <w:t>การป้องกันการทุจริต</w:t>
            </w:r>
            <w:proofErr w:type="spellEnd"/>
          </w:p>
        </w:tc>
      </w:tr>
      <w:tr w:rsidR="00BC29D0" w14:paraId="37337114" w14:textId="77777777" w:rsidTr="00F85253">
        <w:tc>
          <w:tcPr>
            <w:tcW w:w="86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14:paraId="4B131C59" w14:textId="77777777" w:rsidR="00BC29D0" w:rsidRDefault="00BC29D0" w:rsidP="00F85253">
            <w:proofErr w:type="spellStart"/>
            <w:r>
              <w:rPr>
                <w:b/>
                <w:sz w:val="24"/>
              </w:rPr>
              <w:t>ตัวชี้วัดย่อยที่</w:t>
            </w:r>
            <w:proofErr w:type="spellEnd"/>
            <w:r>
              <w:rPr>
                <w:b/>
                <w:sz w:val="24"/>
              </w:rPr>
              <w:t xml:space="preserve"> ๙.๑ </w:t>
            </w:r>
            <w:proofErr w:type="spellStart"/>
            <w:r>
              <w:rPr>
                <w:b/>
                <w:sz w:val="24"/>
              </w:rPr>
              <w:t>การดำเนินการเพื่อป้องกันการทุจริต</w:t>
            </w:r>
            <w:proofErr w:type="spellEnd"/>
          </w:p>
        </w:tc>
      </w:tr>
      <w:tr w:rsidR="00BC29D0" w14:paraId="67C5CEEA" w14:textId="77777777" w:rsidTr="00F85253">
        <w:tc>
          <w:tcPr>
            <w:tcW w:w="86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14:paraId="4B85D193" w14:textId="77777777" w:rsidR="00BC29D0" w:rsidRDefault="00BC29D0" w:rsidP="00F85253">
            <w:proofErr w:type="spellStart"/>
            <w:r>
              <w:rPr>
                <w:b/>
                <w:sz w:val="24"/>
              </w:rPr>
              <w:t>ประกาศนโยบาย</w:t>
            </w:r>
            <w:proofErr w:type="spellEnd"/>
          </w:p>
        </w:tc>
      </w:tr>
      <w:tr w:rsidR="00BC29D0" w14:paraId="613433A2" w14:textId="77777777" w:rsidTr="00F85253">
        <w:tc>
          <w:tcPr>
            <w:tcW w:w="2880" w:type="dxa"/>
          </w:tcPr>
          <w:p w14:paraId="2A9FD108" w14:textId="77777777" w:rsidR="00BC29D0" w:rsidRDefault="00BC29D0" w:rsidP="00F85253">
            <w:r>
              <w:t xml:space="preserve">O๑๔ </w:t>
            </w:r>
            <w:proofErr w:type="spellStart"/>
            <w:r>
              <w:t>ประกาศนโยบายต่อต้านการรับสินบน</w:t>
            </w:r>
            <w:proofErr w:type="spellEnd"/>
            <w:r>
              <w:t xml:space="preserve"> (Anti-Bribery Policy) </w:t>
            </w:r>
            <w:proofErr w:type="spellStart"/>
            <w:r>
              <w:t>และการมีส่วนร่วมของหัวหน้าสถานีตำรวจ</w:t>
            </w:r>
            <w:proofErr w:type="spellEnd"/>
          </w:p>
        </w:tc>
        <w:tc>
          <w:tcPr>
            <w:tcW w:w="2880" w:type="dxa"/>
          </w:tcPr>
          <w:p w14:paraId="5022FA92" w14:textId="61A56F09" w:rsidR="00BC29D0" w:rsidRDefault="00BC29D0" w:rsidP="00F85253">
            <w:proofErr w:type="spellStart"/>
            <w:r>
              <w:t>ประกาศนโยบายต่อต้านการรับสินบน</w:t>
            </w:r>
            <w:proofErr w:type="spellEnd"/>
            <w:r>
              <w:t xml:space="preserve"> (Anti-Bribery Policy)</w:t>
            </w:r>
            <w:r>
              <w:br/>
              <w:t>-</w:t>
            </w:r>
            <w:proofErr w:type="spellStart"/>
            <w:r>
              <w:t>แสดงประกาศนโยบายการต่อต้านการรับสินบน</w:t>
            </w:r>
            <w:proofErr w:type="spellEnd"/>
            <w:r>
              <w:t xml:space="preserve"> (Anti-Bribery Policy) </w:t>
            </w:r>
            <w:proofErr w:type="spellStart"/>
            <w:r>
              <w:t>อย่างเป็นทางการ</w:t>
            </w:r>
            <w:proofErr w:type="spellEnd"/>
            <w:r>
              <w:t xml:space="preserve"> </w:t>
            </w:r>
            <w:proofErr w:type="spellStart"/>
            <w:r>
              <w:t>โดยหัวหน้าสถานีตำรวจคนปัจจุบัน</w:t>
            </w:r>
            <w:proofErr w:type="spellEnd"/>
            <w:r>
              <w:t xml:space="preserve"> </w:t>
            </w:r>
            <w:proofErr w:type="spellStart"/>
            <w:r>
              <w:t>ในปีงบประมาณ</w:t>
            </w:r>
            <w:proofErr w:type="spellEnd"/>
            <w:r>
              <w:t xml:space="preserve"> พ.ศ.๒๕๖๙ </w:t>
            </w:r>
            <w:proofErr w:type="spellStart"/>
            <w:r>
              <w:t>และเผยแพร่เป็นฉบับภาษาไทยและฉบับภาษาอังกฤษ</w:t>
            </w:r>
            <w:proofErr w:type="spellEnd"/>
            <w:r>
              <w:br/>
              <w:t>-</w:t>
            </w:r>
            <w:proofErr w:type="spellStart"/>
            <w:r>
              <w:t>เนื้อหาของนโยบาย</w:t>
            </w:r>
            <w:proofErr w:type="spellEnd"/>
            <w:r>
              <w:t xml:space="preserve"> </w:t>
            </w:r>
            <w:proofErr w:type="spellStart"/>
            <w:r>
              <w:t>ประกอบด้วย</w:t>
            </w:r>
            <w:proofErr w:type="spellEnd"/>
            <w:r>
              <w:br/>
              <w:t xml:space="preserve"> -</w:t>
            </w:r>
            <w:proofErr w:type="spellStart"/>
            <w:r>
              <w:t>วัตถุประสงค์</w:t>
            </w:r>
            <w:proofErr w:type="spellEnd"/>
            <w:r>
              <w:br/>
              <w:t xml:space="preserve"> -</w:t>
            </w:r>
            <w:proofErr w:type="spellStart"/>
            <w:r>
              <w:t>ขอบเขตการใช้บังคับ</w:t>
            </w:r>
            <w:proofErr w:type="spellEnd"/>
            <w:r>
              <w:br/>
              <w:t xml:space="preserve"> -</w:t>
            </w:r>
            <w:proofErr w:type="spellStart"/>
            <w:r>
              <w:t>นิยามคำว่า</w:t>
            </w:r>
            <w:proofErr w:type="spellEnd"/>
            <w:r>
              <w:t xml:space="preserve"> </w:t>
            </w:r>
            <w:proofErr w:type="spellStart"/>
            <w:r>
              <w:t>สินบน</w:t>
            </w:r>
            <w:proofErr w:type="spellEnd"/>
            <w:r>
              <w:br/>
              <w:t xml:space="preserve"> -</w:t>
            </w:r>
            <w:proofErr w:type="spellStart"/>
            <w:r>
              <w:t>มาตรการจัดการการฝ่าฝืนนโยบาย</w:t>
            </w:r>
            <w:proofErr w:type="spellEnd"/>
            <w:r>
              <w:t>/</w:t>
            </w:r>
            <w:proofErr w:type="spellStart"/>
            <w:r>
              <w:t>มาตรการลงโทษ</w:t>
            </w:r>
            <w:proofErr w:type="spellEnd"/>
            <w:r>
              <w:br/>
              <w:t xml:space="preserve"> -</w:t>
            </w:r>
            <w:proofErr w:type="spellStart"/>
            <w:r>
              <w:t>มาตรการติดตามตรวจสอบ</w:t>
            </w:r>
            <w:proofErr w:type="spellEnd"/>
            <w:r>
              <w:br/>
              <w:t xml:space="preserve"> -</w:t>
            </w:r>
            <w:proofErr w:type="spellStart"/>
            <w:r>
              <w:t>ช่องทางร้องเรียน</w:t>
            </w:r>
            <w:proofErr w:type="spellEnd"/>
            <w:r>
              <w:t xml:space="preserve"> </w:t>
            </w:r>
            <w:proofErr w:type="spellStart"/>
            <w:r>
              <w:t>แจ้งเบาะแส</w:t>
            </w:r>
            <w:proofErr w:type="spellEnd"/>
            <w:r>
              <w:br/>
              <w:t xml:space="preserve"> -</w:t>
            </w:r>
            <w:proofErr w:type="spellStart"/>
            <w:r>
              <w:t>มาตรการคุ้มครองผู้ร้องเรียน</w:t>
            </w:r>
            <w:proofErr w:type="spellEnd"/>
            <w:r>
              <w:t>/</w:t>
            </w:r>
            <w:proofErr w:type="spellStart"/>
            <w:r>
              <w:t>ผู้แจ้งเบาะแส</w:t>
            </w:r>
            <w:proofErr w:type="spellEnd"/>
            <w:r>
              <w:t>/</w:t>
            </w:r>
            <w:proofErr w:type="spellStart"/>
            <w:r>
              <w:t>พยาน</w:t>
            </w:r>
            <w:proofErr w:type="spellEnd"/>
            <w:r>
              <w:t xml:space="preserve"> </w:t>
            </w:r>
            <w:proofErr w:type="spellStart"/>
            <w:r>
              <w:t>และการรักษาความลับ</w:t>
            </w:r>
            <w:proofErr w:type="spellEnd"/>
            <w:r>
              <w:br/>
              <w:t xml:space="preserve"> -</w:t>
            </w:r>
            <w:proofErr w:type="spellStart"/>
            <w:r>
              <w:t>ระบุ</w:t>
            </w:r>
            <w:proofErr w:type="spellEnd"/>
            <w:r>
              <w:t xml:space="preserve"> </w:t>
            </w:r>
            <w:proofErr w:type="spellStart"/>
            <w:r>
              <w:t>วัน</w:t>
            </w:r>
            <w:proofErr w:type="spellEnd"/>
            <w:r>
              <w:t xml:space="preserve"> </w:t>
            </w:r>
            <w:proofErr w:type="spellStart"/>
            <w:r>
              <w:t>เดือน</w:t>
            </w:r>
            <w:proofErr w:type="spellEnd"/>
            <w:r>
              <w:t xml:space="preserve"> </w:t>
            </w:r>
            <w:proofErr w:type="spellStart"/>
            <w:r>
              <w:t>ปี</w:t>
            </w:r>
            <w:proofErr w:type="spellEnd"/>
            <w:r>
              <w:t xml:space="preserve"> </w:t>
            </w:r>
            <w:proofErr w:type="spellStart"/>
            <w:r>
              <w:t>ที่ประกาศ</w:t>
            </w:r>
            <w:proofErr w:type="spellEnd"/>
            <w:r>
              <w:br/>
            </w:r>
            <w:proofErr w:type="spellStart"/>
            <w:r>
              <w:t>อินโฟกราฟิกนโยบายไม่รับของขวัญและของกำนัลทุกชนิด</w:t>
            </w:r>
            <w:proofErr w:type="spellEnd"/>
            <w:r>
              <w:t xml:space="preserve"> (No Gift Policy) </w:t>
            </w:r>
            <w:proofErr w:type="spellStart"/>
            <w:r>
              <w:t>จากการปฏิบัติหน้าที่</w:t>
            </w:r>
            <w:proofErr w:type="spellEnd"/>
            <w:r>
              <w:br/>
              <w:t>-</w:t>
            </w:r>
            <w:proofErr w:type="spellStart"/>
            <w:r>
              <w:t>แสดงภาพอินโฟกราฟิกนโยบายไม่รับของขวัญและของกำนัล</w:t>
            </w:r>
            <w:proofErr w:type="spellEnd"/>
            <w:r w:rsidR="00610BEF">
              <w:t xml:space="preserve"> </w:t>
            </w:r>
            <w:proofErr w:type="spellStart"/>
            <w:r>
              <w:t>ทุกชนิด</w:t>
            </w:r>
            <w:proofErr w:type="spellEnd"/>
            <w:r>
              <w:t xml:space="preserve"> (No Gift Policy) </w:t>
            </w:r>
            <w:proofErr w:type="spellStart"/>
            <w:r>
              <w:t>จากการปฏิบัติหน้าที่</w:t>
            </w:r>
            <w:proofErr w:type="spellEnd"/>
            <w:r>
              <w:t xml:space="preserve"> </w:t>
            </w:r>
            <w:proofErr w:type="spellStart"/>
            <w:r>
              <w:t>ทั้งฉบับภาษาไทยและฉบับภาษาอังกฤษ</w:t>
            </w:r>
            <w:proofErr w:type="spellEnd"/>
            <w:r>
              <w:t xml:space="preserve"> </w:t>
            </w:r>
            <w:proofErr w:type="spellStart"/>
            <w:r>
              <w:t>โดยให้แสดง</w:t>
            </w:r>
            <w:proofErr w:type="spellEnd"/>
            <w:r w:rsidR="00610BEF">
              <w:t xml:space="preserve"> </w:t>
            </w:r>
            <w:proofErr w:type="spellStart"/>
            <w:r>
              <w:t>ไว้</w:t>
            </w:r>
            <w:proofErr w:type="spellEnd"/>
            <w:r w:rsidR="00610BEF">
              <w:t xml:space="preserve"> </w:t>
            </w:r>
            <w:proofErr w:type="spellStart"/>
            <w:r>
              <w:t>บน</w:t>
            </w:r>
            <w:proofErr w:type="spellEnd"/>
            <w:r w:rsidR="00610BEF">
              <w:t xml:space="preserve"> </w:t>
            </w:r>
            <w:proofErr w:type="spellStart"/>
            <w:r>
              <w:t>หน้าแรกของเว็บไซต์หลักของสถานีตำรวจเท่านั้น</w:t>
            </w:r>
            <w:proofErr w:type="spellEnd"/>
            <w:r>
              <w:br/>
              <w:t>-</w:t>
            </w:r>
            <w:proofErr w:type="spellStart"/>
            <w:r>
              <w:t>แสดงภาพการเผยแพร่</w:t>
            </w:r>
            <w:proofErr w:type="spellEnd"/>
            <w:r>
              <w:t xml:space="preserve"> ณ </w:t>
            </w:r>
            <w:proofErr w:type="spellStart"/>
            <w:r>
              <w:t>จุดบริการ</w:t>
            </w:r>
            <w:proofErr w:type="spellEnd"/>
            <w:r>
              <w:t xml:space="preserve"> </w:t>
            </w:r>
            <w:proofErr w:type="spellStart"/>
            <w:r>
              <w:t>และจุดประชาสัมพันธ์</w:t>
            </w:r>
            <w:proofErr w:type="spellEnd"/>
            <w:r>
              <w:t xml:space="preserve"> </w:t>
            </w:r>
            <w:proofErr w:type="spellStart"/>
            <w:r>
              <w:t>ที่เห็นได้อย่างชัดเจน</w:t>
            </w:r>
            <w:proofErr w:type="spellEnd"/>
          </w:p>
        </w:tc>
        <w:tc>
          <w:tcPr>
            <w:tcW w:w="2880" w:type="dxa"/>
          </w:tcPr>
          <w:p w14:paraId="68F384A2" w14:textId="4F6F6485" w:rsidR="00BC29D0" w:rsidRDefault="00BC29D0" w:rsidP="00F85253">
            <w:proofErr w:type="spellStart"/>
            <w:r>
              <w:t>ผู้ควบคุม</w:t>
            </w:r>
            <w:proofErr w:type="spellEnd"/>
            <w:r>
              <w:br/>
            </w:r>
            <w:proofErr w:type="spellStart"/>
            <w:r>
              <w:t>พ.ต.ท</w:t>
            </w:r>
            <w:proofErr w:type="spellEnd"/>
            <w:r>
              <w:t>.</w:t>
            </w:r>
            <w:r w:rsidR="00AB2686">
              <w:rPr>
                <w:cs/>
                <w:lang w:bidi="th-TH"/>
              </w:rPr>
              <w:t>สวาท ศรีแนน</w:t>
            </w:r>
            <w:r>
              <w:br/>
            </w:r>
            <w:r>
              <w:br/>
            </w:r>
            <w:proofErr w:type="spellStart"/>
            <w:r>
              <w:t>ผู้นำข้อมูลลงเว็บไซต์</w:t>
            </w:r>
            <w:proofErr w:type="spellEnd"/>
            <w:r>
              <w:br/>
            </w:r>
            <w:r w:rsidR="00AB2686">
              <w:rPr>
                <w:cs/>
                <w:lang w:bidi="th-TH"/>
              </w:rPr>
              <w:t>ด.ต.</w:t>
            </w:r>
            <w:proofErr w:type="gramStart"/>
            <w:r w:rsidR="00AB2686">
              <w:rPr>
                <w:cs/>
                <w:lang w:bidi="th-TH"/>
              </w:rPr>
              <w:t>สุรชัย  วังคะฮาต</w:t>
            </w:r>
            <w:proofErr w:type="gramEnd"/>
            <w:r>
              <w:br/>
            </w:r>
            <w:r>
              <w:br/>
            </w:r>
            <w:proofErr w:type="spellStart"/>
            <w:r>
              <w:t>ผู้จัดทำข้อมูล</w:t>
            </w:r>
            <w:proofErr w:type="spellEnd"/>
            <w:r>
              <w:br/>
            </w:r>
          </w:p>
        </w:tc>
      </w:tr>
      <w:tr w:rsidR="00BC29D0" w14:paraId="67A74DB0" w14:textId="77777777" w:rsidTr="00F85253">
        <w:tc>
          <w:tcPr>
            <w:tcW w:w="86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14:paraId="2AADC690" w14:textId="77777777" w:rsidR="00BC29D0" w:rsidRDefault="00BC29D0" w:rsidP="00F85253">
            <w:proofErr w:type="spellStart"/>
            <w:r>
              <w:rPr>
                <w:b/>
                <w:sz w:val="24"/>
              </w:rPr>
              <w:t>การป้องกันและลดโอกาสการรับสินบน</w:t>
            </w:r>
            <w:proofErr w:type="spellEnd"/>
          </w:p>
        </w:tc>
      </w:tr>
      <w:tr w:rsidR="00BC29D0" w14:paraId="5727DD52" w14:textId="77777777" w:rsidTr="00F85253">
        <w:tc>
          <w:tcPr>
            <w:tcW w:w="2880" w:type="dxa"/>
          </w:tcPr>
          <w:p w14:paraId="185C4ECD" w14:textId="77777777" w:rsidR="00BC29D0" w:rsidRDefault="00BC29D0" w:rsidP="00F85253">
            <w:r>
              <w:t xml:space="preserve">O๑๕ </w:t>
            </w:r>
            <w:proofErr w:type="spellStart"/>
            <w:r>
              <w:t>การประเมินความเสี่ยงการทุจริต</w:t>
            </w:r>
            <w:proofErr w:type="spellEnd"/>
          </w:p>
        </w:tc>
        <w:tc>
          <w:tcPr>
            <w:tcW w:w="2880" w:type="dxa"/>
          </w:tcPr>
          <w:p w14:paraId="2847DD99" w14:textId="77777777" w:rsidR="00BC29D0" w:rsidRDefault="00BC29D0" w:rsidP="00F85253">
            <w:proofErr w:type="spellStart"/>
            <w:r>
              <w:t>การประเมินความเสี่ยงการทุจริต</w:t>
            </w:r>
            <w:proofErr w:type="spellEnd"/>
            <w:r>
              <w:br/>
              <w:t>-</w:t>
            </w:r>
            <w:proofErr w:type="spellStart"/>
            <w:r>
              <w:t>แสดงข้อมูลการประเมินความเสี่ยงการทุจริต</w:t>
            </w:r>
            <w:proofErr w:type="spellEnd"/>
            <w:r>
              <w:t xml:space="preserve"> </w:t>
            </w:r>
            <w:proofErr w:type="spellStart"/>
            <w:r>
              <w:t>ประจำปีงบประมาณ</w:t>
            </w:r>
            <w:proofErr w:type="spellEnd"/>
            <w:r>
              <w:t xml:space="preserve"> </w:t>
            </w:r>
            <w:proofErr w:type="spellStart"/>
            <w:r>
              <w:t>พ.ศ</w:t>
            </w:r>
            <w:proofErr w:type="spellEnd"/>
            <w:r>
              <w:t xml:space="preserve">. ๒๕๖๙ </w:t>
            </w:r>
            <w:proofErr w:type="spellStart"/>
            <w:r>
              <w:t>จากกระบวนงานในการใช้อำนาจ</w:t>
            </w:r>
            <w:proofErr w:type="spellEnd"/>
            <w:r>
              <w:t xml:space="preserve"> </w:t>
            </w:r>
            <w:proofErr w:type="spellStart"/>
            <w:r>
              <w:t>และตำแหน่งหน้าที่ทุกสายงาน</w:t>
            </w:r>
            <w:proofErr w:type="spellEnd"/>
            <w:r>
              <w:br/>
              <w:t>-</w:t>
            </w:r>
            <w:proofErr w:type="spellStart"/>
            <w:r>
              <w:t>ในการประเมินความเสี่ยงการทุจริต</w:t>
            </w:r>
            <w:proofErr w:type="spellEnd"/>
            <w:r>
              <w:t xml:space="preserve"> </w:t>
            </w:r>
            <w:proofErr w:type="spellStart"/>
            <w:r>
              <w:t>ต้องมีรายละเอียด</w:t>
            </w:r>
            <w:proofErr w:type="spellEnd"/>
            <w:r>
              <w:t xml:space="preserve"> </w:t>
            </w:r>
            <w:proofErr w:type="spellStart"/>
            <w:r>
              <w:t>อย่างน้อยประกอบด้วย</w:t>
            </w:r>
            <w:proofErr w:type="spellEnd"/>
            <w:r>
              <w:br/>
              <w:t xml:space="preserve"> </w:t>
            </w:r>
            <w:proofErr w:type="gramStart"/>
            <w:r>
              <w:t>๑)</w:t>
            </w:r>
            <w:proofErr w:type="spellStart"/>
            <w:r>
              <w:t>กระบวนงานหรือโครงการที่มีความเสี่ยงการทุจริต</w:t>
            </w:r>
            <w:proofErr w:type="spellEnd"/>
            <w:proofErr w:type="gramEnd"/>
            <w:r>
              <w:br/>
              <w:t xml:space="preserve"> </w:t>
            </w:r>
            <w:proofErr w:type="gramStart"/>
            <w:r>
              <w:t>๒)</w:t>
            </w:r>
            <w:proofErr w:type="spellStart"/>
            <w:r>
              <w:t>การกำหนดประเด็นความเสี่ยงการทุจริต</w:t>
            </w:r>
            <w:proofErr w:type="spellEnd"/>
            <w:proofErr w:type="gramEnd"/>
            <w:r>
              <w:br/>
              <w:t xml:space="preserve"> </w:t>
            </w:r>
            <w:proofErr w:type="gramStart"/>
            <w:r>
              <w:t>๓)</w:t>
            </w:r>
            <w:proofErr w:type="spellStart"/>
            <w:r>
              <w:t>การกำหนดเกณฑ์การประเมินความเสี่ยงการทุจริต</w:t>
            </w:r>
            <w:proofErr w:type="spellEnd"/>
            <w:proofErr w:type="gramEnd"/>
            <w:r>
              <w:br/>
            </w:r>
            <w:r>
              <w:lastRenderedPageBreak/>
              <w:t xml:space="preserve"> </w:t>
            </w:r>
            <w:proofErr w:type="gramStart"/>
            <w:r>
              <w:t>๔)</w:t>
            </w:r>
            <w:proofErr w:type="spellStart"/>
            <w:r>
              <w:t>การประเมินระดับความรุนแรงของความเสี่ยงการทุจริต</w:t>
            </w:r>
            <w:proofErr w:type="spellEnd"/>
            <w:proofErr w:type="gramEnd"/>
            <w:r>
              <w:br/>
              <w:t xml:space="preserve"> </w:t>
            </w:r>
            <w:proofErr w:type="gramStart"/>
            <w:r>
              <w:t>๕)</w:t>
            </w:r>
            <w:proofErr w:type="spellStart"/>
            <w:r>
              <w:t>การจัดทำมาตรการควบคุมความเสี่ยงการทุจริต</w:t>
            </w:r>
            <w:proofErr w:type="spellEnd"/>
            <w:proofErr w:type="gramEnd"/>
          </w:p>
        </w:tc>
        <w:tc>
          <w:tcPr>
            <w:tcW w:w="2880" w:type="dxa"/>
          </w:tcPr>
          <w:p w14:paraId="680D093A" w14:textId="163E89A6" w:rsidR="00BC29D0" w:rsidRDefault="00BC29D0" w:rsidP="00F85253">
            <w:pPr>
              <w:rPr>
                <w:rFonts w:hint="cs"/>
                <w:cs/>
                <w:lang w:bidi="th-TH"/>
              </w:rPr>
            </w:pPr>
            <w:proofErr w:type="spellStart"/>
            <w:r>
              <w:lastRenderedPageBreak/>
              <w:t>ผู้ควบคุม</w:t>
            </w:r>
            <w:proofErr w:type="spellEnd"/>
            <w:r>
              <w:br/>
            </w:r>
            <w:proofErr w:type="spellStart"/>
            <w:r>
              <w:t>พ.ต.ท</w:t>
            </w:r>
            <w:proofErr w:type="spellEnd"/>
            <w:r>
              <w:t>.</w:t>
            </w:r>
            <w:r w:rsidR="00AB2686">
              <w:rPr>
                <w:cs/>
                <w:lang w:bidi="th-TH"/>
              </w:rPr>
              <w:t>สวาท ศรีแนน</w:t>
            </w:r>
            <w:r>
              <w:br/>
            </w:r>
            <w:r>
              <w:br/>
            </w:r>
            <w:proofErr w:type="spellStart"/>
            <w:r>
              <w:t>ผู้นำข้อมูลลงเว็บไซต์</w:t>
            </w:r>
            <w:proofErr w:type="spellEnd"/>
            <w:r>
              <w:br/>
            </w:r>
            <w:r w:rsidR="00AB2686">
              <w:rPr>
                <w:cs/>
                <w:lang w:bidi="th-TH"/>
              </w:rPr>
              <w:t>ด.ต.</w:t>
            </w:r>
            <w:proofErr w:type="gramStart"/>
            <w:r w:rsidR="00AB2686">
              <w:rPr>
                <w:cs/>
                <w:lang w:bidi="th-TH"/>
              </w:rPr>
              <w:t>สุรชัย  วังคะฮาต</w:t>
            </w:r>
            <w:proofErr w:type="gramEnd"/>
            <w:r>
              <w:br/>
            </w:r>
            <w:r>
              <w:br/>
            </w:r>
            <w:proofErr w:type="spellStart"/>
            <w:r>
              <w:t>ผู้จัดทำข้อมูล</w:t>
            </w:r>
            <w:proofErr w:type="spellEnd"/>
            <w:r>
              <w:br/>
            </w:r>
            <w:proofErr w:type="spellStart"/>
            <w:r>
              <w:t>ด.ต</w:t>
            </w:r>
            <w:proofErr w:type="spellEnd"/>
            <w:r>
              <w:t>.</w:t>
            </w:r>
            <w:proofErr w:type="gramStart"/>
            <w:r w:rsidR="00610BEF">
              <w:rPr>
                <w:rFonts w:hint="cs"/>
                <w:cs/>
                <w:lang w:bidi="th-TH"/>
              </w:rPr>
              <w:t>สุรชัย  วังคะฮาต</w:t>
            </w:r>
            <w:proofErr w:type="gramEnd"/>
          </w:p>
        </w:tc>
      </w:tr>
      <w:tr w:rsidR="00BC29D0" w14:paraId="3892620C" w14:textId="77777777" w:rsidTr="00F85253">
        <w:tc>
          <w:tcPr>
            <w:tcW w:w="2880" w:type="dxa"/>
          </w:tcPr>
          <w:p w14:paraId="2F62782B" w14:textId="67D2E071" w:rsidR="00BC29D0" w:rsidRDefault="00BC29D0" w:rsidP="00F85253">
            <w:r>
              <w:t xml:space="preserve">O๑๖ </w:t>
            </w:r>
            <w:proofErr w:type="spellStart"/>
            <w:r>
              <w:t>การรายงานผลการดำเนินการเพื่อจัดการ</w:t>
            </w:r>
            <w:proofErr w:type="spellEnd"/>
            <w:r w:rsidR="00610BEF">
              <w:t xml:space="preserve"> </w:t>
            </w:r>
            <w:proofErr w:type="spellStart"/>
            <w:r>
              <w:t>ความ</w:t>
            </w:r>
            <w:proofErr w:type="spellEnd"/>
            <w:r w:rsidR="00610BEF">
              <w:t xml:space="preserve"> </w:t>
            </w:r>
            <w:proofErr w:type="spellStart"/>
            <w:r>
              <w:t>เสี่ยงการทุจริต</w:t>
            </w:r>
            <w:proofErr w:type="spellEnd"/>
          </w:p>
        </w:tc>
        <w:tc>
          <w:tcPr>
            <w:tcW w:w="2880" w:type="dxa"/>
          </w:tcPr>
          <w:p w14:paraId="6FA8DA3E" w14:textId="77777777" w:rsidR="00BC29D0" w:rsidRDefault="00BC29D0" w:rsidP="00F85253">
            <w:proofErr w:type="spellStart"/>
            <w:r>
              <w:t>การรายงานผลการดำเนินการเพื่อจัดการความเสี่ยงการทุจริต</w:t>
            </w:r>
            <w:proofErr w:type="spellEnd"/>
            <w:r>
              <w:br/>
              <w:t>-</w:t>
            </w:r>
            <w:proofErr w:type="spellStart"/>
            <w:r>
              <w:t>แสดงข้อมูลรายงานการประเมินความเสี่ยงการทุจริต</w:t>
            </w:r>
            <w:proofErr w:type="spellEnd"/>
            <w:r>
              <w:t xml:space="preserve"> </w:t>
            </w:r>
            <w:proofErr w:type="spellStart"/>
            <w:r>
              <w:t>ประจำปีงบประมาณ</w:t>
            </w:r>
            <w:proofErr w:type="spellEnd"/>
            <w:r>
              <w:t xml:space="preserve"> </w:t>
            </w:r>
            <w:proofErr w:type="spellStart"/>
            <w:r>
              <w:t>พ.ศ</w:t>
            </w:r>
            <w:proofErr w:type="spellEnd"/>
            <w:r>
              <w:t xml:space="preserve">. ๒๕๖๙ </w:t>
            </w:r>
            <w:proofErr w:type="spellStart"/>
            <w:r>
              <w:t>จำแนกตามสายงานที่มีรายละเอียดอย่างน้อยประกอบด้วย</w:t>
            </w:r>
            <w:proofErr w:type="spellEnd"/>
            <w:r>
              <w:br/>
              <w:t xml:space="preserve"> </w:t>
            </w:r>
            <w:proofErr w:type="gramStart"/>
            <w:r>
              <w:t>๑)</w:t>
            </w:r>
            <w:proofErr w:type="spellStart"/>
            <w:r>
              <w:t>ประเด็นความเสี่ยงการทุจริต</w:t>
            </w:r>
            <w:proofErr w:type="spellEnd"/>
            <w:proofErr w:type="gramEnd"/>
            <w:r>
              <w:br/>
              <w:t xml:space="preserve"> </w:t>
            </w:r>
            <w:proofErr w:type="gramStart"/>
            <w:r>
              <w:t>๒)</w:t>
            </w:r>
            <w:proofErr w:type="spellStart"/>
            <w:r>
              <w:t>ระดับของความเสี่ยงการทุจริต</w:t>
            </w:r>
            <w:proofErr w:type="spellEnd"/>
            <w:proofErr w:type="gramEnd"/>
            <w:r>
              <w:br/>
              <w:t xml:space="preserve"> </w:t>
            </w:r>
            <w:proofErr w:type="gramStart"/>
            <w:r>
              <w:t>๓)</w:t>
            </w:r>
            <w:proofErr w:type="spellStart"/>
            <w:r>
              <w:t>วิธีการในการบริหารจัดการความเสี่ยงการทุจริต</w:t>
            </w:r>
            <w:proofErr w:type="spellEnd"/>
            <w:proofErr w:type="gramEnd"/>
            <w:r>
              <w:br/>
              <w:t xml:space="preserve"> </w:t>
            </w:r>
            <w:proofErr w:type="gramStart"/>
            <w:r>
              <w:t>๔)</w:t>
            </w:r>
            <w:proofErr w:type="spellStart"/>
            <w:r>
              <w:t>ผลการดำเนินการตามวิธีการในการบริหารจัดการความเสี่ยงการทุจริต</w:t>
            </w:r>
            <w:proofErr w:type="spellEnd"/>
            <w:proofErr w:type="gramEnd"/>
            <w:r>
              <w:br/>
            </w:r>
            <w:proofErr w:type="spellStart"/>
            <w:proofErr w:type="gramStart"/>
            <w:r>
              <w:t>หมายเหตุ</w:t>
            </w:r>
            <w:proofErr w:type="spellEnd"/>
            <w:r>
              <w:t xml:space="preserve"> :</w:t>
            </w:r>
            <w:proofErr w:type="gramEnd"/>
            <w:r>
              <w:t xml:space="preserve"> </w:t>
            </w:r>
            <w:proofErr w:type="spellStart"/>
            <w:r>
              <w:t>กรณีอยู่ระหว่างดำเนินการ</w:t>
            </w:r>
            <w:proofErr w:type="spellEnd"/>
            <w:r>
              <w:t xml:space="preserve"> </w:t>
            </w:r>
            <w:proofErr w:type="spellStart"/>
            <w:r>
              <w:t>ให้ระบุรายละเอียด</w:t>
            </w:r>
            <w:proofErr w:type="spellEnd"/>
          </w:p>
        </w:tc>
        <w:tc>
          <w:tcPr>
            <w:tcW w:w="2880" w:type="dxa"/>
          </w:tcPr>
          <w:p w14:paraId="3BC96772" w14:textId="022845B2" w:rsidR="00BC29D0" w:rsidRDefault="00BC29D0" w:rsidP="00F85253">
            <w:pPr>
              <w:rPr>
                <w:rFonts w:hint="cs"/>
                <w:cs/>
                <w:lang w:bidi="th-TH"/>
              </w:rPr>
            </w:pPr>
            <w:proofErr w:type="spellStart"/>
            <w:r>
              <w:t>ผู้ควบคุม</w:t>
            </w:r>
            <w:proofErr w:type="spellEnd"/>
            <w:r>
              <w:br/>
            </w:r>
            <w:proofErr w:type="spellStart"/>
            <w:r>
              <w:t>พ.ต.ท</w:t>
            </w:r>
            <w:proofErr w:type="spellEnd"/>
            <w:r>
              <w:t>.</w:t>
            </w:r>
            <w:r w:rsidR="00AB2686">
              <w:rPr>
                <w:cs/>
                <w:lang w:bidi="th-TH"/>
              </w:rPr>
              <w:t>สวาท ศรีแนน</w:t>
            </w:r>
            <w:r>
              <w:br/>
            </w:r>
            <w:r>
              <w:br/>
            </w:r>
            <w:proofErr w:type="spellStart"/>
            <w:r>
              <w:t>ผู้นำข้อมูลลงเว็บไซต์</w:t>
            </w:r>
            <w:proofErr w:type="spellEnd"/>
            <w:r>
              <w:br/>
            </w:r>
            <w:r w:rsidR="00AB2686">
              <w:rPr>
                <w:cs/>
                <w:lang w:bidi="th-TH"/>
              </w:rPr>
              <w:t>ด.ต.</w:t>
            </w:r>
            <w:proofErr w:type="gramStart"/>
            <w:r w:rsidR="00AB2686">
              <w:rPr>
                <w:cs/>
                <w:lang w:bidi="th-TH"/>
              </w:rPr>
              <w:t>สุรชัย  วังคะฮาต</w:t>
            </w:r>
            <w:proofErr w:type="gramEnd"/>
            <w:r>
              <w:br/>
            </w:r>
            <w:r>
              <w:br/>
            </w:r>
            <w:proofErr w:type="spellStart"/>
            <w:r>
              <w:t>ผู้จัดทำข้อมูล</w:t>
            </w:r>
            <w:proofErr w:type="spellEnd"/>
            <w:r>
              <w:br/>
            </w:r>
            <w:proofErr w:type="spellStart"/>
            <w:r>
              <w:t>ด.ต</w:t>
            </w:r>
            <w:proofErr w:type="spellEnd"/>
            <w:r>
              <w:t>.</w:t>
            </w:r>
            <w:proofErr w:type="gramStart"/>
            <w:r w:rsidR="00610BEF">
              <w:rPr>
                <w:rFonts w:hint="cs"/>
                <w:cs/>
                <w:lang w:bidi="th-TH"/>
              </w:rPr>
              <w:t>สุรชัย  วังคะฮาต</w:t>
            </w:r>
            <w:proofErr w:type="gramEnd"/>
          </w:p>
        </w:tc>
      </w:tr>
      <w:tr w:rsidR="00BC29D0" w14:paraId="35796B8A" w14:textId="77777777" w:rsidTr="00F85253">
        <w:tc>
          <w:tcPr>
            <w:tcW w:w="86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14:paraId="62C833D5" w14:textId="77777777" w:rsidR="00BC29D0" w:rsidRDefault="00BC29D0" w:rsidP="00F85253">
            <w:proofErr w:type="spellStart"/>
            <w:r>
              <w:rPr>
                <w:b/>
                <w:sz w:val="24"/>
              </w:rPr>
              <w:t>ตัวชี้วัดย่อยที่</w:t>
            </w:r>
            <w:proofErr w:type="spellEnd"/>
            <w:r>
              <w:rPr>
                <w:b/>
                <w:sz w:val="24"/>
              </w:rPr>
              <w:t xml:space="preserve"> ๙.๒ </w:t>
            </w:r>
            <w:proofErr w:type="spellStart"/>
            <w:r>
              <w:rPr>
                <w:b/>
                <w:sz w:val="24"/>
              </w:rPr>
              <w:t>มาตรการภายในเพื่อส่งเสริมคุณธรรมและความโปร่งใส</w:t>
            </w:r>
            <w:proofErr w:type="spellEnd"/>
          </w:p>
        </w:tc>
      </w:tr>
      <w:tr w:rsidR="00BC29D0" w14:paraId="6417A323" w14:textId="77777777" w:rsidTr="00F85253">
        <w:tc>
          <w:tcPr>
            <w:tcW w:w="86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14:paraId="0E1F5BF6" w14:textId="77777777" w:rsidR="00BC29D0" w:rsidRDefault="00BC29D0" w:rsidP="00F85253">
            <w:proofErr w:type="spellStart"/>
            <w:r>
              <w:rPr>
                <w:b/>
                <w:sz w:val="24"/>
              </w:rPr>
              <w:t>มาตรการภายในเพื่อส่งเสริมคุณธรรมและความโปร่งใส</w:t>
            </w:r>
            <w:proofErr w:type="spellEnd"/>
          </w:p>
        </w:tc>
      </w:tr>
      <w:tr w:rsidR="00BC29D0" w14:paraId="23959A26" w14:textId="77777777" w:rsidTr="00F85253">
        <w:tc>
          <w:tcPr>
            <w:tcW w:w="2880" w:type="dxa"/>
          </w:tcPr>
          <w:p w14:paraId="79DA6D72" w14:textId="781FD13B" w:rsidR="00BC29D0" w:rsidRDefault="00BC29D0" w:rsidP="00F85253">
            <w:r>
              <w:t>O๑๗มาตรการยกระดับคุณธรรม</w:t>
            </w:r>
            <w:proofErr w:type="spellStart"/>
            <w:r>
              <w:t>และความโปร่งใส</w:t>
            </w:r>
            <w:proofErr w:type="spellEnd"/>
            <w:r w:rsidR="00610BEF">
              <w:t xml:space="preserve"> </w:t>
            </w:r>
            <w:proofErr w:type="spellStart"/>
            <w:r>
              <w:t>ภายในหน่วยงาน</w:t>
            </w:r>
            <w:proofErr w:type="spellEnd"/>
          </w:p>
        </w:tc>
        <w:tc>
          <w:tcPr>
            <w:tcW w:w="2880" w:type="dxa"/>
          </w:tcPr>
          <w:p w14:paraId="5034C13C" w14:textId="77777777" w:rsidR="00610BEF" w:rsidRDefault="00BC29D0" w:rsidP="00F85253">
            <w:proofErr w:type="spellStart"/>
            <w:r>
              <w:t>มาตรการยกระดับคุณธรรมและความโปร่งใสภายในหน่วย</w:t>
            </w:r>
            <w:proofErr w:type="spellEnd"/>
            <w:r w:rsidR="00610BEF">
              <w:t xml:space="preserve"> </w:t>
            </w:r>
            <w:proofErr w:type="spellStart"/>
            <w:r>
              <w:t>งาน</w:t>
            </w:r>
            <w:proofErr w:type="spellEnd"/>
            <w:r>
              <w:br/>
              <w:t>-</w:t>
            </w:r>
            <w:proofErr w:type="spellStart"/>
            <w:r>
              <w:t>การเตรียมความพร้อมรับการประเมินคุณธรรมและ</w:t>
            </w:r>
            <w:proofErr w:type="spellEnd"/>
            <w:r w:rsidR="00610BEF">
              <w:t xml:space="preserve"> </w:t>
            </w:r>
            <w:proofErr w:type="spellStart"/>
            <w:r>
              <w:t>ความโปร่งใส</w:t>
            </w:r>
            <w:proofErr w:type="spellEnd"/>
            <w:r w:rsidR="00610BEF">
              <w:t xml:space="preserve"> </w:t>
            </w:r>
            <w:proofErr w:type="spellStart"/>
            <w:r>
              <w:t>ในการดำเนินงานของหน่วยงานภาครัฐ</w:t>
            </w:r>
            <w:proofErr w:type="spellEnd"/>
            <w:r>
              <w:t xml:space="preserve"> (Integrity &amp; Transparency Assessment: ITA) </w:t>
            </w:r>
            <w:proofErr w:type="spellStart"/>
            <w:r>
              <w:t>ของสถานีตำรวจภูธร</w:t>
            </w:r>
            <w:proofErr w:type="spellEnd"/>
            <w:r w:rsidR="00774E0C">
              <w:rPr>
                <w:cs/>
                <w:lang w:bidi="th-TH"/>
              </w:rPr>
              <w:t>หนองสูง</w:t>
            </w:r>
            <w:r>
              <w:t xml:space="preserve"> </w:t>
            </w:r>
            <w:proofErr w:type="spellStart"/>
            <w:r>
              <w:t>ประจำปีงบประมาณ</w:t>
            </w:r>
            <w:proofErr w:type="spellEnd"/>
            <w:r>
              <w:t xml:space="preserve"> </w:t>
            </w:r>
            <w:proofErr w:type="spellStart"/>
            <w:r>
              <w:t>พ.ศ</w:t>
            </w:r>
            <w:proofErr w:type="spellEnd"/>
            <w:r>
              <w:t xml:space="preserve">. ๒๕๖๙ </w:t>
            </w:r>
            <w:proofErr w:type="spellStart"/>
            <w:r>
              <w:t>ได้แก่</w:t>
            </w:r>
            <w:proofErr w:type="spellEnd"/>
            <w:r>
              <w:br/>
              <w:t>-คำสั่งแต่งตั้งคณะทำงาน</w:t>
            </w:r>
            <w:proofErr w:type="spellStart"/>
            <w:r>
              <w:t>ขับเคลื่อนและกำกับติดตาม</w:t>
            </w:r>
            <w:proofErr w:type="spellEnd"/>
            <w:r w:rsidR="00610BEF">
              <w:t xml:space="preserve"> </w:t>
            </w:r>
          </w:p>
          <w:p w14:paraId="4BA5B8A8" w14:textId="6096C2A5" w:rsidR="00BC29D0" w:rsidRDefault="00BC29D0" w:rsidP="00F85253">
            <w:proofErr w:type="spellStart"/>
            <w:r>
              <w:t>การประเมินคุณธรรมและความโปร่งใสในการดำเนินงานของหน่วยงานภาครัฐ</w:t>
            </w:r>
            <w:proofErr w:type="spellEnd"/>
            <w:r>
              <w:t xml:space="preserve"> (Integrity &amp; Transparency Assessment: ITA) </w:t>
            </w:r>
            <w:proofErr w:type="spellStart"/>
            <w:r>
              <w:t>ของสถานีตำรวจภูธร</w:t>
            </w:r>
            <w:proofErr w:type="spellEnd"/>
            <w:r w:rsidR="00774E0C">
              <w:rPr>
                <w:cs/>
                <w:lang w:bidi="th-TH"/>
              </w:rPr>
              <w:t>หนองสูง</w:t>
            </w:r>
            <w:r>
              <w:t xml:space="preserve"> </w:t>
            </w:r>
            <w:proofErr w:type="spellStart"/>
            <w:r>
              <w:t>ประจำปีงบประมาณ</w:t>
            </w:r>
            <w:proofErr w:type="spellEnd"/>
            <w:r>
              <w:t xml:space="preserve"> </w:t>
            </w:r>
            <w:proofErr w:type="spellStart"/>
            <w:r>
              <w:t>พ.ศ</w:t>
            </w:r>
            <w:proofErr w:type="spellEnd"/>
            <w:r>
              <w:t>. ๒๕๖๙</w:t>
            </w:r>
            <w:r>
              <w:br/>
              <w:t>-ศึกษาและวิเคราะห์กรอบการประเมิน</w:t>
            </w:r>
            <w:proofErr w:type="spellStart"/>
            <w:r>
              <w:t>ประเด็นที่ต้องดำเนิน</w:t>
            </w:r>
            <w:proofErr w:type="spellEnd"/>
            <w:r w:rsidR="00610BEF">
              <w:t xml:space="preserve"> </w:t>
            </w:r>
            <w:proofErr w:type="spellStart"/>
            <w:r>
              <w:t>การและประเด็นที่ต้องปรับปรุงและพัฒนาในปีงบประมาณ</w:t>
            </w:r>
            <w:proofErr w:type="spellEnd"/>
            <w:r>
              <w:t xml:space="preserve"> </w:t>
            </w:r>
            <w:proofErr w:type="spellStart"/>
            <w:r>
              <w:t>พ.ศ</w:t>
            </w:r>
            <w:proofErr w:type="spellEnd"/>
            <w:r>
              <w:t xml:space="preserve">. ๒๕๖๙ </w:t>
            </w:r>
            <w:proofErr w:type="spellStart"/>
            <w:r>
              <w:t>และกำหนดผู้รับผิดชอบ</w:t>
            </w:r>
            <w:proofErr w:type="spellEnd"/>
            <w:r>
              <w:br/>
              <w:t>-ผู้กำกับ/หัวหน้าสถานีชี้แจงและ</w:t>
            </w:r>
            <w:proofErr w:type="spellStart"/>
            <w:r>
              <w:t>ให้ข้อมูลเกี่ยวกับการ</w:t>
            </w:r>
            <w:proofErr w:type="spellEnd"/>
            <w:r w:rsidR="00610BEF">
              <w:t xml:space="preserve"> </w:t>
            </w:r>
            <w:proofErr w:type="spellStart"/>
            <w:r>
              <w:t>ประเมินแก่เจ้าหน้าที่ตำรวจในหน่วยงาน</w:t>
            </w:r>
            <w:proofErr w:type="spellEnd"/>
            <w:r>
              <w:br/>
              <w:t>-</w:t>
            </w:r>
            <w:proofErr w:type="spellStart"/>
            <w:r>
              <w:t>เตรียมความพร้อมในการเผยแพร่ข้อมูลสาธารณะ</w:t>
            </w:r>
            <w:proofErr w:type="spellEnd"/>
            <w:r>
              <w:t xml:space="preserve"> (OIT) </w:t>
            </w:r>
            <w:proofErr w:type="spellStart"/>
            <w:r>
              <w:t>ตามแบบตรวจการเปิดเผยข้อมูลสาธารณะ</w:t>
            </w:r>
            <w:proofErr w:type="spellEnd"/>
            <w:r>
              <w:br/>
              <w:t>-</w:t>
            </w:r>
            <w:proofErr w:type="spellStart"/>
            <w:r>
              <w:t>การกำหนดผู้รับผิดชอบ</w:t>
            </w:r>
            <w:proofErr w:type="spellEnd"/>
            <w:r>
              <w:br/>
              <w:t>-</w:t>
            </w:r>
            <w:proofErr w:type="spellStart"/>
            <w:r>
              <w:t>การจัดทำเว็บไซต์</w:t>
            </w:r>
            <w:proofErr w:type="spellEnd"/>
            <w:r>
              <w:t>/</w:t>
            </w:r>
            <w:proofErr w:type="spellStart"/>
            <w:r>
              <w:t>ปรับปรุงข้อมูลให้เป็นปัจจุบัน</w:t>
            </w:r>
            <w:proofErr w:type="spellEnd"/>
            <w:r>
              <w:br/>
              <w:t>-การจัดทำข้อมูลสาธารณะตามเกณฑ์</w:t>
            </w:r>
            <w:proofErr w:type="spellStart"/>
            <w:r>
              <w:t>การประเมินและข้อมูล</w:t>
            </w:r>
            <w:proofErr w:type="spellEnd"/>
            <w:r w:rsidR="00610BEF">
              <w:t xml:space="preserve"> </w:t>
            </w:r>
            <w:proofErr w:type="spellStart"/>
            <w:r>
              <w:t>ที่เกี่ยวข้องต่างๆ</w:t>
            </w:r>
            <w:proofErr w:type="spellEnd"/>
            <w:r>
              <w:br/>
              <w:t>-จัดทำมาตรการ/กิจกรรมที่แสดง</w:t>
            </w:r>
            <w:proofErr w:type="spellStart"/>
            <w:r>
              <w:t>ถึงการพัฒนาการปฏิบัติ</w:t>
            </w:r>
            <w:proofErr w:type="spellEnd"/>
            <w:r w:rsidR="00610BEF">
              <w:t xml:space="preserve"> </w:t>
            </w:r>
            <w:proofErr w:type="spellStart"/>
            <w:r>
              <w:t>งานและการให้บริการ</w:t>
            </w:r>
            <w:proofErr w:type="spellEnd"/>
            <w:r>
              <w:t xml:space="preserve"> </w:t>
            </w:r>
            <w:proofErr w:type="spellStart"/>
            <w:r>
              <w:t>เพื่อยกระดับภาพลักษณ์</w:t>
            </w:r>
            <w:proofErr w:type="spellEnd"/>
            <w:r>
              <w:t xml:space="preserve"> </w:t>
            </w:r>
            <w:proofErr w:type="spellStart"/>
            <w:r>
              <w:t>ความสุจริตของสถานีตำรวจต่อสาธารณะ</w:t>
            </w:r>
            <w:proofErr w:type="spellEnd"/>
            <w:r>
              <w:t xml:space="preserve"> </w:t>
            </w:r>
            <w:proofErr w:type="spellStart"/>
            <w:r>
              <w:t>อย่างน้อย</w:t>
            </w:r>
            <w:proofErr w:type="spellEnd"/>
            <w:r>
              <w:t xml:space="preserve"> ๑ </w:t>
            </w:r>
            <w:proofErr w:type="spellStart"/>
            <w:r>
              <w:lastRenderedPageBreak/>
              <w:t>มาตรการ</w:t>
            </w:r>
            <w:proofErr w:type="spellEnd"/>
            <w:r>
              <w:t>/</w:t>
            </w:r>
            <w:proofErr w:type="spellStart"/>
            <w:r>
              <w:t>กิจกรรม</w:t>
            </w:r>
            <w:proofErr w:type="spellEnd"/>
          </w:p>
        </w:tc>
        <w:tc>
          <w:tcPr>
            <w:tcW w:w="2880" w:type="dxa"/>
          </w:tcPr>
          <w:p w14:paraId="2FA9E3D1" w14:textId="7BC86454" w:rsidR="00BC29D0" w:rsidRDefault="00BC29D0" w:rsidP="00F85253">
            <w:pPr>
              <w:rPr>
                <w:rFonts w:hint="cs"/>
                <w:cs/>
                <w:lang w:bidi="th-TH"/>
              </w:rPr>
            </w:pPr>
            <w:proofErr w:type="spellStart"/>
            <w:r>
              <w:lastRenderedPageBreak/>
              <w:t>ผู้ควบคุม</w:t>
            </w:r>
            <w:proofErr w:type="spellEnd"/>
            <w:r>
              <w:br/>
            </w:r>
            <w:proofErr w:type="spellStart"/>
            <w:r>
              <w:t>พ.ต.ท</w:t>
            </w:r>
            <w:proofErr w:type="spellEnd"/>
            <w:r>
              <w:t>.</w:t>
            </w:r>
            <w:r w:rsidR="00AB2686">
              <w:rPr>
                <w:cs/>
                <w:lang w:bidi="th-TH"/>
              </w:rPr>
              <w:t>สวาท ศรีแนน</w:t>
            </w:r>
            <w:r>
              <w:br/>
            </w:r>
            <w:r>
              <w:br/>
            </w:r>
            <w:proofErr w:type="spellStart"/>
            <w:r>
              <w:t>ผู้นำข้อมูลลงเว็บไซต์</w:t>
            </w:r>
            <w:proofErr w:type="spellEnd"/>
            <w:r>
              <w:br/>
            </w:r>
            <w:r w:rsidR="00AB2686">
              <w:rPr>
                <w:cs/>
                <w:lang w:bidi="th-TH"/>
              </w:rPr>
              <w:t>ด.ต.</w:t>
            </w:r>
            <w:proofErr w:type="gramStart"/>
            <w:r w:rsidR="00AB2686">
              <w:rPr>
                <w:cs/>
                <w:lang w:bidi="th-TH"/>
              </w:rPr>
              <w:t>สุรชัย  วังคะฮาต</w:t>
            </w:r>
            <w:proofErr w:type="gramEnd"/>
            <w:r>
              <w:br/>
            </w:r>
            <w:r>
              <w:br/>
            </w:r>
            <w:proofErr w:type="spellStart"/>
            <w:r>
              <w:t>ผู้จัดทำข้อมูล</w:t>
            </w:r>
            <w:proofErr w:type="spellEnd"/>
            <w:r>
              <w:br/>
            </w:r>
            <w:proofErr w:type="spellStart"/>
            <w:r>
              <w:t>ด.ต</w:t>
            </w:r>
            <w:proofErr w:type="spellEnd"/>
            <w:r>
              <w:t>.</w:t>
            </w:r>
            <w:proofErr w:type="gramStart"/>
            <w:r w:rsidR="00610BEF">
              <w:rPr>
                <w:rFonts w:hint="cs"/>
                <w:cs/>
                <w:lang w:bidi="th-TH"/>
              </w:rPr>
              <w:t>สุรชัย  วังคะฮาต</w:t>
            </w:r>
            <w:proofErr w:type="gramEnd"/>
          </w:p>
        </w:tc>
      </w:tr>
      <w:tr w:rsidR="00BC29D0" w14:paraId="023A4D5C" w14:textId="77777777" w:rsidTr="00F85253">
        <w:tc>
          <w:tcPr>
            <w:tcW w:w="2880" w:type="dxa"/>
          </w:tcPr>
          <w:p w14:paraId="3D4779BF" w14:textId="61F4F740" w:rsidR="00BC29D0" w:rsidRDefault="00BC29D0" w:rsidP="00F85253">
            <w:r>
              <w:t>O๑๘ การรายงานผล</w:t>
            </w:r>
            <w:proofErr w:type="spellStart"/>
            <w:r>
              <w:t>การดำเนินการตามมาตรการ</w:t>
            </w:r>
            <w:proofErr w:type="spellEnd"/>
            <w:r w:rsidR="00610BEF">
              <w:t xml:space="preserve"> </w:t>
            </w:r>
            <w:proofErr w:type="spellStart"/>
            <w:r>
              <w:t>ยก</w:t>
            </w:r>
            <w:proofErr w:type="spellEnd"/>
            <w:r w:rsidR="00610BEF">
              <w:t xml:space="preserve"> </w:t>
            </w:r>
            <w:proofErr w:type="spellStart"/>
            <w:r>
              <w:t>ระดับคุณธรรมและความโปร่งใสภายใน</w:t>
            </w:r>
            <w:proofErr w:type="spellEnd"/>
            <w:r w:rsidR="00610BEF">
              <w:t xml:space="preserve"> </w:t>
            </w:r>
            <w:proofErr w:type="spellStart"/>
            <w:r>
              <w:t>หน่วยงาน</w:t>
            </w:r>
            <w:proofErr w:type="spellEnd"/>
          </w:p>
        </w:tc>
        <w:tc>
          <w:tcPr>
            <w:tcW w:w="2880" w:type="dxa"/>
          </w:tcPr>
          <w:p w14:paraId="7A167B56" w14:textId="2EC4D588" w:rsidR="00BC29D0" w:rsidRDefault="00BC29D0" w:rsidP="00F85253">
            <w:r>
              <w:t>การรายงานผลการดำเนินการตามมาตรการยกระดับคุณธรรมและความโปร่งใสภายในหน่วยงาน</w:t>
            </w:r>
            <w:r>
              <w:br/>
              <w:t>-เป็นกิจกรรมหรือการดำเนินการ</w:t>
            </w:r>
            <w:proofErr w:type="spellStart"/>
            <w:r>
              <w:t>ที่สอดคล้องกับมาตรการ</w:t>
            </w:r>
            <w:proofErr w:type="spellEnd"/>
            <w:r w:rsidR="00610BEF">
              <w:t xml:space="preserve"> </w:t>
            </w:r>
            <w:proofErr w:type="spellStart"/>
            <w:r>
              <w:t>การ</w:t>
            </w:r>
            <w:proofErr w:type="spellEnd"/>
            <w:r w:rsidR="00610BEF">
              <w:t xml:space="preserve"> </w:t>
            </w:r>
            <w:proofErr w:type="spellStart"/>
            <w:r>
              <w:t>ยกระดับคุณธรรมและความโปร่งใสภายในหน่วยงาน</w:t>
            </w:r>
            <w:proofErr w:type="spellEnd"/>
            <w:r>
              <w:t xml:space="preserve"> </w:t>
            </w:r>
            <w:proofErr w:type="spellStart"/>
            <w:r>
              <w:t>ตามข้อ</w:t>
            </w:r>
            <w:proofErr w:type="spellEnd"/>
            <w:r>
              <w:t xml:space="preserve"> O๑๗ </w:t>
            </w:r>
            <w:proofErr w:type="spellStart"/>
            <w:r>
              <w:t>ที่สถานีตำรวจได้ดำเนินการ</w:t>
            </w:r>
            <w:proofErr w:type="spellEnd"/>
            <w:r>
              <w:t xml:space="preserve"> </w:t>
            </w:r>
            <w:proofErr w:type="spellStart"/>
            <w:r>
              <w:t>อย่างน้อย</w:t>
            </w:r>
            <w:proofErr w:type="spellEnd"/>
            <w:r w:rsidR="00610BEF">
              <w:t xml:space="preserve"> </w:t>
            </w:r>
            <w:proofErr w:type="spellStart"/>
            <w:r>
              <w:t>ประกอบด้วย</w:t>
            </w:r>
            <w:proofErr w:type="spellEnd"/>
            <w:r>
              <w:br/>
              <w:t xml:space="preserve"> -</w:t>
            </w:r>
            <w:proofErr w:type="spellStart"/>
            <w:r>
              <w:t>ภาพกิจกรรมที่แสดงถึง</w:t>
            </w:r>
            <w:proofErr w:type="spellEnd"/>
            <w:r>
              <w:t xml:space="preserve"> </w:t>
            </w:r>
            <w:proofErr w:type="spellStart"/>
            <w:r>
              <w:t>การศึกษาและวิเคราะห์</w:t>
            </w:r>
            <w:proofErr w:type="spellEnd"/>
            <w:r>
              <w:t xml:space="preserve"> กรอบการประเมินประเด็นที่ต้องดำเนินการและประเด็นที่ต้องปรับปรุงและพัฒนาในปีงบประมาณ </w:t>
            </w:r>
            <w:proofErr w:type="spellStart"/>
            <w:r>
              <w:t>พ.ศ</w:t>
            </w:r>
            <w:proofErr w:type="spellEnd"/>
            <w:r>
              <w:t xml:space="preserve">. ๒๕๖๙ </w:t>
            </w:r>
            <w:proofErr w:type="spellStart"/>
            <w:r>
              <w:t>และกำหนดผู้รับผิดชอบ</w:t>
            </w:r>
            <w:proofErr w:type="spellEnd"/>
            <w:r>
              <w:br/>
              <w:t xml:space="preserve"> -</w:t>
            </w:r>
            <w:proofErr w:type="spellStart"/>
            <w:r>
              <w:t>ภาพกิจกรรมที่แสดงถึงหัวหน้าหน่วยงานกำกับ</w:t>
            </w:r>
            <w:proofErr w:type="spellEnd"/>
            <w:r>
              <w:t xml:space="preserve"> </w:t>
            </w:r>
            <w:proofErr w:type="spellStart"/>
            <w:r>
              <w:t>ติดตามการประเมิน</w:t>
            </w:r>
            <w:proofErr w:type="spellEnd"/>
            <w:r>
              <w:br/>
              <w:t xml:space="preserve"> -</w:t>
            </w:r>
            <w:proofErr w:type="spellStart"/>
            <w:r>
              <w:t>ภาพกิจกรรมที่แสดงถึงการเตรียมความพร้อมการ</w:t>
            </w:r>
            <w:proofErr w:type="spellEnd"/>
            <w:r w:rsidR="00610BEF">
              <w:t xml:space="preserve"> </w:t>
            </w:r>
            <w:proofErr w:type="spellStart"/>
            <w:r>
              <w:t>เผยแพร่ข้อมูลสาธารณะ</w:t>
            </w:r>
            <w:proofErr w:type="spellEnd"/>
            <w:r>
              <w:t xml:space="preserve"> (OIT) </w:t>
            </w:r>
            <w:proofErr w:type="spellStart"/>
            <w:r>
              <w:t>ตามแบบตรวจ</w:t>
            </w:r>
            <w:proofErr w:type="spellEnd"/>
            <w:r>
              <w:t xml:space="preserve"> </w:t>
            </w:r>
            <w:proofErr w:type="spellStart"/>
            <w:r>
              <w:t>การเปิดเผยข้อมูลสาธารณะ</w:t>
            </w:r>
            <w:proofErr w:type="spellEnd"/>
            <w:r>
              <w:t xml:space="preserve"> </w:t>
            </w:r>
            <w:proofErr w:type="spellStart"/>
            <w:r>
              <w:t>เช่น</w:t>
            </w:r>
            <w:proofErr w:type="spellEnd"/>
            <w:r>
              <w:t xml:space="preserve"> </w:t>
            </w:r>
            <w:proofErr w:type="spellStart"/>
            <w:r>
              <w:t>การประชุมมอบหมายผู้รับผิดชอบการเผยแพร่ข้อมูล</w:t>
            </w:r>
            <w:proofErr w:type="spellEnd"/>
            <w:r w:rsidR="00610BEF">
              <w:t xml:space="preserve"> </w:t>
            </w:r>
            <w:proofErr w:type="spellStart"/>
            <w:r>
              <w:t>สาธารณะ</w:t>
            </w:r>
            <w:proofErr w:type="spellEnd"/>
            <w:r>
              <w:t xml:space="preserve"> (OIT)</w:t>
            </w:r>
            <w:r>
              <w:br/>
              <w:t xml:space="preserve"> -</w:t>
            </w:r>
            <w:proofErr w:type="spellStart"/>
            <w:r>
              <w:t>ภาพกิจกรรมที่แสดงถึงการดำเนินการตามมาตรการ</w:t>
            </w:r>
            <w:proofErr w:type="spellEnd"/>
            <w:r>
              <w:t xml:space="preserve">/ </w:t>
            </w:r>
            <w:proofErr w:type="spellStart"/>
            <w:r>
              <w:t>กิจกรรม</w:t>
            </w:r>
            <w:proofErr w:type="spellEnd"/>
            <w:r>
              <w:t xml:space="preserve"> </w:t>
            </w:r>
            <w:proofErr w:type="spellStart"/>
            <w:r>
              <w:t>การพัฒนาการปฏิบัติงานและการให้บริการเพื่อ</w:t>
            </w:r>
            <w:proofErr w:type="spellEnd"/>
            <w:r w:rsidR="00610BEF">
              <w:t xml:space="preserve"> </w:t>
            </w:r>
            <w:proofErr w:type="spellStart"/>
            <w:r>
              <w:t>ยกระดับภาพลักษณ์</w:t>
            </w:r>
            <w:proofErr w:type="spellEnd"/>
            <w:r>
              <w:t xml:space="preserve"> </w:t>
            </w:r>
            <w:proofErr w:type="spellStart"/>
            <w:r>
              <w:t>ความสุจริตของ</w:t>
            </w:r>
            <w:proofErr w:type="spellEnd"/>
            <w:r w:rsidR="00610BEF">
              <w:t xml:space="preserve"> </w:t>
            </w:r>
            <w:proofErr w:type="spellStart"/>
            <w:r>
              <w:t>สถานีตำรวจต่อ</w:t>
            </w:r>
            <w:proofErr w:type="spellEnd"/>
            <w:r w:rsidR="00610BEF">
              <w:t xml:space="preserve"> </w:t>
            </w:r>
            <w:proofErr w:type="spellStart"/>
            <w:r>
              <w:t>สาธารณะ</w:t>
            </w:r>
            <w:proofErr w:type="spellEnd"/>
          </w:p>
        </w:tc>
        <w:tc>
          <w:tcPr>
            <w:tcW w:w="2880" w:type="dxa"/>
          </w:tcPr>
          <w:p w14:paraId="4B86821C" w14:textId="5E3D8EFE" w:rsidR="00BC29D0" w:rsidRDefault="00BC29D0" w:rsidP="00F85253">
            <w:pPr>
              <w:rPr>
                <w:rFonts w:hint="cs"/>
                <w:cs/>
                <w:lang w:bidi="th-TH"/>
              </w:rPr>
            </w:pPr>
            <w:proofErr w:type="spellStart"/>
            <w:r>
              <w:t>ผู้ควบคุม</w:t>
            </w:r>
            <w:proofErr w:type="spellEnd"/>
            <w:r>
              <w:br/>
            </w:r>
            <w:proofErr w:type="spellStart"/>
            <w:r>
              <w:t>พ.ต.ท</w:t>
            </w:r>
            <w:proofErr w:type="spellEnd"/>
            <w:r>
              <w:t>.</w:t>
            </w:r>
            <w:r w:rsidR="00AB2686">
              <w:rPr>
                <w:cs/>
                <w:lang w:bidi="th-TH"/>
              </w:rPr>
              <w:t>สวาท ศรีแนน</w:t>
            </w:r>
            <w:r>
              <w:br/>
            </w:r>
            <w:r>
              <w:br/>
            </w:r>
            <w:proofErr w:type="spellStart"/>
            <w:r>
              <w:t>ผู้นำข้อมูลลงเว็บไซต์</w:t>
            </w:r>
            <w:proofErr w:type="spellEnd"/>
            <w:r>
              <w:br/>
            </w:r>
            <w:r w:rsidR="00AB2686">
              <w:rPr>
                <w:cs/>
                <w:lang w:bidi="th-TH"/>
              </w:rPr>
              <w:t>ด.ต.</w:t>
            </w:r>
            <w:proofErr w:type="gramStart"/>
            <w:r w:rsidR="00AB2686">
              <w:rPr>
                <w:cs/>
                <w:lang w:bidi="th-TH"/>
              </w:rPr>
              <w:t>สุรชัย  วังคะฮาต</w:t>
            </w:r>
            <w:proofErr w:type="gramEnd"/>
            <w:r>
              <w:br/>
            </w:r>
            <w:r>
              <w:br/>
            </w:r>
            <w:proofErr w:type="spellStart"/>
            <w:r>
              <w:t>ผู้จัดทำข้อมูล</w:t>
            </w:r>
            <w:proofErr w:type="spellEnd"/>
            <w:r>
              <w:br/>
            </w:r>
            <w:proofErr w:type="spellStart"/>
            <w:r>
              <w:t>ด.ต</w:t>
            </w:r>
            <w:proofErr w:type="spellEnd"/>
            <w:r>
              <w:t>.</w:t>
            </w:r>
            <w:r w:rsidR="00610BEF">
              <w:rPr>
                <w:rFonts w:hint="cs"/>
                <w:cs/>
                <w:lang w:bidi="th-TH"/>
              </w:rPr>
              <w:t>สุรชัย   วังคะฮาต</w:t>
            </w:r>
          </w:p>
        </w:tc>
      </w:tr>
    </w:tbl>
    <w:p w14:paraId="11B66617" w14:textId="77777777" w:rsidR="00BC29D0" w:rsidRDefault="00BC29D0" w:rsidP="00BC29D0">
      <w:r>
        <w:br w:type="page"/>
      </w:r>
    </w:p>
    <w:p w14:paraId="1D774585" w14:textId="77777777" w:rsidR="00BC29D0" w:rsidRPr="00D135FC" w:rsidRDefault="00BC29D0" w:rsidP="00BC29D0">
      <w:pPr>
        <w:rPr>
          <w:rFonts w:asciiTheme="majorBidi" w:hAnsiTheme="majorBidi" w:cstheme="majorBidi"/>
        </w:rPr>
      </w:pPr>
      <w:proofErr w:type="spellStart"/>
      <w:r w:rsidRPr="00D135FC">
        <w:rPr>
          <w:rFonts w:asciiTheme="majorBidi" w:hAnsiTheme="majorBidi" w:cstheme="majorBidi"/>
          <w:b/>
        </w:rPr>
        <w:lastRenderedPageBreak/>
        <w:t>ตารางการจัดทำเว็บไซต์</w:t>
      </w:r>
      <w:proofErr w:type="spellEnd"/>
      <w:r w:rsidRPr="00D135FC">
        <w:rPr>
          <w:rFonts w:asciiTheme="majorBidi" w:hAnsiTheme="majorBidi" w:cstheme="majorBidi"/>
          <w:b/>
        </w:rPr>
        <w:t>/</w:t>
      </w:r>
      <w:proofErr w:type="spellStart"/>
      <w:r w:rsidRPr="00D135FC">
        <w:rPr>
          <w:rFonts w:asciiTheme="majorBidi" w:hAnsiTheme="majorBidi" w:cstheme="majorBidi"/>
          <w:b/>
        </w:rPr>
        <w:t>ปรับปรุงข้อมูลให้เป็นปัจจุบัน</w:t>
      </w:r>
      <w:proofErr w:type="spellEnd"/>
    </w:p>
    <w:tbl>
      <w:tblPr>
        <w:tblStyle w:val="aff2"/>
        <w:tblW w:w="0" w:type="auto"/>
        <w:tblLook w:val="04A0" w:firstRow="1" w:lastRow="0" w:firstColumn="1" w:lastColumn="0" w:noHBand="0" w:noVBand="1"/>
      </w:tblPr>
      <w:tblGrid>
        <w:gridCol w:w="2371"/>
        <w:gridCol w:w="4787"/>
        <w:gridCol w:w="1698"/>
      </w:tblGrid>
      <w:tr w:rsidR="00BC29D0" w:rsidRPr="00D135FC" w14:paraId="126B0C01" w14:textId="77777777" w:rsidTr="00F85253"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</w:tcPr>
          <w:p w14:paraId="03B2BC89" w14:textId="77777777" w:rsidR="00BC29D0" w:rsidRPr="00D135FC" w:rsidRDefault="00BC29D0" w:rsidP="00F85253">
            <w:pPr>
              <w:jc w:val="center"/>
              <w:rPr>
                <w:rFonts w:asciiTheme="majorBidi" w:hAnsiTheme="majorBidi" w:cstheme="majorBidi"/>
              </w:rPr>
            </w:pPr>
            <w:proofErr w:type="spellStart"/>
            <w:r w:rsidRPr="00D135FC">
              <w:rPr>
                <w:rFonts w:asciiTheme="majorBidi" w:hAnsiTheme="majorBidi" w:cstheme="majorBidi"/>
                <w:b/>
                <w:color w:val="FFFFFF"/>
                <w:sz w:val="24"/>
              </w:rPr>
              <w:t>ด้าน</w:t>
            </w:r>
            <w:proofErr w:type="spellEnd"/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</w:tcPr>
          <w:p w14:paraId="7AF7969A" w14:textId="77777777" w:rsidR="00BC29D0" w:rsidRPr="00D135FC" w:rsidRDefault="00BC29D0" w:rsidP="00F85253">
            <w:pPr>
              <w:jc w:val="center"/>
              <w:rPr>
                <w:rFonts w:asciiTheme="majorBidi" w:hAnsiTheme="majorBidi" w:cstheme="majorBidi"/>
              </w:rPr>
            </w:pPr>
            <w:proofErr w:type="spellStart"/>
            <w:r w:rsidRPr="00D135FC">
              <w:rPr>
                <w:rFonts w:asciiTheme="majorBidi" w:hAnsiTheme="majorBidi" w:cstheme="majorBidi"/>
                <w:b/>
                <w:color w:val="FFFFFF"/>
                <w:sz w:val="24"/>
              </w:rPr>
              <w:t>ประเด็นที่ต้องยกระดับการพัฒนา</w:t>
            </w:r>
            <w:proofErr w:type="spellEnd"/>
            <w:r w:rsidRPr="00D135FC">
              <w:rPr>
                <w:rFonts w:asciiTheme="majorBidi" w:hAnsiTheme="majorBidi" w:cstheme="majorBidi"/>
                <w:b/>
                <w:color w:val="FFFFFF"/>
                <w:sz w:val="24"/>
              </w:rPr>
              <w:t>/</w:t>
            </w:r>
            <w:proofErr w:type="spellStart"/>
            <w:r w:rsidRPr="00D135FC">
              <w:rPr>
                <w:rFonts w:asciiTheme="majorBidi" w:hAnsiTheme="majorBidi" w:cstheme="majorBidi"/>
                <w:b/>
                <w:color w:val="FFFFFF"/>
                <w:sz w:val="24"/>
              </w:rPr>
              <w:t>ดำเนินการ</w:t>
            </w:r>
            <w:proofErr w:type="spellEnd"/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</w:tcPr>
          <w:p w14:paraId="0759930D" w14:textId="77777777" w:rsidR="00BC29D0" w:rsidRPr="00D135FC" w:rsidRDefault="00BC29D0" w:rsidP="00F85253">
            <w:pPr>
              <w:jc w:val="center"/>
              <w:rPr>
                <w:rFonts w:asciiTheme="majorBidi" w:hAnsiTheme="majorBidi" w:cstheme="majorBidi"/>
              </w:rPr>
            </w:pPr>
            <w:proofErr w:type="spellStart"/>
            <w:r w:rsidRPr="00D135FC">
              <w:rPr>
                <w:rFonts w:asciiTheme="majorBidi" w:hAnsiTheme="majorBidi" w:cstheme="majorBidi"/>
                <w:b/>
                <w:color w:val="FFFFFF"/>
                <w:sz w:val="24"/>
              </w:rPr>
              <w:t>ผู้รับผิดชอบ</w:t>
            </w:r>
            <w:proofErr w:type="spellEnd"/>
          </w:p>
        </w:tc>
      </w:tr>
      <w:tr w:rsidR="00BC29D0" w:rsidRPr="00D135FC" w14:paraId="59DC246E" w14:textId="77777777" w:rsidTr="00F85253">
        <w:tc>
          <w:tcPr>
            <w:tcW w:w="2880" w:type="dxa"/>
          </w:tcPr>
          <w:p w14:paraId="2FB83145" w14:textId="77777777" w:rsidR="00BC29D0" w:rsidRPr="00D135FC" w:rsidRDefault="00BC29D0" w:rsidP="00F85253">
            <w:pPr>
              <w:rPr>
                <w:rFonts w:asciiTheme="majorBidi" w:hAnsiTheme="majorBidi" w:cstheme="majorBidi"/>
              </w:rPr>
            </w:pPr>
            <w:proofErr w:type="spellStart"/>
            <w:r w:rsidRPr="00D135FC">
              <w:rPr>
                <w:rFonts w:asciiTheme="majorBidi" w:hAnsiTheme="majorBidi" w:cstheme="majorBidi"/>
              </w:rPr>
              <w:t>เว็บไซต์ของสถานี</w:t>
            </w:r>
            <w:proofErr w:type="spellEnd"/>
          </w:p>
        </w:tc>
        <w:tc>
          <w:tcPr>
            <w:tcW w:w="2880" w:type="dxa"/>
          </w:tcPr>
          <w:p w14:paraId="4846F2AA" w14:textId="77777777" w:rsidR="00BC29D0" w:rsidRPr="00D135FC" w:rsidRDefault="00BC29D0" w:rsidP="00F85253">
            <w:pPr>
              <w:rPr>
                <w:rFonts w:asciiTheme="majorBidi" w:hAnsiTheme="majorBidi" w:cstheme="majorBidi"/>
              </w:rPr>
            </w:pPr>
            <w:r w:rsidRPr="00D135FC">
              <w:rPr>
                <w:rFonts w:asciiTheme="majorBidi" w:hAnsiTheme="majorBidi" w:cstheme="majorBidi"/>
              </w:rPr>
              <w:t>-</w:t>
            </w:r>
            <w:proofErr w:type="spellStart"/>
            <w:r w:rsidRPr="00D135FC">
              <w:rPr>
                <w:rFonts w:asciiTheme="majorBidi" w:hAnsiTheme="majorBidi" w:cstheme="majorBidi"/>
              </w:rPr>
              <w:t>ดำเนินการจัดทำเว็บไซต์หลักของสถานี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ให้เชื่อมโยงกับสื่อสังคมออนไลน์ของสถานี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เช่น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gramStart"/>
            <w:r w:rsidRPr="00D135FC">
              <w:rPr>
                <w:rFonts w:asciiTheme="majorBidi" w:hAnsiTheme="majorBidi" w:cstheme="majorBidi"/>
              </w:rPr>
              <w:t>Facebook  TikTok</w:t>
            </w:r>
            <w:proofErr w:type="gramEnd"/>
          </w:p>
        </w:tc>
        <w:tc>
          <w:tcPr>
            <w:tcW w:w="2880" w:type="dxa"/>
          </w:tcPr>
          <w:p w14:paraId="64D8525A" w14:textId="65048A1F" w:rsidR="00BC29D0" w:rsidRPr="00D135FC" w:rsidRDefault="00AB2686" w:rsidP="00F85253">
            <w:pPr>
              <w:rPr>
                <w:rFonts w:asciiTheme="majorBidi" w:hAnsiTheme="majorBidi" w:cstheme="majorBidi"/>
              </w:rPr>
            </w:pPr>
            <w:r w:rsidRPr="00D135FC">
              <w:rPr>
                <w:rFonts w:asciiTheme="majorBidi" w:hAnsiTheme="majorBidi" w:cstheme="majorBidi"/>
                <w:cs/>
                <w:lang w:bidi="th-TH"/>
              </w:rPr>
              <w:t>ด.ต.สุรชัย  วังคะฮาต</w:t>
            </w:r>
          </w:p>
        </w:tc>
      </w:tr>
      <w:tr w:rsidR="00BC29D0" w:rsidRPr="00D135FC" w14:paraId="14709C9B" w14:textId="77777777" w:rsidTr="00F85253">
        <w:tc>
          <w:tcPr>
            <w:tcW w:w="2880" w:type="dxa"/>
          </w:tcPr>
          <w:p w14:paraId="6D6E72B7" w14:textId="77777777" w:rsidR="00BC29D0" w:rsidRPr="00D135FC" w:rsidRDefault="00BC29D0" w:rsidP="00F85253">
            <w:pPr>
              <w:rPr>
                <w:rFonts w:asciiTheme="majorBidi" w:hAnsiTheme="majorBidi" w:cstheme="majorBidi"/>
              </w:rPr>
            </w:pPr>
            <w:proofErr w:type="spellStart"/>
            <w:r w:rsidRPr="00D135FC">
              <w:rPr>
                <w:rFonts w:asciiTheme="majorBidi" w:hAnsiTheme="majorBidi" w:cstheme="majorBidi"/>
              </w:rPr>
              <w:t>ปรับปรุงเว็บไซต์ให้เป็นปัจจุบัน</w:t>
            </w:r>
            <w:proofErr w:type="spellEnd"/>
          </w:p>
        </w:tc>
        <w:tc>
          <w:tcPr>
            <w:tcW w:w="2880" w:type="dxa"/>
          </w:tcPr>
          <w:p w14:paraId="4133BFC1" w14:textId="77777777" w:rsidR="00BC29D0" w:rsidRPr="00D135FC" w:rsidRDefault="00BC29D0" w:rsidP="00F85253">
            <w:pPr>
              <w:rPr>
                <w:rFonts w:asciiTheme="majorBidi" w:hAnsiTheme="majorBidi" w:cstheme="majorBidi"/>
              </w:rPr>
            </w:pPr>
            <w:proofErr w:type="spellStart"/>
            <w:r w:rsidRPr="00D135FC">
              <w:rPr>
                <w:rFonts w:asciiTheme="majorBidi" w:hAnsiTheme="majorBidi" w:cstheme="majorBidi"/>
              </w:rPr>
              <w:t>เจ้าหน้าที่ดูแลเว็บไซต์ของสถานี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(admin)</w:t>
            </w:r>
            <w:r w:rsidRPr="00D135FC">
              <w:rPr>
                <w:rFonts w:asciiTheme="majorBidi" w:hAnsiTheme="majorBidi" w:cstheme="majorBidi"/>
              </w:rPr>
              <w:br/>
              <w:t>-</w:t>
            </w:r>
            <w:proofErr w:type="spellStart"/>
            <w:r w:rsidRPr="00D135FC">
              <w:rPr>
                <w:rFonts w:asciiTheme="majorBidi" w:hAnsiTheme="majorBidi" w:cstheme="majorBidi"/>
              </w:rPr>
              <w:t>ปรับปรุงข้อมูลให้ทันสมัย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เป็นปัจจุบัน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และเปิดเผยข้อมูลสม่ำเสมอ</w:t>
            </w:r>
            <w:proofErr w:type="spellEnd"/>
          </w:p>
        </w:tc>
        <w:tc>
          <w:tcPr>
            <w:tcW w:w="2880" w:type="dxa"/>
          </w:tcPr>
          <w:p w14:paraId="795030E4" w14:textId="2B6480D9" w:rsidR="00BC29D0" w:rsidRPr="00D135FC" w:rsidRDefault="00AB2686" w:rsidP="00F85253">
            <w:pPr>
              <w:rPr>
                <w:rFonts w:asciiTheme="majorBidi" w:hAnsiTheme="majorBidi" w:cstheme="majorBidi"/>
              </w:rPr>
            </w:pPr>
            <w:r w:rsidRPr="00D135FC">
              <w:rPr>
                <w:rFonts w:asciiTheme="majorBidi" w:hAnsiTheme="majorBidi" w:cstheme="majorBidi"/>
                <w:cs/>
                <w:lang w:bidi="th-TH"/>
              </w:rPr>
              <w:t>ด.ต.สุรชัย  วังคะฮาต</w:t>
            </w:r>
          </w:p>
        </w:tc>
      </w:tr>
      <w:tr w:rsidR="00BC29D0" w:rsidRPr="00D135FC" w14:paraId="4ED4C2FA" w14:textId="77777777" w:rsidTr="00F85253">
        <w:tc>
          <w:tcPr>
            <w:tcW w:w="2880" w:type="dxa"/>
          </w:tcPr>
          <w:p w14:paraId="3F34B0DD" w14:textId="77777777" w:rsidR="00BC29D0" w:rsidRPr="00D135FC" w:rsidRDefault="00BC29D0" w:rsidP="00F85253">
            <w:pPr>
              <w:rPr>
                <w:rFonts w:asciiTheme="majorBidi" w:hAnsiTheme="majorBidi" w:cstheme="majorBidi"/>
              </w:rPr>
            </w:pPr>
            <w:proofErr w:type="spellStart"/>
            <w:r w:rsidRPr="00D135FC">
              <w:rPr>
                <w:rFonts w:asciiTheme="majorBidi" w:hAnsiTheme="majorBidi" w:cstheme="majorBidi"/>
              </w:rPr>
              <w:t>การนำเข้าข้อมูลเว็บไซต์</w:t>
            </w:r>
            <w:proofErr w:type="spellEnd"/>
            <w:r w:rsidRPr="00D135FC">
              <w:rPr>
                <w:rFonts w:asciiTheme="majorBidi" w:hAnsiTheme="majorBidi" w:cstheme="majorBidi"/>
              </w:rPr>
              <w:br/>
              <w:t>https://itap.nacc.go.th</w:t>
            </w:r>
          </w:p>
        </w:tc>
        <w:tc>
          <w:tcPr>
            <w:tcW w:w="2880" w:type="dxa"/>
          </w:tcPr>
          <w:p w14:paraId="6371DDDB" w14:textId="77777777" w:rsidR="00BC29D0" w:rsidRPr="00D135FC" w:rsidRDefault="00BC29D0" w:rsidP="00F85253">
            <w:pPr>
              <w:rPr>
                <w:rFonts w:asciiTheme="majorBidi" w:hAnsiTheme="majorBidi" w:cstheme="majorBidi"/>
              </w:rPr>
            </w:pPr>
            <w:proofErr w:type="spellStart"/>
            <w:r w:rsidRPr="00D135FC">
              <w:rPr>
                <w:rFonts w:asciiTheme="majorBidi" w:hAnsiTheme="majorBidi" w:cstheme="majorBidi"/>
              </w:rPr>
              <w:t>นำเข้าข้อมูลผลการประเมิน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ดังนี้</w:t>
            </w:r>
            <w:proofErr w:type="spellEnd"/>
            <w:r w:rsidRPr="00D135FC">
              <w:rPr>
                <w:rFonts w:asciiTheme="majorBidi" w:hAnsiTheme="majorBidi" w:cstheme="majorBidi"/>
              </w:rPr>
              <w:br/>
              <w:t xml:space="preserve">- EIT </w:t>
            </w:r>
            <w:proofErr w:type="spellStart"/>
            <w:r w:rsidRPr="00D135FC">
              <w:rPr>
                <w:rFonts w:asciiTheme="majorBidi" w:hAnsiTheme="majorBidi" w:cstheme="majorBidi"/>
              </w:rPr>
              <w:t>แต่ละสายงาน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ดำเนินการให้ผู้มีส่วนได้ส่วนเสียภายนอก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ได้ทำแบบประเมินให้ครบถ้วนตามเกณฑ์ขั้นต่ำของแต่ละสายงานเป็นอย่างน้อย</w:t>
            </w:r>
            <w:r w:rsidRPr="00D135FC">
              <w:rPr>
                <w:rFonts w:asciiTheme="majorBidi" w:hAnsiTheme="majorBidi" w:cstheme="majorBidi"/>
              </w:rPr>
              <w:br/>
              <w:t xml:space="preserve">- OIT ดำเนินการนำลิงก์ที่เชื่อมโยงไปยังแต่ละตัวชี้วัดที่อยู่บนเว็บไซต์ </w:t>
            </w:r>
            <w:proofErr w:type="spellStart"/>
            <w:r w:rsidRPr="00D135FC">
              <w:rPr>
                <w:rFonts w:asciiTheme="majorBidi" w:hAnsiTheme="majorBidi" w:cstheme="majorBidi"/>
              </w:rPr>
              <w:t>วางในแบบตรวจประเมินให้ครบถ้วนทุกตัวชี้วัด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และตรวจสอบว่าสามารถเข้าไปสืบค้นข้อมูลได้จริง</w:t>
            </w:r>
            <w:proofErr w:type="spellEnd"/>
          </w:p>
        </w:tc>
        <w:tc>
          <w:tcPr>
            <w:tcW w:w="2880" w:type="dxa"/>
          </w:tcPr>
          <w:p w14:paraId="22591704" w14:textId="7AE73F30" w:rsidR="00BC29D0" w:rsidRPr="00D135FC" w:rsidRDefault="00AB2686" w:rsidP="00F85253">
            <w:pPr>
              <w:rPr>
                <w:rFonts w:asciiTheme="majorBidi" w:hAnsiTheme="majorBidi" w:cstheme="majorBidi"/>
              </w:rPr>
            </w:pPr>
            <w:r w:rsidRPr="00D135FC">
              <w:rPr>
                <w:rFonts w:asciiTheme="majorBidi" w:hAnsiTheme="majorBidi" w:cstheme="majorBidi"/>
                <w:cs/>
                <w:lang w:bidi="th-TH"/>
              </w:rPr>
              <w:t>ด.ต.สุรชัย  วังคะฮาต</w:t>
            </w:r>
          </w:p>
        </w:tc>
      </w:tr>
    </w:tbl>
    <w:p w14:paraId="5348D872" w14:textId="77777777" w:rsidR="00BC29D0" w:rsidRPr="00D135FC" w:rsidRDefault="00BC29D0" w:rsidP="00BC29D0">
      <w:pPr>
        <w:rPr>
          <w:rFonts w:asciiTheme="majorBidi" w:hAnsiTheme="majorBidi" w:cstheme="majorBidi"/>
        </w:rPr>
      </w:pPr>
    </w:p>
    <w:p w14:paraId="2CA46F46" w14:textId="77777777" w:rsidR="00BC29D0" w:rsidRPr="00D135FC" w:rsidRDefault="00BC29D0" w:rsidP="00BC29D0">
      <w:pPr>
        <w:rPr>
          <w:rFonts w:asciiTheme="majorBidi" w:hAnsiTheme="majorBidi" w:cstheme="majorBidi"/>
        </w:rPr>
      </w:pPr>
      <w:r w:rsidRPr="00D135FC">
        <w:rPr>
          <w:rFonts w:asciiTheme="majorBidi" w:hAnsiTheme="majorBidi" w:cstheme="majorBidi"/>
          <w:b/>
        </w:rPr>
        <w:t>ตารางการจัดทำข้อมูลสาธารณะตามเกณฑ์การประเมินและข้อมูล</w:t>
      </w:r>
      <w:proofErr w:type="spellStart"/>
      <w:r w:rsidRPr="00D135FC">
        <w:rPr>
          <w:rFonts w:asciiTheme="majorBidi" w:hAnsiTheme="majorBidi" w:cstheme="majorBidi"/>
          <w:b/>
        </w:rPr>
        <w:t>ที่เกี่ยวข้องต่างๆ</w:t>
      </w:r>
      <w:proofErr w:type="spellEnd"/>
      <w:r w:rsidRPr="00D135FC">
        <w:rPr>
          <w:rFonts w:asciiTheme="majorBidi" w:hAnsiTheme="majorBidi" w:cstheme="majorBidi"/>
          <w:b/>
        </w:rPr>
        <w:t xml:space="preserve"> </w:t>
      </w:r>
      <w:proofErr w:type="spellStart"/>
      <w:r w:rsidRPr="00D135FC">
        <w:rPr>
          <w:rFonts w:asciiTheme="majorBidi" w:hAnsiTheme="majorBidi" w:cstheme="majorBidi"/>
          <w:b/>
        </w:rPr>
        <w:t>ดังนี้</w:t>
      </w:r>
      <w:proofErr w:type="spellEnd"/>
    </w:p>
    <w:tbl>
      <w:tblPr>
        <w:tblStyle w:val="aff2"/>
        <w:tblW w:w="0" w:type="auto"/>
        <w:tblLook w:val="04A0" w:firstRow="1" w:lastRow="0" w:firstColumn="1" w:lastColumn="0" w:noHBand="0" w:noVBand="1"/>
      </w:tblPr>
      <w:tblGrid>
        <w:gridCol w:w="2433"/>
        <w:gridCol w:w="3065"/>
        <w:gridCol w:w="3358"/>
      </w:tblGrid>
      <w:tr w:rsidR="00BC29D0" w:rsidRPr="00D135FC" w14:paraId="1DF1C640" w14:textId="77777777" w:rsidTr="00F85253"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</w:tcPr>
          <w:p w14:paraId="3B4D8C73" w14:textId="77777777" w:rsidR="00BC29D0" w:rsidRPr="00D135FC" w:rsidRDefault="00BC29D0" w:rsidP="00F85253">
            <w:pPr>
              <w:jc w:val="center"/>
              <w:rPr>
                <w:rFonts w:asciiTheme="majorBidi" w:hAnsiTheme="majorBidi" w:cstheme="majorBidi"/>
              </w:rPr>
            </w:pPr>
            <w:proofErr w:type="spellStart"/>
            <w:r w:rsidRPr="00D135FC">
              <w:rPr>
                <w:rFonts w:asciiTheme="majorBidi" w:hAnsiTheme="majorBidi" w:cstheme="majorBidi"/>
                <w:b/>
                <w:color w:val="FFFFFF"/>
                <w:sz w:val="24"/>
              </w:rPr>
              <w:t>ด้าน</w:t>
            </w:r>
            <w:proofErr w:type="spellEnd"/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</w:tcPr>
          <w:p w14:paraId="2911DE36" w14:textId="77777777" w:rsidR="00BC29D0" w:rsidRPr="00D135FC" w:rsidRDefault="00BC29D0" w:rsidP="00F85253">
            <w:pPr>
              <w:jc w:val="center"/>
              <w:rPr>
                <w:rFonts w:asciiTheme="majorBidi" w:hAnsiTheme="majorBidi" w:cstheme="majorBidi"/>
              </w:rPr>
            </w:pPr>
            <w:proofErr w:type="spellStart"/>
            <w:r w:rsidRPr="00D135FC">
              <w:rPr>
                <w:rFonts w:asciiTheme="majorBidi" w:hAnsiTheme="majorBidi" w:cstheme="majorBidi"/>
                <w:b/>
                <w:color w:val="FFFFFF"/>
                <w:sz w:val="24"/>
              </w:rPr>
              <w:t>ประเด็นที่ต้องยกระดับการพัฒนา</w:t>
            </w:r>
            <w:proofErr w:type="spellEnd"/>
            <w:r w:rsidRPr="00D135FC">
              <w:rPr>
                <w:rFonts w:asciiTheme="majorBidi" w:hAnsiTheme="majorBidi" w:cstheme="majorBidi"/>
                <w:b/>
                <w:color w:val="FFFFFF"/>
                <w:sz w:val="24"/>
              </w:rPr>
              <w:t>/</w:t>
            </w:r>
            <w:proofErr w:type="spellStart"/>
            <w:r w:rsidRPr="00D135FC">
              <w:rPr>
                <w:rFonts w:asciiTheme="majorBidi" w:hAnsiTheme="majorBidi" w:cstheme="majorBidi"/>
                <w:b/>
                <w:color w:val="FFFFFF"/>
                <w:sz w:val="24"/>
              </w:rPr>
              <w:t>ดำเนินการ</w:t>
            </w:r>
            <w:proofErr w:type="spellEnd"/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</w:tcPr>
          <w:p w14:paraId="2D868D91" w14:textId="77777777" w:rsidR="00BC29D0" w:rsidRPr="00D135FC" w:rsidRDefault="00BC29D0" w:rsidP="00F85253">
            <w:pPr>
              <w:jc w:val="center"/>
              <w:rPr>
                <w:rFonts w:asciiTheme="majorBidi" w:hAnsiTheme="majorBidi" w:cstheme="majorBidi"/>
              </w:rPr>
            </w:pPr>
            <w:proofErr w:type="spellStart"/>
            <w:r w:rsidRPr="00D135FC">
              <w:rPr>
                <w:rFonts w:asciiTheme="majorBidi" w:hAnsiTheme="majorBidi" w:cstheme="majorBidi"/>
                <w:b/>
                <w:color w:val="FFFFFF"/>
                <w:sz w:val="24"/>
              </w:rPr>
              <w:t>ผู้รับผิดชอบ</w:t>
            </w:r>
            <w:proofErr w:type="spellEnd"/>
          </w:p>
        </w:tc>
      </w:tr>
      <w:tr w:rsidR="00BC29D0" w:rsidRPr="00D135FC" w14:paraId="7E373E1E" w14:textId="77777777" w:rsidTr="00F85253">
        <w:tc>
          <w:tcPr>
            <w:tcW w:w="86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14:paraId="5F4F3F2B" w14:textId="77777777" w:rsidR="00BC29D0" w:rsidRPr="00D135FC" w:rsidRDefault="00BC29D0" w:rsidP="00F85253">
            <w:pPr>
              <w:rPr>
                <w:rFonts w:asciiTheme="majorBidi" w:hAnsiTheme="majorBidi" w:cstheme="majorBidi"/>
              </w:rPr>
            </w:pPr>
            <w:proofErr w:type="spellStart"/>
            <w:r w:rsidRPr="00D135FC">
              <w:rPr>
                <w:rFonts w:asciiTheme="majorBidi" w:hAnsiTheme="majorBidi" w:cstheme="majorBidi"/>
                <w:b/>
                <w:sz w:val="24"/>
              </w:rPr>
              <w:t>การจัดทำข้อมูลสาธารณะตามเกณฑ์และข้อมูลที่เกี่ยวข้องต่างๆ</w:t>
            </w:r>
            <w:proofErr w:type="spellEnd"/>
          </w:p>
        </w:tc>
      </w:tr>
      <w:tr w:rsidR="00BC29D0" w:rsidRPr="00D135FC" w14:paraId="5068F50B" w14:textId="77777777" w:rsidTr="00F85253">
        <w:tc>
          <w:tcPr>
            <w:tcW w:w="2880" w:type="dxa"/>
          </w:tcPr>
          <w:p w14:paraId="2856FB83" w14:textId="77777777" w:rsidR="00BC29D0" w:rsidRPr="00D135FC" w:rsidRDefault="00BC29D0" w:rsidP="00F85253">
            <w:pPr>
              <w:rPr>
                <w:rFonts w:asciiTheme="majorBidi" w:hAnsiTheme="majorBidi" w:cstheme="majorBidi"/>
              </w:rPr>
            </w:pPr>
            <w:proofErr w:type="spellStart"/>
            <w:r w:rsidRPr="00D135FC">
              <w:rPr>
                <w:rFonts w:asciiTheme="majorBidi" w:hAnsiTheme="majorBidi" w:cstheme="majorBidi"/>
              </w:rPr>
              <w:t>การออกคำสั่งแต่งตั้งคณะทำงาน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และมีการมอบหมายหน้าที่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ชัดเจน</w:t>
            </w:r>
            <w:proofErr w:type="spellEnd"/>
          </w:p>
        </w:tc>
        <w:tc>
          <w:tcPr>
            <w:tcW w:w="2880" w:type="dxa"/>
          </w:tcPr>
          <w:p w14:paraId="2BFB98BF" w14:textId="77777777" w:rsidR="00BC29D0" w:rsidRPr="00D135FC" w:rsidRDefault="00BC29D0" w:rsidP="00F85253">
            <w:pPr>
              <w:rPr>
                <w:rFonts w:asciiTheme="majorBidi" w:hAnsiTheme="majorBidi" w:cstheme="majorBidi"/>
              </w:rPr>
            </w:pPr>
            <w:proofErr w:type="spellStart"/>
            <w:r w:rsidRPr="00D135FC">
              <w:rPr>
                <w:rFonts w:asciiTheme="majorBidi" w:hAnsiTheme="majorBidi" w:cstheme="majorBidi"/>
              </w:rPr>
              <w:t>ดำเนินการออกคำสั่งของหน่วยมอบหมายให้มี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เจ้าหน้าที่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รับผิดชอบข้อมูลการเผยแพร่ที่ชัดเจน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โดยให้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ผู้บังคับบัญชา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กำชับ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กำกับติดตาม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ให้ส่งข้อมูลให้เจ้าหน้าที่ดำเนินการ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เผยแพร่ข้อมูลสาธารณะ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ให้เป็นปัจจุบัน</w:t>
            </w:r>
            <w:proofErr w:type="spellEnd"/>
          </w:p>
        </w:tc>
        <w:tc>
          <w:tcPr>
            <w:tcW w:w="2880" w:type="dxa"/>
          </w:tcPr>
          <w:p w14:paraId="6E1FAE27" w14:textId="6BD4F85F" w:rsidR="00BC29D0" w:rsidRPr="00D135FC" w:rsidRDefault="00BC29D0" w:rsidP="00F85253">
            <w:pPr>
              <w:rPr>
                <w:rFonts w:asciiTheme="majorBidi" w:hAnsiTheme="majorBidi" w:cstheme="majorBidi"/>
              </w:rPr>
            </w:pPr>
            <w:r w:rsidRPr="00D135FC">
              <w:rPr>
                <w:rFonts w:asciiTheme="majorBidi" w:hAnsiTheme="majorBidi" w:cstheme="majorBidi"/>
              </w:rPr>
              <w:t>-</w:t>
            </w:r>
            <w:proofErr w:type="spellStart"/>
            <w:r w:rsidRPr="00D135FC">
              <w:rPr>
                <w:rFonts w:asciiTheme="majorBidi" w:hAnsiTheme="majorBidi" w:cstheme="majorBidi"/>
              </w:rPr>
              <w:t>งานอำนวยการจัดทำคำสั่ง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มอบหมายเจ้าหน้าที่ตำรวจทุกสายงานรับผิดชอบจัดทำ</w:t>
            </w:r>
            <w:proofErr w:type="spellEnd"/>
            <w:r w:rsid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ข้อมูล</w:t>
            </w:r>
            <w:proofErr w:type="spellEnd"/>
            <w:r w:rsidRPr="00D135FC">
              <w:rPr>
                <w:rFonts w:asciiTheme="majorBidi" w:hAnsiTheme="majorBidi" w:cstheme="majorBidi"/>
              </w:rPr>
              <w:br/>
              <w:t>-</w:t>
            </w:r>
            <w:proofErr w:type="spellStart"/>
            <w:r w:rsidRPr="00D135FC">
              <w:rPr>
                <w:rFonts w:asciiTheme="majorBidi" w:hAnsiTheme="majorBidi" w:cstheme="majorBidi"/>
              </w:rPr>
              <w:t>หัวหน้างาน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ทุกสายงาน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ควบคุมการปฏิบัติ</w:t>
            </w:r>
            <w:proofErr w:type="spellEnd"/>
          </w:p>
        </w:tc>
      </w:tr>
      <w:tr w:rsidR="00BC29D0" w:rsidRPr="00D135FC" w14:paraId="313138BE" w14:textId="77777777" w:rsidTr="00F85253">
        <w:tc>
          <w:tcPr>
            <w:tcW w:w="2880" w:type="dxa"/>
          </w:tcPr>
          <w:p w14:paraId="658D8FF8" w14:textId="77777777" w:rsidR="00BC29D0" w:rsidRPr="00D135FC" w:rsidRDefault="00BC29D0" w:rsidP="00F85253">
            <w:pPr>
              <w:rPr>
                <w:rFonts w:asciiTheme="majorBidi" w:hAnsiTheme="majorBidi" w:cstheme="majorBidi"/>
              </w:rPr>
            </w:pPr>
            <w:proofErr w:type="spellStart"/>
            <w:r w:rsidRPr="00D135FC">
              <w:rPr>
                <w:rFonts w:asciiTheme="majorBidi" w:hAnsiTheme="majorBidi" w:cstheme="majorBidi"/>
              </w:rPr>
              <w:t>การประชุมขับเคลื่อน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และ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กำกับติดตามการเผยแพร่ข้อมูล</w:t>
            </w:r>
            <w:proofErr w:type="spellEnd"/>
          </w:p>
        </w:tc>
        <w:tc>
          <w:tcPr>
            <w:tcW w:w="2880" w:type="dxa"/>
          </w:tcPr>
          <w:p w14:paraId="02D9094B" w14:textId="0CD869B4" w:rsidR="00BC29D0" w:rsidRPr="00D135FC" w:rsidRDefault="00BC29D0" w:rsidP="00F85253">
            <w:pPr>
              <w:rPr>
                <w:rFonts w:asciiTheme="majorBidi" w:hAnsiTheme="majorBidi" w:cstheme="majorBidi"/>
              </w:rPr>
            </w:pPr>
            <w:proofErr w:type="spellStart"/>
            <w:r w:rsidRPr="00D135FC">
              <w:rPr>
                <w:rFonts w:asciiTheme="majorBidi" w:hAnsiTheme="majorBidi" w:cstheme="majorBidi"/>
              </w:rPr>
              <w:t>มีการอบรมให้ความรู้แก่เจ้าหน้าที่ผู้รับผิดชอบ</w:t>
            </w:r>
            <w:proofErr w:type="spellEnd"/>
            <w:r w:rsidRPr="00D135FC">
              <w:rPr>
                <w:rFonts w:asciiTheme="majorBidi" w:hAnsiTheme="majorBidi" w:cstheme="majorBidi"/>
              </w:rPr>
              <w:br/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พ.ต.อ</w:t>
            </w:r>
            <w:proofErr w:type="spellEnd"/>
            <w:r w:rsidRPr="00D135FC">
              <w:rPr>
                <w:rFonts w:asciiTheme="majorBidi" w:hAnsiTheme="majorBidi" w:cstheme="majorBidi"/>
              </w:rPr>
              <w:t>.</w:t>
            </w:r>
            <w:proofErr w:type="gramStart"/>
            <w:r w:rsidR="00D135FC">
              <w:rPr>
                <w:rFonts w:asciiTheme="majorBidi" w:hAnsiTheme="majorBidi" w:cstheme="majorBidi" w:hint="cs"/>
                <w:cs/>
                <w:lang w:bidi="th-TH"/>
              </w:rPr>
              <w:t>วิจิตร  บุญ</w:t>
            </w:r>
            <w:proofErr w:type="spellStart"/>
            <w:r w:rsidR="00D135FC">
              <w:rPr>
                <w:rFonts w:asciiTheme="majorBidi" w:hAnsiTheme="majorBidi" w:cstheme="majorBidi" w:hint="cs"/>
                <w:cs/>
                <w:lang w:bidi="th-TH"/>
              </w:rPr>
              <w:t>วรร</w:t>
            </w:r>
            <w:proofErr w:type="spellEnd"/>
            <w:r w:rsidR="00D135FC">
              <w:rPr>
                <w:rFonts w:asciiTheme="majorBidi" w:hAnsiTheme="majorBidi" w:cstheme="majorBidi" w:hint="cs"/>
                <w:cs/>
                <w:lang w:bidi="th-TH"/>
              </w:rPr>
              <w:t>ณ</w:t>
            </w:r>
            <w:proofErr w:type="gram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ผกก.สภ</w:t>
            </w:r>
            <w:proofErr w:type="spellEnd"/>
            <w:r w:rsidRPr="00D135FC">
              <w:rPr>
                <w:rFonts w:asciiTheme="majorBidi" w:hAnsiTheme="majorBidi" w:cstheme="majorBidi"/>
              </w:rPr>
              <w:t>.</w:t>
            </w:r>
            <w:r w:rsidR="00774E0C" w:rsidRPr="00D135FC">
              <w:rPr>
                <w:rFonts w:asciiTheme="majorBidi" w:hAnsiTheme="majorBidi" w:cstheme="majorBidi"/>
                <w:cs/>
                <w:lang w:bidi="th-TH"/>
              </w:rPr>
              <w:t>หนองสูง</w:t>
            </w:r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และคณะทำงานการดำเนินการในการ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ขับเคลื่อนและกำกับติดตามการประเมินคุณธรรม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และความโปร่งใส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ในการดำเนินงานของ</w:t>
            </w:r>
            <w:proofErr w:type="spellEnd"/>
            <w:r w:rsid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หน่วย</w:t>
            </w:r>
            <w:proofErr w:type="spellEnd"/>
            <w:r w:rsid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งาน</w:t>
            </w:r>
            <w:proofErr w:type="spellEnd"/>
            <w:r w:rsidR="00D135FC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ภาครัฐ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(Integrity and Transparency </w:t>
            </w:r>
            <w:proofErr w:type="gramStart"/>
            <w:r w:rsidRPr="00D135FC">
              <w:rPr>
                <w:rFonts w:asciiTheme="majorBidi" w:hAnsiTheme="majorBidi" w:cstheme="majorBidi"/>
              </w:rPr>
              <w:t>Assessment :</w:t>
            </w:r>
            <w:proofErr w:type="gramEnd"/>
            <w:r w:rsidRPr="00D135FC">
              <w:rPr>
                <w:rFonts w:asciiTheme="majorBidi" w:hAnsiTheme="majorBidi" w:cstheme="majorBidi"/>
              </w:rPr>
              <w:t xml:space="preserve"> ITA) </w:t>
            </w:r>
            <w:proofErr w:type="spellStart"/>
            <w:r w:rsidRPr="00D135FC">
              <w:rPr>
                <w:rFonts w:asciiTheme="majorBidi" w:hAnsiTheme="majorBidi" w:cstheme="majorBidi"/>
              </w:rPr>
              <w:t>ของสถานีตำรวจภูธร</w:t>
            </w:r>
            <w:proofErr w:type="spellEnd"/>
            <w:r w:rsidR="00774E0C" w:rsidRPr="00D135FC">
              <w:rPr>
                <w:rFonts w:asciiTheme="majorBidi" w:hAnsiTheme="majorBidi" w:cstheme="majorBidi"/>
                <w:cs/>
                <w:lang w:bidi="th-TH"/>
              </w:rPr>
              <w:t>หนองสูง</w:t>
            </w:r>
          </w:p>
        </w:tc>
        <w:tc>
          <w:tcPr>
            <w:tcW w:w="2880" w:type="dxa"/>
          </w:tcPr>
          <w:p w14:paraId="5B4640CF" w14:textId="0CF69C40" w:rsidR="00BC29D0" w:rsidRPr="00D135FC" w:rsidRDefault="00BC29D0" w:rsidP="00F85253">
            <w:pPr>
              <w:rPr>
                <w:rFonts w:asciiTheme="majorBidi" w:hAnsiTheme="majorBidi" w:cstheme="majorBidi"/>
              </w:rPr>
            </w:pPr>
            <w:proofErr w:type="spellStart"/>
            <w:r w:rsidRPr="00D135FC">
              <w:rPr>
                <w:rFonts w:asciiTheme="majorBidi" w:hAnsiTheme="majorBidi" w:cstheme="majorBidi"/>
              </w:rPr>
              <w:t>พ.ต.อ</w:t>
            </w:r>
            <w:proofErr w:type="spellEnd"/>
            <w:r w:rsidRPr="00D135FC">
              <w:rPr>
                <w:rFonts w:asciiTheme="majorBidi" w:hAnsiTheme="majorBidi" w:cstheme="majorBidi"/>
              </w:rPr>
              <w:t>.</w:t>
            </w:r>
            <w:proofErr w:type="gramStart"/>
            <w:r w:rsidR="00D135FC">
              <w:rPr>
                <w:rFonts w:asciiTheme="majorBidi" w:hAnsiTheme="majorBidi" w:cstheme="majorBidi" w:hint="cs"/>
                <w:cs/>
                <w:lang w:bidi="th-TH"/>
              </w:rPr>
              <w:t>วิจิตร  บุญ</w:t>
            </w:r>
            <w:proofErr w:type="spellStart"/>
            <w:r w:rsidR="00D135FC">
              <w:rPr>
                <w:rFonts w:asciiTheme="majorBidi" w:hAnsiTheme="majorBidi" w:cstheme="majorBidi" w:hint="cs"/>
                <w:cs/>
                <w:lang w:bidi="th-TH"/>
              </w:rPr>
              <w:t>วรร</w:t>
            </w:r>
            <w:proofErr w:type="spellEnd"/>
            <w:r w:rsidR="00D135FC">
              <w:rPr>
                <w:rFonts w:asciiTheme="majorBidi" w:hAnsiTheme="majorBidi" w:cstheme="majorBidi" w:hint="cs"/>
                <w:cs/>
                <w:lang w:bidi="th-TH"/>
              </w:rPr>
              <w:t>ณ</w:t>
            </w:r>
            <w:proofErr w:type="gramEnd"/>
            <w:r w:rsidR="00D135FC">
              <w:rPr>
                <w:rFonts w:asciiTheme="majorBidi" w:hAnsiTheme="majorBidi" w:cstheme="majorBidi"/>
                <w:lang w:bidi="th-TH"/>
              </w:rPr>
              <w:t xml:space="preserve"> </w:t>
            </w:r>
            <w:proofErr w:type="spellStart"/>
            <w:r w:rsidRPr="00D135FC">
              <w:rPr>
                <w:rFonts w:asciiTheme="majorBidi" w:hAnsiTheme="majorBidi" w:cstheme="majorBidi"/>
              </w:rPr>
              <w:t>ผกก.สภ</w:t>
            </w:r>
            <w:proofErr w:type="spellEnd"/>
            <w:r w:rsidRPr="00D135FC">
              <w:rPr>
                <w:rFonts w:asciiTheme="majorBidi" w:hAnsiTheme="majorBidi" w:cstheme="majorBidi"/>
              </w:rPr>
              <w:t>.</w:t>
            </w:r>
            <w:r w:rsidR="00774E0C" w:rsidRPr="00D135FC">
              <w:rPr>
                <w:rFonts w:asciiTheme="majorBidi" w:hAnsiTheme="majorBidi" w:cstheme="majorBidi"/>
                <w:cs/>
                <w:lang w:bidi="th-TH"/>
              </w:rPr>
              <w:t>หนองสูง</w:t>
            </w:r>
            <w:r w:rsidRPr="00D135FC">
              <w:rPr>
                <w:rFonts w:asciiTheme="majorBidi" w:hAnsiTheme="majorBidi" w:cstheme="majorBidi"/>
              </w:rPr>
              <w:br/>
              <w:t>-</w:t>
            </w:r>
            <w:proofErr w:type="spellStart"/>
            <w:r w:rsidRPr="00D135FC">
              <w:rPr>
                <w:rFonts w:asciiTheme="majorBidi" w:hAnsiTheme="majorBidi" w:cstheme="majorBidi"/>
              </w:rPr>
              <w:t>คณะทำงานขับเคลื่อน</w:t>
            </w:r>
            <w:proofErr w:type="spellEnd"/>
            <w:r w:rsidRPr="00D135FC">
              <w:rPr>
                <w:rFonts w:asciiTheme="majorBidi" w:hAnsiTheme="majorBidi" w:cstheme="majorBidi"/>
              </w:rPr>
              <w:t xml:space="preserve"> ITA </w:t>
            </w:r>
            <w:proofErr w:type="spellStart"/>
            <w:r w:rsidRPr="00D135FC">
              <w:rPr>
                <w:rFonts w:asciiTheme="majorBidi" w:hAnsiTheme="majorBidi" w:cstheme="majorBidi"/>
                <w:sz w:val="24"/>
                <w:szCs w:val="24"/>
              </w:rPr>
              <w:t>สภ</w:t>
            </w:r>
            <w:proofErr w:type="spellEnd"/>
            <w:r w:rsidRPr="00D135FC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="00774E0C" w:rsidRPr="00D135FC">
              <w:rPr>
                <w:rFonts w:asciiTheme="majorBidi" w:hAnsiTheme="majorBidi" w:cstheme="majorBidi"/>
                <w:cs/>
                <w:lang w:bidi="th-TH"/>
              </w:rPr>
              <w:t>หนองสูง</w:t>
            </w:r>
          </w:p>
        </w:tc>
      </w:tr>
    </w:tbl>
    <w:p w14:paraId="485A9EF3" w14:textId="77777777" w:rsidR="00BC29D0" w:rsidRPr="00D135FC" w:rsidRDefault="00BC29D0" w:rsidP="00BC29D0">
      <w:pPr>
        <w:rPr>
          <w:rFonts w:asciiTheme="majorBidi" w:hAnsiTheme="majorBidi" w:cstheme="majorBidi"/>
        </w:rPr>
      </w:pPr>
    </w:p>
    <w:p w14:paraId="53358E1D" w14:textId="77777777" w:rsidR="00BC29D0" w:rsidRPr="00D135FC" w:rsidRDefault="00BC29D0" w:rsidP="00BC29D0">
      <w:pPr>
        <w:spacing w:after="0"/>
        <w:jc w:val="center"/>
        <w:rPr>
          <w:rFonts w:asciiTheme="majorBidi" w:hAnsiTheme="majorBidi" w:cstheme="majorBidi"/>
          <w:lang w:bidi="th-TH"/>
        </w:rPr>
      </w:pPr>
    </w:p>
    <w:p w14:paraId="2AE57ACD" w14:textId="77777777" w:rsidR="0011167D" w:rsidRPr="00D135FC" w:rsidRDefault="0011167D" w:rsidP="00BC29D0">
      <w:pPr>
        <w:spacing w:after="0"/>
        <w:jc w:val="center"/>
        <w:rPr>
          <w:rFonts w:asciiTheme="majorBidi" w:hAnsiTheme="majorBidi" w:cstheme="majorBidi"/>
          <w:lang w:bidi="th-TH"/>
        </w:rPr>
      </w:pPr>
    </w:p>
    <w:p w14:paraId="0C095A17" w14:textId="77777777" w:rsidR="0011167D" w:rsidRPr="00D135FC" w:rsidRDefault="0011167D" w:rsidP="00BC29D0">
      <w:pPr>
        <w:spacing w:after="0"/>
        <w:jc w:val="center"/>
        <w:rPr>
          <w:rFonts w:asciiTheme="majorBidi" w:hAnsiTheme="majorBidi" w:cstheme="majorBidi"/>
          <w:lang w:bidi="th-TH"/>
        </w:rPr>
      </w:pPr>
    </w:p>
    <w:p w14:paraId="561E1A61" w14:textId="77777777" w:rsidR="0011167D" w:rsidRPr="00D135FC" w:rsidRDefault="0011167D" w:rsidP="00BC29D0">
      <w:pPr>
        <w:spacing w:after="0"/>
        <w:jc w:val="center"/>
        <w:rPr>
          <w:rFonts w:asciiTheme="majorBidi" w:hAnsiTheme="majorBidi" w:cstheme="majorBidi"/>
          <w:lang w:bidi="th-TH"/>
        </w:rPr>
      </w:pPr>
    </w:p>
    <w:p w14:paraId="4116371C" w14:textId="77777777" w:rsidR="0011167D" w:rsidRDefault="0011167D" w:rsidP="00BC29D0">
      <w:pPr>
        <w:spacing w:after="0"/>
        <w:jc w:val="center"/>
        <w:rPr>
          <w:lang w:bidi="th-TH"/>
        </w:rPr>
      </w:pPr>
    </w:p>
    <w:p w14:paraId="1F799932" w14:textId="77777777" w:rsidR="008530EB" w:rsidRDefault="008530EB" w:rsidP="008530EB">
      <w:pPr>
        <w:rPr>
          <w:lang w:bidi="th-TH"/>
        </w:rPr>
      </w:pPr>
    </w:p>
    <w:p w14:paraId="7BD78933" w14:textId="77777777" w:rsidR="008530EB" w:rsidRDefault="008530EB" w:rsidP="008530EB">
      <w:pPr>
        <w:rPr>
          <w:sz w:val="32"/>
          <w:szCs w:val="32"/>
        </w:rPr>
      </w:pPr>
      <w:r w:rsidRPr="008530EB">
        <w:rPr>
          <w:rFonts w:asciiTheme="majorBidi" w:hAnsiTheme="majorBidi" w:cstheme="majorBidi" w:hint="cs"/>
          <w:sz w:val="32"/>
          <w:szCs w:val="32"/>
          <w:cs/>
          <w:lang w:bidi="th-TH"/>
        </w:rPr>
        <w:lastRenderedPageBreak/>
        <w:t>๔. ภาพกิจกรรม ที่แสดงถึงการดำเนินการตามมาตรการ/กิจกรรม การพัฒนาการปฏิบัติงาน และการให้บริการเพื่อยกระดับภาพลักษณ์ ความสุจริตของสถานีตำรวจต่อสาธารณะ</w:t>
      </w:r>
    </w:p>
    <w:p w14:paraId="2329466C" w14:textId="2A6A37DD" w:rsidR="008530EB" w:rsidRDefault="008530EB" w:rsidP="008530EB">
      <w:pPr>
        <w:rPr>
          <w:rFonts w:asciiTheme="majorBidi" w:hAnsiTheme="majorBidi" w:cstheme="majorBidi"/>
          <w:sz w:val="28"/>
          <w:szCs w:val="28"/>
          <w:lang w:bidi="th-TH"/>
        </w:rPr>
      </w:pPr>
      <w:r>
        <w:rPr>
          <w:sz w:val="32"/>
          <w:szCs w:val="32"/>
        </w:rPr>
        <w:tab/>
      </w:r>
      <w:r>
        <w:rPr>
          <w:rFonts w:hint="cs"/>
          <w:sz w:val="28"/>
          <w:szCs w:val="28"/>
          <w:cs/>
          <w:lang w:bidi="th-TH"/>
        </w:rPr>
        <w:t>เมื่อวันที่ ๗ พฤษภาคม ๒๕๖๙ เวลา ๐๙.๓๐ น. ณ ห้องประชุมชั้น ๒ สภ.หนองสูง พ.ต.อ.วิจิตร  บุญ</w:t>
      </w:r>
      <w:proofErr w:type="spellStart"/>
      <w:r>
        <w:rPr>
          <w:rFonts w:hint="cs"/>
          <w:sz w:val="28"/>
          <w:szCs w:val="28"/>
          <w:cs/>
          <w:lang w:bidi="th-TH"/>
        </w:rPr>
        <w:t>วรร</w:t>
      </w:r>
      <w:proofErr w:type="spellEnd"/>
      <w:r>
        <w:rPr>
          <w:rFonts w:hint="cs"/>
          <w:sz w:val="28"/>
          <w:szCs w:val="28"/>
          <w:cs/>
          <w:lang w:bidi="th-TH"/>
        </w:rPr>
        <w:t>ณ ผกก.สภ.หนองสูงและข้าราชการตำรวจในสังกัด สภ.หนองสูง ร่วมประกาศเจตจำนง ในการนำนโยบายการต่อต้านการรับสินบน (</w:t>
      </w:r>
      <w:r w:rsidR="00E37617">
        <w:rPr>
          <w:rFonts w:asciiTheme="majorBidi" w:hAnsiTheme="majorBidi" w:cstheme="majorBidi"/>
          <w:sz w:val="28"/>
          <w:szCs w:val="28"/>
          <w:lang w:bidi="th-TH"/>
        </w:rPr>
        <w:t>Anti-Bribery Policy</w:t>
      </w:r>
      <w:r w:rsidR="00E37617">
        <w:rPr>
          <w:rFonts w:asciiTheme="majorBidi" w:hAnsiTheme="majorBidi" w:cstheme="majorBidi" w:hint="cs"/>
          <w:sz w:val="28"/>
          <w:szCs w:val="28"/>
          <w:cs/>
          <w:lang w:bidi="th-TH"/>
        </w:rPr>
        <w:t>) ไปปฏิบัติเพื่อให้ทุกคนทราบและปฏิบัติ โดยชี้แจงให้เข้าใจถึงการไม่รับของขวัญ ของกำนัล ตามประกาศของสถานี ข้าราชการตำรวจทุกนายทราบ และตั้งมั่นปฏิบัติให้เกิดผลเป็นรูปธรรมและเป็นที่ประจักษ์ต่อสาธารณชน</w:t>
      </w:r>
    </w:p>
    <w:p w14:paraId="5D7CBA9A" w14:textId="74044F24" w:rsidR="0011167D" w:rsidRPr="00E37617" w:rsidRDefault="00E37617" w:rsidP="00E37617">
      <w:pPr>
        <w:jc w:val="center"/>
        <w:rPr>
          <w:rFonts w:asciiTheme="majorBidi" w:hAnsiTheme="majorBidi" w:cstheme="majorBidi"/>
          <w:sz w:val="28"/>
          <w:szCs w:val="28"/>
          <w:lang w:bidi="th-TH"/>
        </w:rPr>
      </w:pPr>
      <w:r>
        <w:rPr>
          <w:noProof/>
        </w:rPr>
        <w:drawing>
          <wp:inline distT="0" distB="0" distL="0" distR="0" wp14:anchorId="5F60246E" wp14:editId="21C7408E">
            <wp:extent cx="3933825" cy="2581275"/>
            <wp:effectExtent l="0" t="0" r="9525" b="9525"/>
            <wp:docPr id="114031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3108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167D" w:rsidRPr="008530EB">
        <w:br/>
      </w:r>
      <w:r>
        <w:rPr>
          <w:noProof/>
        </w:rPr>
        <w:drawing>
          <wp:inline distT="0" distB="0" distL="0" distR="0" wp14:anchorId="2711941D" wp14:editId="44F072D4">
            <wp:extent cx="3905250" cy="2733675"/>
            <wp:effectExtent l="0" t="0" r="0" b="9525"/>
            <wp:docPr id="21205063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50632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C4FE6" w14:textId="5817C677" w:rsidR="0011167D" w:rsidRDefault="0011167D" w:rsidP="0011167D">
      <w:pPr>
        <w:rPr>
          <w:rFonts w:hint="cs"/>
          <w:cs/>
          <w:lang w:bidi="th-TH"/>
        </w:rPr>
      </w:pPr>
      <w:r>
        <w:br w:type="page"/>
      </w:r>
    </w:p>
    <w:p w14:paraId="4F8DC06F" w14:textId="05DB9F4D" w:rsidR="0011167D" w:rsidRDefault="00C00E20" w:rsidP="0011167D">
      <w:r>
        <w:rPr>
          <w:noProof/>
        </w:rPr>
        <w:lastRenderedPageBreak/>
        <w:drawing>
          <wp:inline distT="0" distB="0" distL="0" distR="0" wp14:anchorId="33D0F609" wp14:editId="534D909C">
            <wp:extent cx="2503528" cy="5257800"/>
            <wp:effectExtent l="0" t="0" r="0" b="0"/>
            <wp:docPr id="14201715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17153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64563" cy="5385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0E20">
        <w:rPr>
          <w:noProof/>
        </w:rPr>
        <w:t xml:space="preserve"> </w:t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0E094AD3" wp14:editId="536513FF">
            <wp:extent cx="2600325" cy="5543550"/>
            <wp:effectExtent l="0" t="0" r="9525" b="0"/>
            <wp:docPr id="2742130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21308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554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28504" w14:textId="38264B20" w:rsidR="0011167D" w:rsidRDefault="0011167D" w:rsidP="0011167D">
      <w:r>
        <w:br w:type="page"/>
      </w:r>
      <w:r w:rsidR="00C00E20">
        <w:rPr>
          <w:noProof/>
        </w:rPr>
        <w:lastRenderedPageBreak/>
        <w:drawing>
          <wp:inline distT="0" distB="0" distL="0" distR="0" wp14:anchorId="301CCB97" wp14:editId="3C852F40">
            <wp:extent cx="2771442" cy="5762625"/>
            <wp:effectExtent l="0" t="0" r="0" b="0"/>
            <wp:docPr id="5066597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65971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92492" cy="58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4BD48" w14:textId="77777777" w:rsidR="00C00E20" w:rsidRDefault="00C00E20" w:rsidP="0011167D"/>
    <w:p w14:paraId="73F823CA" w14:textId="77777777" w:rsidR="00C00E20" w:rsidRDefault="00C00E20" w:rsidP="0011167D"/>
    <w:p w14:paraId="403A3578" w14:textId="77777777" w:rsidR="00C00E20" w:rsidRDefault="00C00E20" w:rsidP="0011167D"/>
    <w:p w14:paraId="7795F698" w14:textId="77777777" w:rsidR="00C00E20" w:rsidRDefault="00C00E20" w:rsidP="0011167D"/>
    <w:p w14:paraId="687EBA88" w14:textId="77777777" w:rsidR="00C00E20" w:rsidRDefault="00C00E20" w:rsidP="0011167D"/>
    <w:p w14:paraId="4B571B06" w14:textId="77777777" w:rsidR="00C00E20" w:rsidRDefault="00C00E20" w:rsidP="0011167D"/>
    <w:p w14:paraId="1715CB04" w14:textId="77777777" w:rsidR="00C00E20" w:rsidRDefault="00C00E20" w:rsidP="0011167D"/>
    <w:p w14:paraId="0CE2B86B" w14:textId="77777777" w:rsidR="009649AE" w:rsidRPr="009649AE" w:rsidRDefault="001E38B6" w:rsidP="009649AE">
      <w:pPr>
        <w:rPr>
          <w:rFonts w:asciiTheme="majorBidi" w:hAnsiTheme="majorBidi" w:cstheme="majorBidi"/>
          <w:b/>
          <w:bCs/>
          <w:sz w:val="28"/>
          <w:szCs w:val="28"/>
          <w:lang w:bidi="th-TH"/>
        </w:rPr>
      </w:pPr>
      <w:r w:rsidRPr="009649AE">
        <w:rPr>
          <w:rFonts w:asciiTheme="majorBidi" w:hAnsiTheme="majorBidi" w:cstheme="majorBidi" w:hint="cs"/>
          <w:b/>
          <w:bCs/>
          <w:sz w:val="28"/>
          <w:szCs w:val="28"/>
          <w:cs/>
          <w:lang w:bidi="th-TH"/>
        </w:rPr>
        <w:lastRenderedPageBreak/>
        <w:t>๔. ภาพกิจกรรมที่แสดงถึงการดำเนินการตามมาตรการ/กิจกรรม การพัฒนาการปฏิบัติงาน และการให้บริการเพื่อยกระดับภาพลักษณ์ ความสุจริตของสถานีตำรวจต่อสาธารณะ</w:t>
      </w:r>
    </w:p>
    <w:p w14:paraId="5FC71C1E" w14:textId="40155174" w:rsidR="001E38B6" w:rsidRDefault="001E38B6" w:rsidP="009649AE">
      <w:pPr>
        <w:jc w:val="center"/>
        <w:rPr>
          <w:rFonts w:asciiTheme="majorBidi" w:hAnsiTheme="majorBidi" w:cstheme="majorBidi"/>
          <w:sz w:val="28"/>
          <w:szCs w:val="28"/>
          <w:lang w:bidi="th-TH"/>
        </w:rPr>
      </w:pPr>
      <w:r>
        <w:rPr>
          <w:rFonts w:asciiTheme="majorBidi" w:hAnsiTheme="majorBidi" w:cstheme="majorBidi" w:hint="cs"/>
          <w:sz w:val="28"/>
          <w:szCs w:val="28"/>
          <w:cs/>
          <w:lang w:bidi="th-TH"/>
        </w:rPr>
        <w:t>จุดประชาสัมพันธ์/สอบถามความคืบหน้าการดำเนินคดี</w:t>
      </w:r>
    </w:p>
    <w:p w14:paraId="3DF07FD6" w14:textId="546E8B89" w:rsidR="009649AE" w:rsidRDefault="009649AE" w:rsidP="009649AE">
      <w:pPr>
        <w:rPr>
          <w:rFonts w:asciiTheme="majorBidi" w:hAnsiTheme="majorBidi" w:cstheme="majorBidi"/>
          <w:sz w:val="28"/>
          <w:szCs w:val="28"/>
          <w:lang w:bidi="th-TH"/>
        </w:rPr>
      </w:pPr>
      <w:r>
        <w:rPr>
          <w:noProof/>
        </w:rPr>
        <w:drawing>
          <wp:inline distT="0" distB="0" distL="0" distR="0" wp14:anchorId="406C7D70" wp14:editId="280515A9">
            <wp:extent cx="2695575" cy="1828800"/>
            <wp:effectExtent l="0" t="0" r="9525" b="0"/>
            <wp:docPr id="258307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30708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479C56" wp14:editId="586EFF1C">
            <wp:extent cx="2771775" cy="1828800"/>
            <wp:effectExtent l="0" t="0" r="9525" b="0"/>
            <wp:docPr id="5464616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461636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EFA44" w14:textId="755F34FD" w:rsidR="001E38B6" w:rsidRDefault="001E38B6" w:rsidP="009649AE">
      <w:pPr>
        <w:ind w:firstLine="720"/>
        <w:jc w:val="center"/>
        <w:rPr>
          <w:rFonts w:asciiTheme="majorBidi" w:hAnsiTheme="majorBidi" w:cstheme="majorBidi"/>
          <w:sz w:val="28"/>
          <w:szCs w:val="28"/>
          <w:lang w:bidi="th-TH"/>
        </w:rPr>
      </w:pPr>
      <w:r>
        <w:rPr>
          <w:rFonts w:asciiTheme="majorBidi" w:hAnsiTheme="majorBidi" w:cstheme="majorBidi" w:hint="cs"/>
          <w:sz w:val="28"/>
          <w:szCs w:val="28"/>
          <w:cs/>
          <w:lang w:bidi="th-TH"/>
        </w:rPr>
        <w:t>จัดให้มีเจ้าหน้าที่ประชาสัมพันธ์คอยให้คำแนะนำประชาชน</w:t>
      </w:r>
    </w:p>
    <w:p w14:paraId="7B53418E" w14:textId="259CF41F" w:rsidR="009649AE" w:rsidRDefault="009649AE" w:rsidP="001E38B6">
      <w:pPr>
        <w:jc w:val="center"/>
        <w:rPr>
          <w:rFonts w:asciiTheme="majorBidi" w:hAnsiTheme="majorBidi" w:cstheme="majorBidi"/>
          <w:sz w:val="28"/>
          <w:szCs w:val="28"/>
          <w:lang w:bidi="th-TH"/>
        </w:rPr>
      </w:pPr>
      <w:r>
        <w:rPr>
          <w:noProof/>
        </w:rPr>
        <w:drawing>
          <wp:inline distT="0" distB="0" distL="0" distR="0" wp14:anchorId="114E0C07" wp14:editId="78AE39BC">
            <wp:extent cx="2638425" cy="1771650"/>
            <wp:effectExtent l="0" t="0" r="9525" b="0"/>
            <wp:docPr id="10430402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04026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52846" w14:textId="5045D21F" w:rsidR="001E38B6" w:rsidRPr="00C00E20" w:rsidRDefault="001E38B6" w:rsidP="009649AE">
      <w:pPr>
        <w:jc w:val="center"/>
        <w:rPr>
          <w:rFonts w:asciiTheme="majorBidi" w:hAnsiTheme="majorBidi" w:cstheme="majorBidi" w:hint="cs"/>
          <w:sz w:val="28"/>
          <w:szCs w:val="28"/>
          <w:cs/>
          <w:lang w:bidi="th-TH"/>
        </w:rPr>
      </w:pPr>
      <w:r>
        <w:rPr>
          <w:rFonts w:asciiTheme="majorBidi" w:hAnsiTheme="majorBidi" w:cstheme="majorBidi" w:hint="cs"/>
          <w:sz w:val="28"/>
          <w:szCs w:val="28"/>
          <w:cs/>
          <w:lang w:bidi="th-TH"/>
        </w:rPr>
        <w:t>ติดป้ายพันธะสัญญาการให้บริการเพื่อให้ผู้มาใช้บริการตรวจสอบระยะเวลาได้อย่างชัดเจน</w:t>
      </w:r>
    </w:p>
    <w:p w14:paraId="29A38534" w14:textId="64FE9ED6" w:rsidR="00C00E20" w:rsidRDefault="009649AE" w:rsidP="009649AE">
      <w:pPr>
        <w:jc w:val="center"/>
      </w:pPr>
      <w:r>
        <w:rPr>
          <w:noProof/>
        </w:rPr>
        <w:drawing>
          <wp:inline distT="0" distB="0" distL="0" distR="0" wp14:anchorId="17207420" wp14:editId="490D345F">
            <wp:extent cx="3048000" cy="2124075"/>
            <wp:effectExtent l="0" t="0" r="0" b="9525"/>
            <wp:docPr id="13006637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663774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7D208" w14:textId="77777777" w:rsidR="009649AE" w:rsidRPr="009649AE" w:rsidRDefault="009649AE" w:rsidP="009649AE">
      <w:pPr>
        <w:rPr>
          <w:rFonts w:asciiTheme="majorBidi" w:hAnsiTheme="majorBidi" w:cstheme="majorBidi"/>
          <w:b/>
          <w:bCs/>
          <w:sz w:val="28"/>
          <w:szCs w:val="28"/>
          <w:lang w:bidi="th-TH"/>
        </w:rPr>
      </w:pPr>
      <w:r w:rsidRPr="009649AE">
        <w:rPr>
          <w:rFonts w:asciiTheme="majorBidi" w:hAnsiTheme="majorBidi" w:cstheme="majorBidi" w:hint="cs"/>
          <w:b/>
          <w:bCs/>
          <w:sz w:val="28"/>
          <w:szCs w:val="28"/>
          <w:cs/>
          <w:lang w:bidi="th-TH"/>
        </w:rPr>
        <w:lastRenderedPageBreak/>
        <w:t>๔. ภาพกิจกรรมที่แสดงถึงการดำเนินการตามมาตรการ/กิจกรรม การพัฒนาการปฏิบัติงาน และการให้บริการเพื่อยกระดับภาพลักษณ์ ความสุจริตของสถานีตำรวจต่อสาธารณะ</w:t>
      </w:r>
    </w:p>
    <w:p w14:paraId="267285AB" w14:textId="2AA0B077" w:rsidR="00C00E20" w:rsidRDefault="009649AE" w:rsidP="009649AE">
      <w:pPr>
        <w:spacing w:after="0" w:line="240" w:lineRule="auto"/>
        <w:jc w:val="center"/>
        <w:rPr>
          <w:rFonts w:asciiTheme="majorBidi" w:hAnsiTheme="majorBidi" w:cstheme="majorBidi"/>
          <w:sz w:val="28"/>
          <w:szCs w:val="28"/>
          <w:lang w:bidi="th-TH"/>
        </w:rPr>
      </w:pPr>
      <w:r>
        <w:rPr>
          <w:rFonts w:asciiTheme="majorBidi" w:hAnsiTheme="majorBidi" w:cstheme="majorBidi" w:hint="cs"/>
          <w:sz w:val="28"/>
          <w:szCs w:val="28"/>
          <w:cs/>
          <w:lang w:bidi="th-TH"/>
        </w:rPr>
        <w:t>มีการประกาศเจตนารมณ์ที่จะไม่รับของขวัญของกำนัลทุกชนิด</w:t>
      </w:r>
    </w:p>
    <w:p w14:paraId="02191593" w14:textId="23E22E46" w:rsidR="009649AE" w:rsidRDefault="009649AE" w:rsidP="009649AE">
      <w:pPr>
        <w:spacing w:after="0" w:line="240" w:lineRule="auto"/>
        <w:jc w:val="center"/>
        <w:rPr>
          <w:rFonts w:asciiTheme="majorBidi" w:hAnsiTheme="majorBidi" w:cstheme="majorBidi"/>
          <w:sz w:val="28"/>
          <w:szCs w:val="28"/>
          <w:lang w:bidi="th-TH"/>
        </w:rPr>
      </w:pPr>
      <w:r>
        <w:rPr>
          <w:rFonts w:asciiTheme="majorBidi" w:hAnsiTheme="majorBidi" w:cstheme="majorBidi" w:hint="cs"/>
          <w:sz w:val="28"/>
          <w:szCs w:val="28"/>
          <w:cs/>
          <w:lang w:bidi="th-TH"/>
        </w:rPr>
        <w:t>จากการปฏิบัติหน้าที่ (</w:t>
      </w:r>
      <w:r>
        <w:rPr>
          <w:rFonts w:asciiTheme="majorBidi" w:hAnsiTheme="majorBidi" w:cstheme="majorBidi"/>
          <w:sz w:val="28"/>
          <w:szCs w:val="28"/>
          <w:lang w:bidi="th-TH"/>
        </w:rPr>
        <w:t>No Gift Policy</w:t>
      </w:r>
      <w:r>
        <w:rPr>
          <w:rFonts w:asciiTheme="majorBidi" w:hAnsiTheme="majorBidi" w:cstheme="majorBidi" w:hint="cs"/>
          <w:sz w:val="28"/>
          <w:szCs w:val="28"/>
          <w:cs/>
          <w:lang w:bidi="th-TH"/>
        </w:rPr>
        <w:t>) ณ จุดบริการประชาชน</w:t>
      </w:r>
    </w:p>
    <w:p w14:paraId="7507A088" w14:textId="537D60E4" w:rsidR="00712D5F" w:rsidRPr="009649AE" w:rsidRDefault="00712D5F" w:rsidP="009649AE">
      <w:pPr>
        <w:spacing w:after="0" w:line="240" w:lineRule="auto"/>
        <w:jc w:val="center"/>
        <w:rPr>
          <w:rFonts w:asciiTheme="majorBidi" w:hAnsiTheme="majorBidi" w:cstheme="majorBidi" w:hint="cs"/>
          <w:sz w:val="28"/>
          <w:szCs w:val="28"/>
          <w:cs/>
          <w:lang w:bidi="th-TH"/>
        </w:rPr>
      </w:pPr>
      <w:r>
        <w:rPr>
          <w:noProof/>
        </w:rPr>
        <w:drawing>
          <wp:inline distT="0" distB="0" distL="0" distR="0" wp14:anchorId="0BFAEEC9" wp14:editId="6E583017">
            <wp:extent cx="4886325" cy="5715000"/>
            <wp:effectExtent l="0" t="0" r="9525" b="0"/>
            <wp:docPr id="2529440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944069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E8747" w14:textId="77777777" w:rsidR="00C00E20" w:rsidRDefault="00C00E20" w:rsidP="0011167D"/>
    <w:p w14:paraId="1F73DFCB" w14:textId="77777777" w:rsidR="00C00E20" w:rsidRDefault="00C00E20" w:rsidP="0011167D"/>
    <w:p w14:paraId="034C4477" w14:textId="77777777" w:rsidR="00C00E20" w:rsidRDefault="00C00E20" w:rsidP="0011167D"/>
    <w:p w14:paraId="03FED29A" w14:textId="77777777" w:rsidR="0011167D" w:rsidRDefault="0011167D" w:rsidP="0011167D">
      <w:r>
        <w:br w:type="page"/>
      </w:r>
    </w:p>
    <w:p w14:paraId="628DD417" w14:textId="77777777" w:rsidR="00712D5F" w:rsidRPr="009649AE" w:rsidRDefault="00712D5F" w:rsidP="00712D5F">
      <w:pPr>
        <w:rPr>
          <w:rFonts w:asciiTheme="majorBidi" w:hAnsiTheme="majorBidi" w:cstheme="majorBidi"/>
          <w:b/>
          <w:bCs/>
          <w:sz w:val="28"/>
          <w:szCs w:val="28"/>
          <w:lang w:bidi="th-TH"/>
        </w:rPr>
      </w:pPr>
      <w:r w:rsidRPr="009649AE">
        <w:rPr>
          <w:rFonts w:asciiTheme="majorBidi" w:hAnsiTheme="majorBidi" w:cstheme="majorBidi" w:hint="cs"/>
          <w:b/>
          <w:bCs/>
          <w:sz w:val="28"/>
          <w:szCs w:val="28"/>
          <w:cs/>
          <w:lang w:bidi="th-TH"/>
        </w:rPr>
        <w:lastRenderedPageBreak/>
        <w:t>๔. ภาพกิจกรรมที่แสดงถึงการดำเนินการตามมาตรการ/กิจกรรม การพัฒนาการปฏิบัติงาน และการให้บริการเพื่อยกระดับภาพลักษณ์ ความสุจริตของสถานีตำรวจต่อสาธารณะ</w:t>
      </w:r>
    </w:p>
    <w:p w14:paraId="3885BA2A" w14:textId="58F10354" w:rsidR="00712D5F" w:rsidRPr="00712D5F" w:rsidRDefault="00712D5F" w:rsidP="00712D5F">
      <w:pPr>
        <w:jc w:val="center"/>
        <w:rPr>
          <w:rFonts w:asciiTheme="majorBidi" w:hAnsiTheme="majorBidi" w:cstheme="majorBidi" w:hint="cs"/>
          <w:sz w:val="28"/>
          <w:szCs w:val="28"/>
          <w:lang w:bidi="th-TH"/>
        </w:rPr>
      </w:pPr>
      <w:r>
        <w:rPr>
          <w:rFonts w:asciiTheme="majorBidi" w:hAnsiTheme="majorBidi" w:cstheme="majorBidi" w:hint="cs"/>
          <w:sz w:val="28"/>
          <w:szCs w:val="28"/>
          <w:cs/>
          <w:lang w:bidi="th-TH"/>
        </w:rPr>
        <w:t xml:space="preserve">จัดสิ่งอำนวยความสะดวกในการให้บริการประชาชน ณ จุดบริการประชาชน </w:t>
      </w:r>
      <w:r>
        <w:rPr>
          <w:rFonts w:asciiTheme="majorBidi" w:hAnsiTheme="majorBidi" w:cstheme="majorBidi"/>
          <w:sz w:val="28"/>
          <w:szCs w:val="28"/>
          <w:lang w:bidi="th-TH"/>
        </w:rPr>
        <w:t>One Stop Service</w:t>
      </w:r>
    </w:p>
    <w:p w14:paraId="19A026A1" w14:textId="46B2ECBB" w:rsidR="0011167D" w:rsidRDefault="00712D5F" w:rsidP="00712D5F">
      <w:pPr>
        <w:spacing w:after="0"/>
        <w:rPr>
          <w:lang w:bidi="th-TH"/>
        </w:rPr>
      </w:pPr>
      <w:r>
        <w:rPr>
          <w:noProof/>
        </w:rPr>
        <w:drawing>
          <wp:inline distT="0" distB="0" distL="0" distR="0" wp14:anchorId="28E2E340" wp14:editId="667F3687">
            <wp:extent cx="1714500" cy="2209800"/>
            <wp:effectExtent l="0" t="0" r="0" b="0"/>
            <wp:docPr id="16921778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17785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9DC09F" wp14:editId="5D75EF9D">
            <wp:extent cx="1800225" cy="2209800"/>
            <wp:effectExtent l="0" t="0" r="9525" b="0"/>
            <wp:docPr id="3728826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882668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30ABA8" wp14:editId="1CA4647C">
            <wp:extent cx="1847850" cy="2190750"/>
            <wp:effectExtent l="0" t="0" r="0" b="0"/>
            <wp:docPr id="9912193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219378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BD1A3" w14:textId="77777777" w:rsidR="00BE19BE" w:rsidRDefault="00BE19BE" w:rsidP="00712D5F">
      <w:pPr>
        <w:spacing w:after="0"/>
        <w:rPr>
          <w:lang w:bidi="th-TH"/>
        </w:rPr>
      </w:pPr>
    </w:p>
    <w:p w14:paraId="25C13D85" w14:textId="4736F830" w:rsidR="00BE19BE" w:rsidRDefault="00BE19BE" w:rsidP="00712D5F">
      <w:pPr>
        <w:spacing w:after="0"/>
        <w:rPr>
          <w:lang w:bidi="th-TH"/>
        </w:rPr>
      </w:pPr>
      <w:r>
        <w:rPr>
          <w:noProof/>
        </w:rPr>
        <w:drawing>
          <wp:inline distT="0" distB="0" distL="0" distR="0" wp14:anchorId="24D62A52" wp14:editId="50444071">
            <wp:extent cx="1733550" cy="2133600"/>
            <wp:effectExtent l="0" t="0" r="0" b="0"/>
            <wp:docPr id="13657984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79847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FB2A11" wp14:editId="42DB5372">
            <wp:extent cx="1800225" cy="2124075"/>
            <wp:effectExtent l="0" t="0" r="9525" b="9525"/>
            <wp:docPr id="84720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2065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DC1B56" wp14:editId="6AA2ED06">
            <wp:extent cx="1838325" cy="2134235"/>
            <wp:effectExtent l="0" t="0" r="9525" b="0"/>
            <wp:docPr id="12463091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30917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213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0FEEA" w14:textId="77777777" w:rsidR="00BE19BE" w:rsidRDefault="00BE19BE" w:rsidP="00712D5F">
      <w:pPr>
        <w:spacing w:after="0"/>
        <w:rPr>
          <w:lang w:bidi="th-TH"/>
        </w:rPr>
      </w:pPr>
    </w:p>
    <w:p w14:paraId="492B3EBE" w14:textId="272A82CE" w:rsidR="00BE19BE" w:rsidRPr="0011167D" w:rsidRDefault="00BE19BE" w:rsidP="00BE19BE">
      <w:pPr>
        <w:spacing w:after="0"/>
        <w:jc w:val="center"/>
        <w:rPr>
          <w:lang w:bidi="th-TH"/>
        </w:rPr>
      </w:pPr>
      <w:r>
        <w:rPr>
          <w:noProof/>
        </w:rPr>
        <w:drawing>
          <wp:inline distT="0" distB="0" distL="0" distR="0" wp14:anchorId="24E8DF32" wp14:editId="1AD685D8">
            <wp:extent cx="1895475" cy="2124075"/>
            <wp:effectExtent l="0" t="0" r="9525" b="9525"/>
            <wp:docPr id="7502127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21276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19BE" w:rsidRPr="0011167D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766314772">
    <w:abstractNumId w:val="8"/>
  </w:num>
  <w:num w:numId="2" w16cid:durableId="2064478557">
    <w:abstractNumId w:val="6"/>
  </w:num>
  <w:num w:numId="3" w16cid:durableId="1072315233">
    <w:abstractNumId w:val="5"/>
  </w:num>
  <w:num w:numId="4" w16cid:durableId="2136558363">
    <w:abstractNumId w:val="4"/>
  </w:num>
  <w:num w:numId="5" w16cid:durableId="405809219">
    <w:abstractNumId w:val="7"/>
  </w:num>
  <w:num w:numId="6" w16cid:durableId="104085967">
    <w:abstractNumId w:val="3"/>
  </w:num>
  <w:num w:numId="7" w16cid:durableId="866790696">
    <w:abstractNumId w:val="2"/>
  </w:num>
  <w:num w:numId="8" w16cid:durableId="1590776021">
    <w:abstractNumId w:val="1"/>
  </w:num>
  <w:num w:numId="9" w16cid:durableId="39486027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34616"/>
    <w:rsid w:val="0006063C"/>
    <w:rsid w:val="0011167D"/>
    <w:rsid w:val="0015074B"/>
    <w:rsid w:val="001E38B6"/>
    <w:rsid w:val="00240F6A"/>
    <w:rsid w:val="0029639D"/>
    <w:rsid w:val="00317BD1"/>
    <w:rsid w:val="00326F90"/>
    <w:rsid w:val="004C09F7"/>
    <w:rsid w:val="00531B6B"/>
    <w:rsid w:val="0056797D"/>
    <w:rsid w:val="00610BEF"/>
    <w:rsid w:val="00623655"/>
    <w:rsid w:val="00634660"/>
    <w:rsid w:val="00655C00"/>
    <w:rsid w:val="006674AA"/>
    <w:rsid w:val="00686DFC"/>
    <w:rsid w:val="006D772D"/>
    <w:rsid w:val="00712D5F"/>
    <w:rsid w:val="00774E0C"/>
    <w:rsid w:val="008530EB"/>
    <w:rsid w:val="009649AE"/>
    <w:rsid w:val="00A1014F"/>
    <w:rsid w:val="00AA1D8D"/>
    <w:rsid w:val="00AA37DB"/>
    <w:rsid w:val="00AB2686"/>
    <w:rsid w:val="00B47730"/>
    <w:rsid w:val="00B86C33"/>
    <w:rsid w:val="00BC29D0"/>
    <w:rsid w:val="00BD7021"/>
    <w:rsid w:val="00BE19BE"/>
    <w:rsid w:val="00C00E20"/>
    <w:rsid w:val="00C1094E"/>
    <w:rsid w:val="00CB0664"/>
    <w:rsid w:val="00D06580"/>
    <w:rsid w:val="00D135FC"/>
    <w:rsid w:val="00D56DCD"/>
    <w:rsid w:val="00E37617"/>
    <w:rsid w:val="00EF0B0D"/>
    <w:rsid w:val="00F42A26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40D04A7"/>
  <w14:defaultImageDpi w14:val="300"/>
  <w15:docId w15:val="{3C1E2A94-55DA-4EB1-885E-3FB96AD87B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FC693F"/>
  </w:style>
  <w:style w:type="paragraph" w:styleId="1">
    <w:name w:val="heading 1"/>
    <w:basedOn w:val="a1"/>
    <w:next w:val="a1"/>
    <w:link w:val="10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1">
    <w:name w:val="heading 3"/>
    <w:basedOn w:val="a1"/>
    <w:next w:val="a1"/>
    <w:link w:val="32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1"/>
    <w:next w:val="a1"/>
    <w:link w:val="50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a6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2"/>
    <w:link w:val="a5"/>
    <w:uiPriority w:val="99"/>
    <w:rsid w:val="00E618BF"/>
  </w:style>
  <w:style w:type="paragraph" w:styleId="a7">
    <w:name w:val="footer"/>
    <w:basedOn w:val="a1"/>
    <w:link w:val="a8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2"/>
    <w:link w:val="a7"/>
    <w:uiPriority w:val="99"/>
    <w:rsid w:val="00E618BF"/>
  </w:style>
  <w:style w:type="paragraph" w:styleId="a9">
    <w:name w:val="No Spacing"/>
    <w:uiPriority w:val="1"/>
    <w:qFormat/>
    <w:rsid w:val="00FC693F"/>
    <w:pPr>
      <w:spacing w:after="0" w:line="240" w:lineRule="auto"/>
    </w:pPr>
  </w:style>
  <w:style w:type="character" w:customStyle="1" w:styleId="10">
    <w:name w:val="หัวเรื่อง 1 อักขระ"/>
    <w:basedOn w:val="a2"/>
    <w:link w:val="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2">
    <w:name w:val="หัวเรื่อง 2 อักขระ"/>
    <w:basedOn w:val="a2"/>
    <w:link w:val="2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หัวเรื่อง 3 อักขระ"/>
    <w:basedOn w:val="a2"/>
    <w:link w:val="3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a">
    <w:name w:val="Title"/>
    <w:basedOn w:val="a1"/>
    <w:next w:val="a1"/>
    <w:link w:val="ab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b">
    <w:name w:val="ชื่อเรื่อง อักขระ"/>
    <w:basedOn w:val="a2"/>
    <w:link w:val="aa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Subtitle"/>
    <w:basedOn w:val="a1"/>
    <w:next w:val="a1"/>
    <w:link w:val="ad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d">
    <w:name w:val="ชื่อเรื่องรอง อักขระ"/>
    <w:basedOn w:val="a2"/>
    <w:link w:val="ac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e">
    <w:name w:val="List Paragraph"/>
    <w:basedOn w:val="a1"/>
    <w:uiPriority w:val="34"/>
    <w:qFormat/>
    <w:rsid w:val="00FC693F"/>
    <w:pPr>
      <w:ind w:left="720"/>
      <w:contextualSpacing/>
    </w:pPr>
  </w:style>
  <w:style w:type="paragraph" w:styleId="af">
    <w:name w:val="Body Text"/>
    <w:basedOn w:val="a1"/>
    <w:link w:val="af0"/>
    <w:uiPriority w:val="99"/>
    <w:unhideWhenUsed/>
    <w:rsid w:val="00AA1D8D"/>
    <w:pPr>
      <w:spacing w:after="120"/>
    </w:pPr>
  </w:style>
  <w:style w:type="character" w:customStyle="1" w:styleId="af0">
    <w:name w:val="เนื้อความ อักขระ"/>
    <w:basedOn w:val="a2"/>
    <w:link w:val="af"/>
    <w:uiPriority w:val="99"/>
    <w:rsid w:val="00AA1D8D"/>
  </w:style>
  <w:style w:type="paragraph" w:styleId="23">
    <w:name w:val="Body Text 2"/>
    <w:basedOn w:val="a1"/>
    <w:link w:val="24"/>
    <w:uiPriority w:val="99"/>
    <w:unhideWhenUsed/>
    <w:rsid w:val="00AA1D8D"/>
    <w:pPr>
      <w:spacing w:after="120" w:line="480" w:lineRule="auto"/>
    </w:pPr>
  </w:style>
  <w:style w:type="character" w:customStyle="1" w:styleId="24">
    <w:name w:val="เนื้อความ 2 อักขระ"/>
    <w:basedOn w:val="a2"/>
    <w:link w:val="23"/>
    <w:uiPriority w:val="99"/>
    <w:rsid w:val="00AA1D8D"/>
  </w:style>
  <w:style w:type="paragraph" w:styleId="33">
    <w:name w:val="Body Text 3"/>
    <w:basedOn w:val="a1"/>
    <w:link w:val="34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34">
    <w:name w:val="เนื้อความ 3 อักขระ"/>
    <w:basedOn w:val="a2"/>
    <w:link w:val="33"/>
    <w:uiPriority w:val="99"/>
    <w:rsid w:val="00AA1D8D"/>
    <w:rPr>
      <w:sz w:val="16"/>
      <w:szCs w:val="16"/>
    </w:rPr>
  </w:style>
  <w:style w:type="paragraph" w:styleId="af1">
    <w:name w:val="List"/>
    <w:basedOn w:val="a1"/>
    <w:uiPriority w:val="99"/>
    <w:unhideWhenUsed/>
    <w:rsid w:val="00AA1D8D"/>
    <w:pPr>
      <w:ind w:left="360" w:hanging="360"/>
      <w:contextualSpacing/>
    </w:pPr>
  </w:style>
  <w:style w:type="paragraph" w:styleId="25">
    <w:name w:val="List 2"/>
    <w:basedOn w:val="a1"/>
    <w:uiPriority w:val="99"/>
    <w:unhideWhenUsed/>
    <w:rsid w:val="00326F90"/>
    <w:pPr>
      <w:ind w:left="720" w:hanging="360"/>
      <w:contextualSpacing/>
    </w:pPr>
  </w:style>
  <w:style w:type="paragraph" w:styleId="35">
    <w:name w:val="List 3"/>
    <w:basedOn w:val="a1"/>
    <w:uiPriority w:val="99"/>
    <w:unhideWhenUsed/>
    <w:rsid w:val="00326F90"/>
    <w:pPr>
      <w:ind w:left="1080" w:hanging="360"/>
      <w:contextualSpacing/>
    </w:pPr>
  </w:style>
  <w:style w:type="paragraph" w:styleId="a0">
    <w:name w:val="List Bullet"/>
    <w:basedOn w:val="a1"/>
    <w:uiPriority w:val="99"/>
    <w:unhideWhenUsed/>
    <w:rsid w:val="00326F90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unhideWhenUsed/>
    <w:rsid w:val="00326F90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unhideWhenUsed/>
    <w:rsid w:val="00326F90"/>
    <w:pPr>
      <w:numPr>
        <w:numId w:val="3"/>
      </w:numPr>
      <w:contextualSpacing/>
    </w:pPr>
  </w:style>
  <w:style w:type="paragraph" w:styleId="a">
    <w:name w:val="List Number"/>
    <w:basedOn w:val="a1"/>
    <w:uiPriority w:val="99"/>
    <w:unhideWhenUsed/>
    <w:rsid w:val="00326F90"/>
    <w:pPr>
      <w:numPr>
        <w:numId w:val="5"/>
      </w:numPr>
      <w:contextualSpacing/>
    </w:pPr>
  </w:style>
  <w:style w:type="paragraph" w:styleId="2">
    <w:name w:val="List Number 2"/>
    <w:basedOn w:val="a1"/>
    <w:uiPriority w:val="99"/>
    <w:unhideWhenUsed/>
    <w:rsid w:val="0029639D"/>
    <w:pPr>
      <w:numPr>
        <w:numId w:val="6"/>
      </w:numPr>
      <w:contextualSpacing/>
    </w:pPr>
  </w:style>
  <w:style w:type="paragraph" w:styleId="3">
    <w:name w:val="List Number 3"/>
    <w:basedOn w:val="a1"/>
    <w:uiPriority w:val="99"/>
    <w:unhideWhenUsed/>
    <w:rsid w:val="0029639D"/>
    <w:pPr>
      <w:numPr>
        <w:numId w:val="7"/>
      </w:numPr>
      <w:contextualSpacing/>
    </w:pPr>
  </w:style>
  <w:style w:type="paragraph" w:styleId="af2">
    <w:name w:val="List Continue"/>
    <w:basedOn w:val="a1"/>
    <w:uiPriority w:val="99"/>
    <w:unhideWhenUsed/>
    <w:rsid w:val="0029639D"/>
    <w:pPr>
      <w:spacing w:after="120"/>
      <w:ind w:left="360"/>
      <w:contextualSpacing/>
    </w:pPr>
  </w:style>
  <w:style w:type="paragraph" w:styleId="26">
    <w:name w:val="List Continue 2"/>
    <w:basedOn w:val="a1"/>
    <w:uiPriority w:val="99"/>
    <w:unhideWhenUsed/>
    <w:rsid w:val="0029639D"/>
    <w:pPr>
      <w:spacing w:after="120"/>
      <w:ind w:left="720"/>
      <w:contextualSpacing/>
    </w:pPr>
  </w:style>
  <w:style w:type="paragraph" w:styleId="36">
    <w:name w:val="List Continue 3"/>
    <w:basedOn w:val="a1"/>
    <w:uiPriority w:val="99"/>
    <w:unhideWhenUsed/>
    <w:rsid w:val="0029639D"/>
    <w:pPr>
      <w:spacing w:after="120"/>
      <w:ind w:left="1080"/>
      <w:contextualSpacing/>
    </w:pPr>
  </w:style>
  <w:style w:type="paragraph" w:styleId="af3">
    <w:name w:val="macro"/>
    <w:link w:val="af4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af4">
    <w:name w:val="ข้อความแมโคร อักขระ"/>
    <w:basedOn w:val="a2"/>
    <w:link w:val="af3"/>
    <w:uiPriority w:val="99"/>
    <w:rsid w:val="0029639D"/>
    <w:rPr>
      <w:rFonts w:ascii="Courier" w:hAnsi="Courier"/>
      <w:sz w:val="20"/>
      <w:szCs w:val="20"/>
    </w:rPr>
  </w:style>
  <w:style w:type="paragraph" w:styleId="af5">
    <w:name w:val="Quote"/>
    <w:basedOn w:val="a1"/>
    <w:next w:val="a1"/>
    <w:link w:val="af6"/>
    <w:uiPriority w:val="29"/>
    <w:qFormat/>
    <w:rsid w:val="00FC693F"/>
    <w:rPr>
      <w:i/>
      <w:iCs/>
      <w:color w:val="000000" w:themeColor="text1"/>
    </w:rPr>
  </w:style>
  <w:style w:type="character" w:customStyle="1" w:styleId="af6">
    <w:name w:val="คำอ้างอิง อักขระ"/>
    <w:basedOn w:val="a2"/>
    <w:link w:val="af5"/>
    <w:uiPriority w:val="29"/>
    <w:rsid w:val="00FC693F"/>
    <w:rPr>
      <w:i/>
      <w:iCs/>
      <w:color w:val="000000" w:themeColor="text1"/>
    </w:rPr>
  </w:style>
  <w:style w:type="character" w:customStyle="1" w:styleId="40">
    <w:name w:val="หัวเรื่อง 4 อักขระ"/>
    <w:basedOn w:val="a2"/>
    <w:link w:val="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หัวเรื่อง 5 อักขระ"/>
    <w:basedOn w:val="a2"/>
    <w:link w:val="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หัวเรื่อง 6 อักขระ"/>
    <w:basedOn w:val="a2"/>
    <w:link w:val="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หัวเรื่อง 7 อักขระ"/>
    <w:basedOn w:val="a2"/>
    <w:link w:val="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หัวเรื่อง 8 อักขระ"/>
    <w:basedOn w:val="a2"/>
    <w:link w:val="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หัวเรื่อง 9 อักขระ"/>
    <w:basedOn w:val="a2"/>
    <w:link w:val="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7">
    <w:name w:val="caption"/>
    <w:basedOn w:val="a1"/>
    <w:next w:val="a1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f8">
    <w:name w:val="Strong"/>
    <w:basedOn w:val="a2"/>
    <w:uiPriority w:val="22"/>
    <w:qFormat/>
    <w:rsid w:val="00FC693F"/>
    <w:rPr>
      <w:b/>
      <w:bCs/>
    </w:rPr>
  </w:style>
  <w:style w:type="character" w:styleId="af9">
    <w:name w:val="Emphasis"/>
    <w:basedOn w:val="a2"/>
    <w:uiPriority w:val="20"/>
    <w:qFormat/>
    <w:rsid w:val="00FC693F"/>
    <w:rPr>
      <w:i/>
      <w:iCs/>
    </w:rPr>
  </w:style>
  <w:style w:type="paragraph" w:styleId="afa">
    <w:name w:val="Intense Quote"/>
    <w:basedOn w:val="a1"/>
    <w:next w:val="a1"/>
    <w:link w:val="afb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b">
    <w:name w:val="ทำให้คำอ้างอิงเป็นสีเข้มขึ้น อักขระ"/>
    <w:basedOn w:val="a2"/>
    <w:link w:val="afa"/>
    <w:uiPriority w:val="30"/>
    <w:rsid w:val="00FC693F"/>
    <w:rPr>
      <w:b/>
      <w:bCs/>
      <w:i/>
      <w:iCs/>
      <w:color w:val="4F81BD" w:themeColor="accent1"/>
    </w:rPr>
  </w:style>
  <w:style w:type="character" w:styleId="afc">
    <w:name w:val="Subtle Emphasis"/>
    <w:basedOn w:val="a2"/>
    <w:uiPriority w:val="19"/>
    <w:qFormat/>
    <w:rsid w:val="00FC693F"/>
    <w:rPr>
      <w:i/>
      <w:iCs/>
      <w:color w:val="808080" w:themeColor="text1" w:themeTint="7F"/>
    </w:rPr>
  </w:style>
  <w:style w:type="character" w:styleId="afd">
    <w:name w:val="Intense Emphasis"/>
    <w:basedOn w:val="a2"/>
    <w:uiPriority w:val="21"/>
    <w:qFormat/>
    <w:rsid w:val="00FC693F"/>
    <w:rPr>
      <w:b/>
      <w:bCs/>
      <w:i/>
      <w:iCs/>
      <w:color w:val="4F81BD" w:themeColor="accent1"/>
    </w:rPr>
  </w:style>
  <w:style w:type="character" w:styleId="afe">
    <w:name w:val="Subtle Reference"/>
    <w:basedOn w:val="a2"/>
    <w:uiPriority w:val="31"/>
    <w:qFormat/>
    <w:rsid w:val="00FC693F"/>
    <w:rPr>
      <w:smallCaps/>
      <w:color w:val="C0504D" w:themeColor="accent2"/>
      <w:u w:val="single"/>
    </w:rPr>
  </w:style>
  <w:style w:type="character" w:styleId="aff">
    <w:name w:val="Intense Reference"/>
    <w:basedOn w:val="a2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aff0">
    <w:name w:val="Book Title"/>
    <w:basedOn w:val="a2"/>
    <w:uiPriority w:val="33"/>
    <w:qFormat/>
    <w:rsid w:val="00FC693F"/>
    <w:rPr>
      <w:b/>
      <w:bCs/>
      <w:smallCaps/>
      <w:spacing w:val="5"/>
    </w:rPr>
  </w:style>
  <w:style w:type="paragraph" w:styleId="aff1">
    <w:name w:val="TOC Heading"/>
    <w:basedOn w:val="1"/>
    <w:next w:val="a1"/>
    <w:uiPriority w:val="39"/>
    <w:semiHidden/>
    <w:unhideWhenUsed/>
    <w:qFormat/>
    <w:rsid w:val="00FC693F"/>
    <w:pPr>
      <w:outlineLvl w:val="9"/>
    </w:pPr>
  </w:style>
  <w:style w:type="table" w:styleId="aff2">
    <w:name w:val="Table Grid"/>
    <w:basedOn w:val="a3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3">
    <w:name w:val="Light Shading"/>
    <w:basedOn w:val="a3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3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3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3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3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3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6">
    <w:name w:val="Light Shading Accent 6"/>
    <w:basedOn w:val="a3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ff4">
    <w:name w:val="Light List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20">
    <w:name w:val="Light List Accent 2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40">
    <w:name w:val="Light List Accent 4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50">
    <w:name w:val="Light List Accent 5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60">
    <w:name w:val="Light List Accent 6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aff5">
    <w:name w:val="Light Grid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1">
    <w:name w:val="Light Grid Accent 1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21">
    <w:name w:val="Light Grid Accent 2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31">
    <w:name w:val="Light Grid Accent 3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41">
    <w:name w:val="Light Grid Accent 4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51">
    <w:name w:val="Light Grid Accent 5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-61">
    <w:name w:val="Light Grid Accent 6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11">
    <w:name w:val="Medium Shading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">
    <w:name w:val="Medium Shading 1 Accent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">
    <w:name w:val="Medium Shading 1 Accent 2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">
    <w:name w:val="Medium Shading 1 Accent 4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">
    <w:name w:val="Medium Shading 1 Accent 5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7">
    <w:name w:val="Medium Shading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Shading 2 Accent 1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Shading 2 Accent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">
    <w:name w:val="Medium Shading 2 Accent 4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">
    <w:name w:val="Medium Shading 2 Accent 6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2">
    <w:name w:val="Medium Lis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20">
    <w:name w:val="Medium List 1 Accent 2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30">
    <w:name w:val="Medium List 1 Accent 3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40">
    <w:name w:val="Medium List 1 Accent 4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50">
    <w:name w:val="Medium List 1 Accent 5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60">
    <w:name w:val="Medium List 1 Accent 6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28">
    <w:name w:val="Medium Lis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Grid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-21">
    <w:name w:val="Medium Grid 1 Accent 2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31">
    <w:name w:val="Medium Grid 1 Accent 3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41">
    <w:name w:val="Medium Grid 1 Accent 4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51">
    <w:name w:val="Medium Grid 1 Accent 5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61">
    <w:name w:val="Medium Grid 1 Accent 6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9">
    <w:name w:val="Medium Grid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7">
    <w:name w:val="Medium Grid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-2">
    <w:name w:val="Medium Grid 3 Accent 2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3-3">
    <w:name w:val="Medium Grid 3 Accent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-4">
    <w:name w:val="Medium Grid 3 Accent 4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5">
    <w:name w:val="Medium Grid 3 Accent 5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6">
    <w:name w:val="Medium Grid 3 Accent 6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aff6">
    <w:name w:val="Dark List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-22">
    <w:name w:val="Dark List Accent 2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32">
    <w:name w:val="Dark List Accent 3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42">
    <w:name w:val="Dark List Accent 4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52">
    <w:name w:val="Dark List Accent 5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62">
    <w:name w:val="Dark List Accent 6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aff7">
    <w:name w:val="Colorful Shading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3">
    <w:name w:val="Colorful Shading Accent 1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3">
    <w:name w:val="Colorful Shading Accent 2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3">
    <w:name w:val="Colorful Shading Accent 3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3">
    <w:name w:val="Colorful Shading Accent 4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3">
    <w:name w:val="Colorful Shading Accent 5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3">
    <w:name w:val="Colorful Shading Accent 6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8">
    <w:name w:val="Colorful List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4">
    <w:name w:val="Colorful List Accent 1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24">
    <w:name w:val="Colorful List Accent 2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34">
    <w:name w:val="Colorful List Accent 3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44">
    <w:name w:val="Colorful List Accent 4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54">
    <w:name w:val="Colorful List Accent 5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64">
    <w:name w:val="Colorful List Accent 6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aff9">
    <w:name w:val="Colorful Grid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5">
    <w:name w:val="Colorful Grid Accent 1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-25">
    <w:name w:val="Colorful Grid Accent 2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35">
    <w:name w:val="Colorful Grid Accent 3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5">
    <w:name w:val="Colorful Grid Accent 4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55">
    <w:name w:val="Colorful Grid Accent 5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65">
    <w:name w:val="Colorful Grid Accent 6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1</Pages>
  <Words>3910</Words>
  <Characters>22287</Characters>
  <Application>Microsoft Office Word</Application>
  <DocSecurity>0</DocSecurity>
  <Lines>185</Lines>
  <Paragraphs>52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26145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USER</cp:lastModifiedBy>
  <cp:revision>17</cp:revision>
  <dcterms:created xsi:type="dcterms:W3CDTF">2013-12-23T23:15:00Z</dcterms:created>
  <dcterms:modified xsi:type="dcterms:W3CDTF">2026-07-14T05:46:00Z</dcterms:modified>
  <cp:category/>
</cp:coreProperties>
</file>